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B5E" w:rsidRPr="001D458D" w:rsidRDefault="00017B5E">
      <w:pPr>
        <w:autoSpaceDE w:val="0"/>
        <w:autoSpaceDN w:val="0"/>
        <w:spacing w:after="78" w:line="220" w:lineRule="exact"/>
        <w:rPr>
          <w:rFonts w:ascii="Times New Roman" w:hAnsi="Times New Roman" w:cs="Times New Roman"/>
          <w:sz w:val="20"/>
          <w:szCs w:val="20"/>
        </w:rPr>
      </w:pPr>
    </w:p>
    <w:p w:rsidR="00017B5E" w:rsidRPr="001D458D" w:rsidRDefault="005B1E35">
      <w:pPr>
        <w:autoSpaceDE w:val="0"/>
        <w:autoSpaceDN w:val="0"/>
        <w:spacing w:after="0" w:line="230" w:lineRule="auto"/>
        <w:ind w:left="792"/>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МИНИСТЕРСТВО ПРОСВЕЩЕНИЯ РОССИЙСКОЙ ФЕДЕРАЦИИ</w:t>
      </w:r>
    </w:p>
    <w:p w:rsidR="00017B5E" w:rsidRPr="001D458D" w:rsidRDefault="005B1E35">
      <w:pPr>
        <w:autoSpaceDE w:val="0"/>
        <w:autoSpaceDN w:val="0"/>
        <w:spacing w:before="670" w:after="0" w:line="230" w:lineRule="auto"/>
        <w:ind w:left="7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Министерство образования и молодежной политики Свердловской области</w:t>
      </w:r>
    </w:p>
    <w:p w:rsidR="00017B5E" w:rsidRPr="001D458D" w:rsidRDefault="005B1E35">
      <w:pPr>
        <w:autoSpaceDE w:val="0"/>
        <w:autoSpaceDN w:val="0"/>
        <w:spacing w:before="670" w:after="0" w:line="230" w:lineRule="auto"/>
        <w:ind w:left="217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Управление образования Администрации ТГО</w:t>
      </w:r>
    </w:p>
    <w:p w:rsidR="00017B5E" w:rsidRPr="001D458D" w:rsidRDefault="005B1E35">
      <w:pPr>
        <w:autoSpaceDE w:val="0"/>
        <w:autoSpaceDN w:val="0"/>
        <w:spacing w:before="670" w:after="0" w:line="230" w:lineRule="auto"/>
        <w:ind w:right="3454"/>
        <w:jc w:val="right"/>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МКОУ «</w:t>
      </w:r>
      <w:proofErr w:type="spellStart"/>
      <w:r w:rsidRPr="001D458D">
        <w:rPr>
          <w:rFonts w:ascii="Times New Roman" w:eastAsia="Times New Roman" w:hAnsi="Times New Roman" w:cs="Times New Roman"/>
          <w:color w:val="000000"/>
          <w:sz w:val="20"/>
          <w:szCs w:val="20"/>
          <w:lang w:val="ru-RU"/>
        </w:rPr>
        <w:t>Горбуновская</w:t>
      </w:r>
      <w:proofErr w:type="spellEnd"/>
      <w:r w:rsidRPr="001D458D">
        <w:rPr>
          <w:rFonts w:ascii="Times New Roman" w:eastAsia="Times New Roman" w:hAnsi="Times New Roman" w:cs="Times New Roman"/>
          <w:color w:val="000000"/>
          <w:sz w:val="20"/>
          <w:szCs w:val="20"/>
          <w:lang w:val="ru-RU"/>
        </w:rPr>
        <w:t xml:space="preserve"> СОШ»</w:t>
      </w:r>
    </w:p>
    <w:p w:rsidR="00017B5E" w:rsidRPr="001D458D" w:rsidRDefault="005B1E35">
      <w:pPr>
        <w:autoSpaceDE w:val="0"/>
        <w:autoSpaceDN w:val="0"/>
        <w:spacing w:before="1436" w:after="0" w:line="230" w:lineRule="auto"/>
        <w:ind w:right="2008"/>
        <w:jc w:val="right"/>
        <w:rPr>
          <w:rFonts w:ascii="Times New Roman" w:hAnsi="Times New Roman" w:cs="Times New Roman"/>
          <w:sz w:val="20"/>
          <w:szCs w:val="20"/>
          <w:lang w:val="ru-RU"/>
        </w:rPr>
      </w:pPr>
      <w:r w:rsidRPr="001D458D">
        <w:rPr>
          <w:rFonts w:ascii="Times New Roman" w:eastAsia="Times New Roman" w:hAnsi="Times New Roman" w:cs="Times New Roman"/>
          <w:color w:val="000000"/>
          <w:w w:val="102"/>
          <w:sz w:val="20"/>
          <w:szCs w:val="20"/>
          <w:lang w:val="ru-RU"/>
        </w:rPr>
        <w:t>УТВЕРЖЕНО</w:t>
      </w:r>
    </w:p>
    <w:p w:rsidR="00017B5E" w:rsidRPr="001D458D" w:rsidRDefault="005B1E35">
      <w:pPr>
        <w:autoSpaceDE w:val="0"/>
        <w:autoSpaceDN w:val="0"/>
        <w:spacing w:after="0" w:line="230" w:lineRule="auto"/>
        <w:ind w:right="2454"/>
        <w:jc w:val="right"/>
        <w:rPr>
          <w:rFonts w:ascii="Times New Roman" w:hAnsi="Times New Roman" w:cs="Times New Roman"/>
          <w:sz w:val="20"/>
          <w:szCs w:val="20"/>
          <w:lang w:val="ru-RU"/>
        </w:rPr>
      </w:pPr>
      <w:r w:rsidRPr="001D458D">
        <w:rPr>
          <w:rFonts w:ascii="Times New Roman" w:eastAsia="Times New Roman" w:hAnsi="Times New Roman" w:cs="Times New Roman"/>
          <w:color w:val="000000"/>
          <w:w w:val="102"/>
          <w:sz w:val="20"/>
          <w:szCs w:val="20"/>
          <w:lang w:val="ru-RU"/>
        </w:rPr>
        <w:t>директор</w:t>
      </w:r>
    </w:p>
    <w:p w:rsidR="00017B5E" w:rsidRPr="001D458D" w:rsidRDefault="005B1E35">
      <w:pPr>
        <w:autoSpaceDE w:val="0"/>
        <w:autoSpaceDN w:val="0"/>
        <w:spacing w:before="182" w:after="0" w:line="230" w:lineRule="auto"/>
        <w:ind w:right="62"/>
        <w:jc w:val="right"/>
        <w:rPr>
          <w:rFonts w:ascii="Times New Roman" w:hAnsi="Times New Roman" w:cs="Times New Roman"/>
          <w:sz w:val="20"/>
          <w:szCs w:val="20"/>
          <w:lang w:val="ru-RU"/>
        </w:rPr>
      </w:pPr>
      <w:r w:rsidRPr="001D458D">
        <w:rPr>
          <w:rFonts w:ascii="Times New Roman" w:eastAsia="Times New Roman" w:hAnsi="Times New Roman" w:cs="Times New Roman"/>
          <w:color w:val="000000"/>
          <w:w w:val="102"/>
          <w:sz w:val="20"/>
          <w:szCs w:val="20"/>
          <w:lang w:val="ru-RU"/>
        </w:rPr>
        <w:t>МКОУ "</w:t>
      </w:r>
      <w:proofErr w:type="spellStart"/>
      <w:r w:rsidRPr="001D458D">
        <w:rPr>
          <w:rFonts w:ascii="Times New Roman" w:eastAsia="Times New Roman" w:hAnsi="Times New Roman" w:cs="Times New Roman"/>
          <w:color w:val="000000"/>
          <w:w w:val="102"/>
          <w:sz w:val="20"/>
          <w:szCs w:val="20"/>
          <w:lang w:val="ru-RU"/>
        </w:rPr>
        <w:t>Горбуновская</w:t>
      </w:r>
      <w:proofErr w:type="spellEnd"/>
      <w:r w:rsidRPr="001D458D">
        <w:rPr>
          <w:rFonts w:ascii="Times New Roman" w:eastAsia="Times New Roman" w:hAnsi="Times New Roman" w:cs="Times New Roman"/>
          <w:color w:val="000000"/>
          <w:w w:val="102"/>
          <w:sz w:val="20"/>
          <w:szCs w:val="20"/>
          <w:lang w:val="ru-RU"/>
        </w:rPr>
        <w:t xml:space="preserve"> </w:t>
      </w:r>
      <w:proofErr w:type="spellStart"/>
      <w:r w:rsidRPr="001D458D">
        <w:rPr>
          <w:rFonts w:ascii="Times New Roman" w:eastAsia="Times New Roman" w:hAnsi="Times New Roman" w:cs="Times New Roman"/>
          <w:color w:val="000000"/>
          <w:w w:val="102"/>
          <w:sz w:val="20"/>
          <w:szCs w:val="20"/>
          <w:lang w:val="ru-RU"/>
        </w:rPr>
        <w:t>СОШ</w:t>
      </w:r>
      <w:proofErr w:type="gramStart"/>
      <w:r w:rsidRPr="001D458D">
        <w:rPr>
          <w:rFonts w:ascii="Times New Roman" w:eastAsia="Times New Roman" w:hAnsi="Times New Roman" w:cs="Times New Roman"/>
          <w:color w:val="000000"/>
          <w:w w:val="102"/>
          <w:sz w:val="20"/>
          <w:szCs w:val="20"/>
          <w:lang w:val="ru-RU"/>
        </w:rPr>
        <w:t>"Б</w:t>
      </w:r>
      <w:proofErr w:type="gramEnd"/>
      <w:r w:rsidRPr="001D458D">
        <w:rPr>
          <w:rFonts w:ascii="Times New Roman" w:eastAsia="Times New Roman" w:hAnsi="Times New Roman" w:cs="Times New Roman"/>
          <w:color w:val="000000"/>
          <w:w w:val="102"/>
          <w:sz w:val="20"/>
          <w:szCs w:val="20"/>
          <w:lang w:val="ru-RU"/>
        </w:rPr>
        <w:t>узина</w:t>
      </w:r>
      <w:proofErr w:type="spellEnd"/>
    </w:p>
    <w:p w:rsidR="00017B5E" w:rsidRPr="001D458D" w:rsidRDefault="005B1E35">
      <w:pPr>
        <w:autoSpaceDE w:val="0"/>
        <w:autoSpaceDN w:val="0"/>
        <w:spacing w:after="0" w:line="230" w:lineRule="auto"/>
        <w:ind w:right="2878"/>
        <w:jc w:val="right"/>
        <w:rPr>
          <w:rFonts w:ascii="Times New Roman" w:hAnsi="Times New Roman" w:cs="Times New Roman"/>
          <w:sz w:val="20"/>
          <w:szCs w:val="20"/>
          <w:lang w:val="ru-RU"/>
        </w:rPr>
      </w:pPr>
      <w:r w:rsidRPr="001D458D">
        <w:rPr>
          <w:rFonts w:ascii="Times New Roman" w:eastAsia="Times New Roman" w:hAnsi="Times New Roman" w:cs="Times New Roman"/>
          <w:color w:val="000000"/>
          <w:w w:val="102"/>
          <w:sz w:val="20"/>
          <w:szCs w:val="20"/>
          <w:lang w:val="ru-RU"/>
        </w:rPr>
        <w:t>Т.А.</w:t>
      </w:r>
    </w:p>
    <w:p w:rsidR="00017B5E" w:rsidRPr="001D458D" w:rsidRDefault="005B1E35">
      <w:pPr>
        <w:autoSpaceDE w:val="0"/>
        <w:autoSpaceDN w:val="0"/>
        <w:spacing w:before="182" w:after="0" w:line="230" w:lineRule="auto"/>
        <w:ind w:right="2378"/>
        <w:jc w:val="right"/>
        <w:rPr>
          <w:rFonts w:ascii="Times New Roman" w:hAnsi="Times New Roman" w:cs="Times New Roman"/>
          <w:sz w:val="20"/>
          <w:szCs w:val="20"/>
          <w:lang w:val="ru-RU"/>
        </w:rPr>
      </w:pPr>
      <w:r w:rsidRPr="001D458D">
        <w:rPr>
          <w:rFonts w:ascii="Times New Roman" w:eastAsia="Times New Roman" w:hAnsi="Times New Roman" w:cs="Times New Roman"/>
          <w:color w:val="000000"/>
          <w:w w:val="102"/>
          <w:sz w:val="20"/>
          <w:szCs w:val="20"/>
          <w:lang w:val="ru-RU"/>
        </w:rPr>
        <w:t>Приказ №</w:t>
      </w:r>
    </w:p>
    <w:p w:rsidR="00017B5E" w:rsidRPr="001D458D" w:rsidRDefault="005B1E35">
      <w:pPr>
        <w:autoSpaceDE w:val="0"/>
        <w:autoSpaceDN w:val="0"/>
        <w:spacing w:before="182" w:after="0" w:line="230" w:lineRule="auto"/>
        <w:ind w:right="1242"/>
        <w:jc w:val="right"/>
        <w:rPr>
          <w:rFonts w:ascii="Times New Roman" w:hAnsi="Times New Roman" w:cs="Times New Roman"/>
          <w:sz w:val="20"/>
          <w:szCs w:val="20"/>
          <w:lang w:val="ru-RU"/>
        </w:rPr>
      </w:pPr>
      <w:r w:rsidRPr="001D458D">
        <w:rPr>
          <w:rFonts w:ascii="Times New Roman" w:eastAsia="Times New Roman" w:hAnsi="Times New Roman" w:cs="Times New Roman"/>
          <w:color w:val="000000"/>
          <w:w w:val="102"/>
          <w:sz w:val="20"/>
          <w:szCs w:val="20"/>
          <w:lang w:val="ru-RU"/>
        </w:rPr>
        <w:t>от "30" августа  2022 г.</w:t>
      </w:r>
    </w:p>
    <w:p w:rsidR="00017B5E" w:rsidRPr="001D458D" w:rsidRDefault="005B1E35">
      <w:pPr>
        <w:autoSpaceDE w:val="0"/>
        <w:autoSpaceDN w:val="0"/>
        <w:spacing w:before="1038" w:after="0" w:line="230" w:lineRule="auto"/>
        <w:ind w:right="3644"/>
        <w:jc w:val="right"/>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РАБОЧАЯ ПРОГРАММА</w:t>
      </w:r>
    </w:p>
    <w:p w:rsidR="00017B5E" w:rsidRPr="001D458D" w:rsidRDefault="005B1E35">
      <w:pPr>
        <w:autoSpaceDE w:val="0"/>
        <w:autoSpaceDN w:val="0"/>
        <w:spacing w:before="70" w:after="0" w:line="230" w:lineRule="auto"/>
        <w:ind w:right="4416"/>
        <w:jc w:val="right"/>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w:t>
      </w:r>
      <w:r w:rsidRPr="001D458D">
        <w:rPr>
          <w:rFonts w:ascii="Times New Roman" w:eastAsia="Times New Roman" w:hAnsi="Times New Roman" w:cs="Times New Roman"/>
          <w:b/>
          <w:color w:val="000000"/>
          <w:sz w:val="20"/>
          <w:szCs w:val="20"/>
        </w:rPr>
        <w:t>ID</w:t>
      </w:r>
      <w:r w:rsidRPr="001D458D">
        <w:rPr>
          <w:rFonts w:ascii="Times New Roman" w:eastAsia="Times New Roman" w:hAnsi="Times New Roman" w:cs="Times New Roman"/>
          <w:b/>
          <w:color w:val="000000"/>
          <w:sz w:val="20"/>
          <w:szCs w:val="20"/>
          <w:lang w:val="ru-RU"/>
        </w:rPr>
        <w:t xml:space="preserve"> 3883823)</w:t>
      </w:r>
    </w:p>
    <w:p w:rsidR="00017B5E" w:rsidRPr="001D458D" w:rsidRDefault="005B1E35">
      <w:pPr>
        <w:autoSpaceDE w:val="0"/>
        <w:autoSpaceDN w:val="0"/>
        <w:spacing w:before="166" w:after="0" w:line="230" w:lineRule="auto"/>
        <w:ind w:right="4016"/>
        <w:jc w:val="right"/>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учебного предмета</w:t>
      </w:r>
    </w:p>
    <w:p w:rsidR="00017B5E" w:rsidRPr="001D458D" w:rsidRDefault="005B1E35">
      <w:pPr>
        <w:autoSpaceDE w:val="0"/>
        <w:autoSpaceDN w:val="0"/>
        <w:spacing w:before="70" w:after="0" w:line="230" w:lineRule="auto"/>
        <w:ind w:right="4274"/>
        <w:jc w:val="right"/>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«Литература»</w:t>
      </w:r>
    </w:p>
    <w:p w:rsidR="00017B5E" w:rsidRPr="001D458D" w:rsidRDefault="005B1E35">
      <w:pPr>
        <w:autoSpaceDE w:val="0"/>
        <w:autoSpaceDN w:val="0"/>
        <w:spacing w:before="670" w:after="0" w:line="230" w:lineRule="auto"/>
        <w:ind w:left="23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для 5 класса основного общего образования</w:t>
      </w:r>
    </w:p>
    <w:p w:rsidR="00017B5E" w:rsidRPr="001D458D" w:rsidRDefault="005B1E35">
      <w:pPr>
        <w:autoSpaceDE w:val="0"/>
        <w:autoSpaceDN w:val="0"/>
        <w:spacing w:before="70" w:after="0" w:line="230" w:lineRule="auto"/>
        <w:ind w:right="3614"/>
        <w:jc w:val="right"/>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на 2022-2023  учебный год</w:t>
      </w:r>
    </w:p>
    <w:p w:rsidR="00017B5E" w:rsidRPr="001D458D" w:rsidRDefault="005B1E35">
      <w:pPr>
        <w:autoSpaceDE w:val="0"/>
        <w:autoSpaceDN w:val="0"/>
        <w:spacing w:before="2112" w:after="0" w:line="230" w:lineRule="auto"/>
        <w:ind w:right="34"/>
        <w:jc w:val="right"/>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Составитель: Иванова Алина Александровна</w:t>
      </w:r>
    </w:p>
    <w:p w:rsidR="00017B5E" w:rsidRPr="001D458D" w:rsidRDefault="005B1E35">
      <w:pPr>
        <w:autoSpaceDE w:val="0"/>
        <w:autoSpaceDN w:val="0"/>
        <w:spacing w:before="70" w:after="0" w:line="230" w:lineRule="auto"/>
        <w:ind w:right="20"/>
        <w:jc w:val="right"/>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учитель русского языка и литературы</w:t>
      </w:r>
    </w:p>
    <w:p w:rsidR="00017B5E" w:rsidRPr="001D458D" w:rsidRDefault="00017B5E">
      <w:pPr>
        <w:rPr>
          <w:rFonts w:ascii="Times New Roman" w:hAnsi="Times New Roman" w:cs="Times New Roman"/>
          <w:sz w:val="20"/>
          <w:szCs w:val="20"/>
          <w:lang w:val="ru-RU"/>
        </w:rPr>
        <w:sectPr w:rsidR="00017B5E" w:rsidRPr="001D458D">
          <w:pgSz w:w="11900" w:h="16840"/>
          <w:pgMar w:top="298" w:right="876" w:bottom="1440" w:left="1440" w:header="720" w:footer="720" w:gutter="0"/>
          <w:cols w:space="720" w:equalWidth="0">
            <w:col w:w="9584" w:space="0"/>
          </w:cols>
          <w:docGrid w:linePitch="360"/>
        </w:sectPr>
      </w:pPr>
    </w:p>
    <w:p w:rsidR="00017B5E" w:rsidRPr="001D458D" w:rsidRDefault="00017B5E">
      <w:pPr>
        <w:autoSpaceDE w:val="0"/>
        <w:autoSpaceDN w:val="0"/>
        <w:spacing w:after="78" w:line="220" w:lineRule="exact"/>
        <w:rPr>
          <w:rFonts w:ascii="Times New Roman" w:hAnsi="Times New Roman" w:cs="Times New Roman"/>
          <w:sz w:val="20"/>
          <w:szCs w:val="20"/>
          <w:lang w:val="ru-RU"/>
        </w:rPr>
      </w:pPr>
    </w:p>
    <w:p w:rsidR="00017B5E" w:rsidRPr="001D458D" w:rsidRDefault="005B1E35">
      <w:pPr>
        <w:autoSpaceDE w:val="0"/>
        <w:autoSpaceDN w:val="0"/>
        <w:spacing w:after="0" w:line="230" w:lineRule="auto"/>
        <w:ind w:right="3384"/>
        <w:jc w:val="right"/>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с</w:t>
      </w:r>
      <w:proofErr w:type="gramStart"/>
      <w:r w:rsidRPr="001D458D">
        <w:rPr>
          <w:rFonts w:ascii="Times New Roman" w:eastAsia="Times New Roman" w:hAnsi="Times New Roman" w:cs="Times New Roman"/>
          <w:color w:val="000000"/>
          <w:sz w:val="20"/>
          <w:szCs w:val="20"/>
          <w:lang w:val="ru-RU"/>
        </w:rPr>
        <w:t>.Г</w:t>
      </w:r>
      <w:proofErr w:type="gramEnd"/>
      <w:r w:rsidRPr="001D458D">
        <w:rPr>
          <w:rFonts w:ascii="Times New Roman" w:eastAsia="Times New Roman" w:hAnsi="Times New Roman" w:cs="Times New Roman"/>
          <w:color w:val="000000"/>
          <w:sz w:val="20"/>
          <w:szCs w:val="20"/>
          <w:lang w:val="ru-RU"/>
        </w:rPr>
        <w:t>орбуновское</w:t>
      </w:r>
      <w:proofErr w:type="spellEnd"/>
      <w:r w:rsidRPr="001D458D">
        <w:rPr>
          <w:rFonts w:ascii="Times New Roman" w:eastAsia="Times New Roman" w:hAnsi="Times New Roman" w:cs="Times New Roman"/>
          <w:color w:val="000000"/>
          <w:sz w:val="20"/>
          <w:szCs w:val="20"/>
          <w:lang w:val="ru-RU"/>
        </w:rPr>
        <w:t xml:space="preserve"> 2022</w:t>
      </w:r>
    </w:p>
    <w:p w:rsidR="00017B5E" w:rsidRPr="001D458D" w:rsidRDefault="00017B5E">
      <w:pPr>
        <w:rPr>
          <w:rFonts w:ascii="Times New Roman" w:hAnsi="Times New Roman" w:cs="Times New Roman"/>
          <w:sz w:val="20"/>
          <w:szCs w:val="20"/>
          <w:lang w:val="ru-RU"/>
        </w:rPr>
        <w:sectPr w:rsidR="00017B5E" w:rsidRPr="001D458D">
          <w:pgSz w:w="11900" w:h="16840"/>
          <w:pgMar w:top="298" w:right="1440" w:bottom="1440" w:left="1440" w:header="720" w:footer="720" w:gutter="0"/>
          <w:cols w:space="720" w:equalWidth="0">
            <w:col w:w="9020" w:space="0"/>
          </w:cols>
          <w:docGrid w:linePitch="360"/>
        </w:sectPr>
      </w:pPr>
    </w:p>
    <w:p w:rsidR="00017B5E" w:rsidRPr="001D458D" w:rsidRDefault="00017B5E">
      <w:pPr>
        <w:autoSpaceDE w:val="0"/>
        <w:autoSpaceDN w:val="0"/>
        <w:spacing w:after="78" w:line="220" w:lineRule="exact"/>
        <w:rPr>
          <w:rFonts w:ascii="Times New Roman" w:hAnsi="Times New Roman" w:cs="Times New Roman"/>
          <w:sz w:val="20"/>
          <w:szCs w:val="20"/>
          <w:lang w:val="ru-RU"/>
        </w:rPr>
      </w:pPr>
    </w:p>
    <w:p w:rsidR="00017B5E" w:rsidRPr="001D458D" w:rsidRDefault="005B1E35">
      <w:pPr>
        <w:autoSpaceDE w:val="0"/>
        <w:autoSpaceDN w:val="0"/>
        <w:spacing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ПОЯСНИТЕЛЬНАЯ ЗАПИСКА</w:t>
      </w:r>
    </w:p>
    <w:p w:rsidR="00017B5E" w:rsidRPr="001D458D" w:rsidRDefault="005B1E35">
      <w:pPr>
        <w:autoSpaceDE w:val="0"/>
        <w:autoSpaceDN w:val="0"/>
        <w:spacing w:before="346" w:after="0" w:line="286" w:lineRule="auto"/>
        <w:ind w:firstLine="180"/>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sz w:val="20"/>
          <w:szCs w:val="20"/>
          <w:lang w:val="ru-RU"/>
        </w:rPr>
        <w:t xml:space="preserve">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1D458D">
        <w:rPr>
          <w:rFonts w:ascii="Times New Roman" w:eastAsia="Times New Roman" w:hAnsi="Times New Roman" w:cs="Times New Roman"/>
          <w:color w:val="000000"/>
          <w:sz w:val="20"/>
          <w:szCs w:val="20"/>
          <w:lang w:val="ru-RU"/>
        </w:rPr>
        <w:t>Минпросвещения</w:t>
      </w:r>
      <w:proofErr w:type="spellEnd"/>
      <w:r w:rsidRPr="001D458D">
        <w:rPr>
          <w:rFonts w:ascii="Times New Roman" w:eastAsia="Times New Roman" w:hAnsi="Times New Roman" w:cs="Times New Roman"/>
          <w:color w:val="000000"/>
          <w:sz w:val="20"/>
          <w:szCs w:val="20"/>
          <w:lang w:val="ru-RU"/>
        </w:rPr>
        <w:t xml:space="preserve"> России от 31.05.2021 г.   № 287, зарегистрирован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w:t>
      </w:r>
      <w:proofErr w:type="gramEnd"/>
      <w:r w:rsidRPr="001D458D">
        <w:rPr>
          <w:rFonts w:ascii="Times New Roman" w:eastAsia="Times New Roman" w:hAnsi="Times New Roman" w:cs="Times New Roman"/>
          <w:color w:val="000000"/>
          <w:sz w:val="20"/>
          <w:szCs w:val="20"/>
          <w:lang w:val="ru-RU"/>
        </w:rPr>
        <w:t xml:space="preserve"> языка и литературы в Российской Федерации (утверждённой распоряжением Правительства Российской Федерации от 9 апреля 2016 г. № 637-р). </w:t>
      </w:r>
    </w:p>
    <w:p w:rsidR="00017B5E" w:rsidRPr="001D458D" w:rsidRDefault="005B1E35">
      <w:pPr>
        <w:autoSpaceDE w:val="0"/>
        <w:autoSpaceDN w:val="0"/>
        <w:spacing w:before="264"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ОБЩАЯ ХАРАКТЕРИСТИКА УЧЕБНОГО ПРЕДМЕТА «ЛИТЕРАТУРА»</w:t>
      </w:r>
    </w:p>
    <w:p w:rsidR="00017B5E" w:rsidRPr="001D458D" w:rsidRDefault="005B1E35">
      <w:pPr>
        <w:autoSpaceDE w:val="0"/>
        <w:autoSpaceDN w:val="0"/>
        <w:spacing w:before="168" w:after="0"/>
        <w:ind w:right="288" w:firstLine="18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017B5E" w:rsidRPr="001D458D" w:rsidRDefault="005B1E35">
      <w:pPr>
        <w:autoSpaceDE w:val="0"/>
        <w:autoSpaceDN w:val="0"/>
        <w:spacing w:before="70" w:after="0" w:line="281" w:lineRule="auto"/>
        <w:ind w:right="288" w:firstLine="18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17B5E" w:rsidRPr="001D458D" w:rsidRDefault="005B1E35">
      <w:pPr>
        <w:autoSpaceDE w:val="0"/>
        <w:autoSpaceDN w:val="0"/>
        <w:spacing w:before="70" w:after="0" w:line="271" w:lineRule="auto"/>
        <w:ind w:right="144" w:firstLine="18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017B5E" w:rsidRPr="001D458D" w:rsidRDefault="005B1E35">
      <w:pPr>
        <w:autoSpaceDE w:val="0"/>
        <w:autoSpaceDN w:val="0"/>
        <w:spacing w:before="70" w:after="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017B5E" w:rsidRPr="001D458D" w:rsidRDefault="005B1E35">
      <w:pPr>
        <w:autoSpaceDE w:val="0"/>
        <w:autoSpaceDN w:val="0"/>
        <w:spacing w:before="70" w:after="0" w:line="281" w:lineRule="auto"/>
        <w:ind w:firstLine="18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1D458D">
        <w:rPr>
          <w:rFonts w:ascii="Times New Roman" w:eastAsia="Times New Roman" w:hAnsi="Times New Roman" w:cs="Times New Roman"/>
          <w:color w:val="000000"/>
          <w:sz w:val="20"/>
          <w:szCs w:val="20"/>
          <w:lang w:val="ru-RU"/>
        </w:rPr>
        <w:t>межпредметных</w:t>
      </w:r>
      <w:proofErr w:type="spellEnd"/>
      <w:r w:rsidRPr="001D458D">
        <w:rPr>
          <w:rFonts w:ascii="Times New Roman" w:eastAsia="Times New Roman" w:hAnsi="Times New Roman" w:cs="Times New Roman"/>
          <w:color w:val="000000"/>
          <w:sz w:val="20"/>
          <w:szCs w:val="20"/>
          <w:lang w:val="ru-RU"/>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017B5E" w:rsidRPr="001D458D" w:rsidRDefault="005B1E35">
      <w:pPr>
        <w:autoSpaceDE w:val="0"/>
        <w:autoSpaceDN w:val="0"/>
        <w:spacing w:before="72" w:after="0" w:line="281" w:lineRule="auto"/>
        <w:ind w:right="144" w:firstLine="18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планируемых результатов обучения. </w:t>
      </w:r>
    </w:p>
    <w:p w:rsidR="00017B5E" w:rsidRPr="001D458D" w:rsidRDefault="005B1E35">
      <w:pPr>
        <w:autoSpaceDE w:val="0"/>
        <w:autoSpaceDN w:val="0"/>
        <w:spacing w:before="262"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ЦЕЛИ ИЗУЧЕНИЯ УЧЕБНОГО ПРЕДМЕТА «ЛИТЕРАТУРА»</w:t>
      </w:r>
    </w:p>
    <w:p w:rsidR="00017B5E" w:rsidRPr="001D458D" w:rsidRDefault="005B1E35">
      <w:pPr>
        <w:autoSpaceDE w:val="0"/>
        <w:autoSpaceDN w:val="0"/>
        <w:spacing w:before="166" w:after="0" w:line="283" w:lineRule="auto"/>
        <w:ind w:right="144" w:firstLine="180"/>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sz w:val="20"/>
          <w:szCs w:val="20"/>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1D458D">
        <w:rPr>
          <w:rFonts w:ascii="Times New Roman" w:eastAsia="Times New Roman" w:hAnsi="Times New Roman" w:cs="Times New Roman"/>
          <w:color w:val="000000"/>
          <w:sz w:val="20"/>
          <w:szCs w:val="20"/>
          <w:lang w:val="ru-RU"/>
        </w:rPr>
        <w:t xml:space="preserve"> Достижение указанных целей возможно при решении учебных задач, которые постепенно усложняются от 5 к 9 классу. </w:t>
      </w:r>
    </w:p>
    <w:p w:rsidR="00017B5E" w:rsidRPr="001D458D" w:rsidRDefault="00017B5E">
      <w:pPr>
        <w:rPr>
          <w:rFonts w:ascii="Times New Roman" w:hAnsi="Times New Roman" w:cs="Times New Roman"/>
          <w:sz w:val="20"/>
          <w:szCs w:val="20"/>
          <w:lang w:val="ru-RU"/>
        </w:rPr>
        <w:sectPr w:rsidR="00017B5E" w:rsidRPr="001D458D">
          <w:pgSz w:w="11900" w:h="16840"/>
          <w:pgMar w:top="298" w:right="650" w:bottom="338" w:left="666" w:header="720" w:footer="720" w:gutter="0"/>
          <w:cols w:space="720" w:equalWidth="0">
            <w:col w:w="10584" w:space="0"/>
          </w:cols>
          <w:docGrid w:linePitch="360"/>
        </w:sectPr>
      </w:pPr>
    </w:p>
    <w:p w:rsidR="00017B5E" w:rsidRPr="001D458D" w:rsidRDefault="00017B5E">
      <w:pPr>
        <w:autoSpaceDE w:val="0"/>
        <w:autoSpaceDN w:val="0"/>
        <w:spacing w:after="78" w:line="220" w:lineRule="exact"/>
        <w:rPr>
          <w:rFonts w:ascii="Times New Roman" w:hAnsi="Times New Roman" w:cs="Times New Roman"/>
          <w:sz w:val="20"/>
          <w:szCs w:val="20"/>
          <w:lang w:val="ru-RU"/>
        </w:rPr>
      </w:pPr>
    </w:p>
    <w:p w:rsidR="00017B5E" w:rsidRPr="001D458D" w:rsidRDefault="005B1E35">
      <w:pPr>
        <w:autoSpaceDE w:val="0"/>
        <w:autoSpaceDN w:val="0"/>
        <w:spacing w:after="0" w:line="286" w:lineRule="auto"/>
        <w:ind w:right="288" w:firstLine="180"/>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sz w:val="20"/>
          <w:szCs w:val="20"/>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1D458D">
        <w:rPr>
          <w:rFonts w:ascii="Times New Roman" w:eastAsia="Times New Roman" w:hAnsi="Times New Roman" w:cs="Times New Roman"/>
          <w:color w:val="000000"/>
          <w:sz w:val="20"/>
          <w:szCs w:val="20"/>
          <w:lang w:val="ru-RU"/>
        </w:rPr>
        <w:t xml:space="preserve"> </w:t>
      </w:r>
      <w:proofErr w:type="gramStart"/>
      <w:r w:rsidRPr="001D458D">
        <w:rPr>
          <w:rFonts w:ascii="Times New Roman" w:eastAsia="Times New Roman" w:hAnsi="Times New Roman" w:cs="Times New Roman"/>
          <w:color w:val="000000"/>
          <w:sz w:val="20"/>
          <w:szCs w:val="20"/>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017B5E" w:rsidRPr="001D458D" w:rsidRDefault="005B1E35">
      <w:pPr>
        <w:autoSpaceDE w:val="0"/>
        <w:autoSpaceDN w:val="0"/>
        <w:spacing w:before="72" w:after="0" w:line="283" w:lineRule="auto"/>
        <w:ind w:firstLine="180"/>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sz w:val="20"/>
          <w:szCs w:val="20"/>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1D458D">
        <w:rPr>
          <w:rFonts w:ascii="Times New Roman" w:eastAsia="Times New Roman" w:hAnsi="Times New Roman" w:cs="Times New Roman"/>
          <w:color w:val="000000"/>
          <w:sz w:val="20"/>
          <w:szCs w:val="20"/>
          <w:lang w:val="ru-RU"/>
        </w:rPr>
        <w:t xml:space="preserve"> произведений, в том числе в процессе участия в различных мероприятиях, посвящённых литературе, чтению, книжной культуре. </w:t>
      </w:r>
    </w:p>
    <w:p w:rsidR="00017B5E" w:rsidRPr="001D458D" w:rsidRDefault="005B1E35">
      <w:pPr>
        <w:autoSpaceDE w:val="0"/>
        <w:autoSpaceDN w:val="0"/>
        <w:spacing w:before="70" w:after="0" w:line="288" w:lineRule="auto"/>
        <w:ind w:firstLine="180"/>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sz w:val="20"/>
          <w:szCs w:val="20"/>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1D458D">
        <w:rPr>
          <w:rFonts w:ascii="Times New Roman" w:eastAsia="Times New Roman" w:hAnsi="Times New Roman" w:cs="Times New Roman"/>
          <w:color w:val="000000"/>
          <w:sz w:val="20"/>
          <w:szCs w:val="20"/>
          <w:lang w:val="ru-RU"/>
        </w:rPr>
        <w:t>теоретико</w:t>
      </w:r>
      <w:proofErr w:type="spellEnd"/>
      <w:r w:rsidRPr="001D458D">
        <w:rPr>
          <w:rFonts w:ascii="Times New Roman" w:eastAsia="Times New Roman" w:hAnsi="Times New Roman" w:cs="Times New Roman"/>
          <w:color w:val="000000"/>
          <w:sz w:val="20"/>
          <w:szCs w:val="20"/>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1D458D">
        <w:rPr>
          <w:rFonts w:ascii="Times New Roman" w:eastAsia="Times New Roman" w:hAnsi="Times New Roman" w:cs="Times New Roman"/>
          <w:color w:val="000000"/>
          <w:sz w:val="20"/>
          <w:szCs w:val="20"/>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1D458D">
        <w:rPr>
          <w:rFonts w:ascii="Times New Roman" w:eastAsia="Times New Roman" w:hAnsi="Times New Roman" w:cs="Times New Roman"/>
          <w:color w:val="000000"/>
          <w:sz w:val="20"/>
          <w:szCs w:val="20"/>
          <w:lang w:val="ru-RU"/>
        </w:rPr>
        <w:t>проблемы</w:t>
      </w:r>
      <w:proofErr w:type="gramEnd"/>
      <w:r w:rsidRPr="001D458D">
        <w:rPr>
          <w:rFonts w:ascii="Times New Roman" w:eastAsia="Times New Roman" w:hAnsi="Times New Roman" w:cs="Times New Roman"/>
          <w:color w:val="000000"/>
          <w:sz w:val="20"/>
          <w:szCs w:val="20"/>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критической оценки. </w:t>
      </w:r>
    </w:p>
    <w:p w:rsidR="00017B5E" w:rsidRPr="001D458D" w:rsidRDefault="005B1E35">
      <w:pPr>
        <w:autoSpaceDE w:val="0"/>
        <w:autoSpaceDN w:val="0"/>
        <w:spacing w:before="72" w:after="0" w:line="283" w:lineRule="auto"/>
        <w:ind w:firstLine="180"/>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sz w:val="20"/>
          <w:szCs w:val="20"/>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1D458D">
        <w:rPr>
          <w:rFonts w:ascii="Times New Roman" w:eastAsia="Times New Roman" w:hAnsi="Times New Roman" w:cs="Times New Roman"/>
          <w:color w:val="000000"/>
          <w:sz w:val="20"/>
          <w:szCs w:val="20"/>
          <w:lang w:val="ru-RU"/>
        </w:rPr>
        <w:t xml:space="preserve"> воспринимая чужую точку зрения и аргументированно отстаивая свою. </w:t>
      </w:r>
    </w:p>
    <w:p w:rsidR="00017B5E" w:rsidRPr="001D458D" w:rsidRDefault="005B1E35">
      <w:pPr>
        <w:autoSpaceDE w:val="0"/>
        <w:autoSpaceDN w:val="0"/>
        <w:spacing w:before="262"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МЕСТО УЧЕБНОГО ПРЕДМЕТА «ЛИТЕРАТУРА» В УЧЕБНОМ ПЛАНЕ</w:t>
      </w:r>
    </w:p>
    <w:p w:rsidR="00017B5E" w:rsidRPr="001D458D" w:rsidRDefault="005B1E35">
      <w:pPr>
        <w:autoSpaceDE w:val="0"/>
        <w:autoSpaceDN w:val="0"/>
        <w:spacing w:before="166" w:after="0" w:line="271" w:lineRule="auto"/>
        <w:ind w:right="576" w:firstLine="18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w:t>
      </w:r>
      <w:proofErr w:type="spellStart"/>
      <w:r w:rsidRPr="001D458D">
        <w:rPr>
          <w:rFonts w:ascii="Times New Roman" w:eastAsia="Times New Roman" w:hAnsi="Times New Roman" w:cs="Times New Roman"/>
          <w:color w:val="000000"/>
          <w:sz w:val="20"/>
          <w:szCs w:val="20"/>
          <w:lang w:val="ru-RU"/>
        </w:rPr>
        <w:t>предмету</w:t>
      </w:r>
      <w:proofErr w:type="gramStart"/>
      <w:r w:rsidRPr="001D458D">
        <w:rPr>
          <w:rFonts w:ascii="Times New Roman" w:eastAsia="Times New Roman" w:hAnsi="Times New Roman" w:cs="Times New Roman"/>
          <w:color w:val="000000"/>
          <w:sz w:val="20"/>
          <w:szCs w:val="20"/>
          <w:lang w:val="ru-RU"/>
        </w:rPr>
        <w:t>«Л</w:t>
      </w:r>
      <w:proofErr w:type="gramEnd"/>
      <w:r w:rsidRPr="001D458D">
        <w:rPr>
          <w:rFonts w:ascii="Times New Roman" w:eastAsia="Times New Roman" w:hAnsi="Times New Roman" w:cs="Times New Roman"/>
          <w:color w:val="000000"/>
          <w:sz w:val="20"/>
          <w:szCs w:val="20"/>
          <w:lang w:val="ru-RU"/>
        </w:rPr>
        <w:t>итературное</w:t>
      </w:r>
      <w:proofErr w:type="spellEnd"/>
      <w:r w:rsidRPr="001D458D">
        <w:rPr>
          <w:rFonts w:ascii="Times New Roman" w:eastAsia="Times New Roman" w:hAnsi="Times New Roman" w:cs="Times New Roman"/>
          <w:color w:val="000000"/>
          <w:sz w:val="20"/>
          <w:szCs w:val="20"/>
          <w:lang w:val="ru-RU"/>
        </w:rPr>
        <w:t xml:space="preserve"> чтение». </w:t>
      </w:r>
    </w:p>
    <w:p w:rsidR="00017B5E" w:rsidRPr="001D458D" w:rsidRDefault="005B1E35">
      <w:pPr>
        <w:autoSpaceDE w:val="0"/>
        <w:autoSpaceDN w:val="0"/>
        <w:spacing w:before="70" w:after="0" w:line="230" w:lineRule="auto"/>
        <w:ind w:left="18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В 5 классе на изучение предмета отводится 3 часа в неделю, суммарно изучение литературы в 5</w:t>
      </w:r>
    </w:p>
    <w:p w:rsidR="00017B5E" w:rsidRPr="001D458D" w:rsidRDefault="00017B5E">
      <w:pPr>
        <w:rPr>
          <w:rFonts w:ascii="Times New Roman" w:hAnsi="Times New Roman" w:cs="Times New Roman"/>
          <w:sz w:val="20"/>
          <w:szCs w:val="20"/>
          <w:lang w:val="ru-RU"/>
        </w:rPr>
        <w:sectPr w:rsidR="00017B5E" w:rsidRPr="001D458D">
          <w:pgSz w:w="11900" w:h="16840"/>
          <w:pgMar w:top="298" w:right="690" w:bottom="452" w:left="666" w:header="720" w:footer="720" w:gutter="0"/>
          <w:cols w:space="720" w:equalWidth="0">
            <w:col w:w="1054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lang w:val="ru-RU"/>
        </w:rPr>
      </w:pPr>
    </w:p>
    <w:p w:rsidR="00017B5E" w:rsidRPr="001D458D" w:rsidRDefault="005B1E35">
      <w:pPr>
        <w:autoSpaceDE w:val="0"/>
        <w:autoSpaceDN w:val="0"/>
        <w:spacing w:after="0" w:line="230" w:lineRule="auto"/>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sz w:val="20"/>
          <w:szCs w:val="20"/>
          <w:lang w:val="ru-RU"/>
        </w:rPr>
        <w:t>классе</w:t>
      </w:r>
      <w:proofErr w:type="gramEnd"/>
      <w:r w:rsidRPr="001D458D">
        <w:rPr>
          <w:rFonts w:ascii="Times New Roman" w:eastAsia="Times New Roman" w:hAnsi="Times New Roman" w:cs="Times New Roman"/>
          <w:color w:val="000000"/>
          <w:sz w:val="20"/>
          <w:szCs w:val="20"/>
          <w:lang w:val="ru-RU"/>
        </w:rPr>
        <w:t xml:space="preserve"> по программе основного общего образования рассчитано на 102 часа. </w:t>
      </w:r>
    </w:p>
    <w:p w:rsidR="00017B5E" w:rsidRPr="001D458D" w:rsidRDefault="00017B5E">
      <w:pPr>
        <w:rPr>
          <w:rFonts w:ascii="Times New Roman" w:hAnsi="Times New Roman" w:cs="Times New Roman"/>
          <w:sz w:val="20"/>
          <w:szCs w:val="20"/>
          <w:lang w:val="ru-RU"/>
        </w:rPr>
        <w:sectPr w:rsidR="00017B5E" w:rsidRPr="001D458D">
          <w:pgSz w:w="11900" w:h="16840"/>
          <w:pgMar w:top="286" w:right="1440" w:bottom="1440" w:left="666" w:header="720" w:footer="720" w:gutter="0"/>
          <w:cols w:space="720" w:equalWidth="0">
            <w:col w:w="9794" w:space="0"/>
          </w:cols>
          <w:docGrid w:linePitch="360"/>
        </w:sectPr>
      </w:pPr>
    </w:p>
    <w:p w:rsidR="00017B5E" w:rsidRPr="001D458D" w:rsidRDefault="00017B5E">
      <w:pPr>
        <w:autoSpaceDE w:val="0"/>
        <w:autoSpaceDN w:val="0"/>
        <w:spacing w:after="78" w:line="220" w:lineRule="exact"/>
        <w:rPr>
          <w:rFonts w:ascii="Times New Roman" w:hAnsi="Times New Roman" w:cs="Times New Roman"/>
          <w:sz w:val="20"/>
          <w:szCs w:val="20"/>
          <w:lang w:val="ru-RU"/>
        </w:rPr>
      </w:pPr>
    </w:p>
    <w:p w:rsidR="00017B5E" w:rsidRPr="001D458D" w:rsidRDefault="005B1E35">
      <w:pPr>
        <w:autoSpaceDE w:val="0"/>
        <w:autoSpaceDN w:val="0"/>
        <w:spacing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СОДЕРЖАНИЕ УЧЕБНОГО ПРЕДМЕТА </w:t>
      </w:r>
    </w:p>
    <w:p w:rsidR="00017B5E" w:rsidRPr="001D458D" w:rsidRDefault="005B1E35">
      <w:pPr>
        <w:autoSpaceDE w:val="0"/>
        <w:autoSpaceDN w:val="0"/>
        <w:spacing w:before="466" w:after="0" w:line="262" w:lineRule="auto"/>
        <w:ind w:right="7344"/>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Мифология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Мифы народов России и мира.</w:t>
      </w:r>
    </w:p>
    <w:p w:rsidR="00017B5E" w:rsidRPr="001D458D" w:rsidRDefault="005B1E35">
      <w:pPr>
        <w:autoSpaceDE w:val="0"/>
        <w:autoSpaceDN w:val="0"/>
        <w:spacing w:before="406" w:after="0" w:line="271" w:lineRule="auto"/>
        <w:ind w:right="576"/>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Фольклор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Малые жанры: пословицы, поговорки, загадки. Сказки народов России и народов мира (не менее трёх).</w:t>
      </w:r>
    </w:p>
    <w:p w:rsidR="00017B5E" w:rsidRPr="001D458D" w:rsidRDefault="005B1E35">
      <w:pPr>
        <w:autoSpaceDE w:val="0"/>
        <w:autoSpaceDN w:val="0"/>
        <w:spacing w:before="408" w:after="0"/>
        <w:ind w:right="144"/>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Литература первой половины </w:t>
      </w:r>
      <w:r w:rsidRPr="001D458D">
        <w:rPr>
          <w:rFonts w:ascii="Times New Roman" w:eastAsia="Times New Roman" w:hAnsi="Times New Roman" w:cs="Times New Roman"/>
          <w:b/>
          <w:color w:val="000000"/>
          <w:sz w:val="20"/>
          <w:szCs w:val="20"/>
        </w:rPr>
        <w:t>XIX</w:t>
      </w:r>
      <w:r w:rsidRPr="001D458D">
        <w:rPr>
          <w:rFonts w:ascii="Times New Roman" w:eastAsia="Times New Roman" w:hAnsi="Times New Roman" w:cs="Times New Roman"/>
          <w:b/>
          <w:color w:val="000000"/>
          <w:sz w:val="20"/>
          <w:szCs w:val="20"/>
          <w:lang w:val="ru-RU"/>
        </w:rPr>
        <w:t xml:space="preserve"> века </w:t>
      </w:r>
      <w:r w:rsidRPr="001D458D">
        <w:rPr>
          <w:rFonts w:ascii="Times New Roman" w:hAnsi="Times New Roman" w:cs="Times New Roman"/>
          <w:sz w:val="20"/>
          <w:szCs w:val="20"/>
          <w:lang w:val="ru-RU"/>
        </w:rPr>
        <w:br/>
      </w:r>
      <w:r w:rsidRPr="001D458D">
        <w:rPr>
          <w:rFonts w:ascii="Times New Roman" w:eastAsia="Times New Roman" w:hAnsi="Times New Roman" w:cs="Times New Roman"/>
          <w:b/>
          <w:color w:val="000000"/>
          <w:sz w:val="20"/>
          <w:szCs w:val="20"/>
          <w:lang w:val="ru-RU"/>
        </w:rPr>
        <w:t xml:space="preserve">И. А. Крылов. </w:t>
      </w:r>
      <w:r w:rsidRPr="001D458D">
        <w:rPr>
          <w:rFonts w:ascii="Times New Roman" w:eastAsia="Times New Roman" w:hAnsi="Times New Roman" w:cs="Times New Roman"/>
          <w:color w:val="000000"/>
          <w:sz w:val="20"/>
          <w:szCs w:val="20"/>
          <w:lang w:val="ru-RU"/>
        </w:rPr>
        <w:t>Басни (три по выбору). Например, «Волк на псарне», «Листы и Корни», «Свинья под Дубом», «Квартет»,</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«Осёл и Соловей», «Ворона и Лисица».</w:t>
      </w:r>
    </w:p>
    <w:p w:rsidR="00017B5E" w:rsidRPr="001D458D" w:rsidRDefault="005B1E35">
      <w:pPr>
        <w:autoSpaceDE w:val="0"/>
        <w:autoSpaceDN w:val="0"/>
        <w:spacing w:before="70" w:after="0" w:line="262" w:lineRule="auto"/>
        <w:ind w:right="2304"/>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А. С. Пушкин. </w:t>
      </w:r>
      <w:r w:rsidRPr="001D458D">
        <w:rPr>
          <w:rFonts w:ascii="Times New Roman" w:eastAsia="Times New Roman" w:hAnsi="Times New Roman" w:cs="Times New Roman"/>
          <w:color w:val="000000"/>
          <w:sz w:val="20"/>
          <w:szCs w:val="20"/>
          <w:lang w:val="ru-RU"/>
        </w:rPr>
        <w:t>Стихотворения (не менее трёх). «Зимнее утро»,</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«Зимний вечер», «Няне» и др. «Сказка о мёртвой царевне и о семи богатырях».</w:t>
      </w:r>
    </w:p>
    <w:p w:rsidR="00017B5E" w:rsidRPr="001D458D" w:rsidRDefault="005B1E35">
      <w:pPr>
        <w:autoSpaceDE w:val="0"/>
        <w:autoSpaceDN w:val="0"/>
        <w:spacing w:before="7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М. Ю. Лермонтов.</w:t>
      </w:r>
      <w:r w:rsidRPr="001D458D">
        <w:rPr>
          <w:rFonts w:ascii="Times New Roman" w:eastAsia="Times New Roman" w:hAnsi="Times New Roman" w:cs="Times New Roman"/>
          <w:color w:val="000000"/>
          <w:sz w:val="20"/>
          <w:szCs w:val="20"/>
          <w:lang w:val="ru-RU"/>
        </w:rPr>
        <w:t xml:space="preserve"> Стихотворение «Бородино».</w:t>
      </w:r>
    </w:p>
    <w:p w:rsidR="00017B5E" w:rsidRPr="001D458D" w:rsidRDefault="005B1E35">
      <w:pPr>
        <w:autoSpaceDE w:val="0"/>
        <w:autoSpaceDN w:val="0"/>
        <w:spacing w:before="70" w:after="0" w:line="262" w:lineRule="auto"/>
        <w:ind w:right="4176"/>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Н. В. Гоголь.</w:t>
      </w:r>
      <w:r w:rsidRPr="001D458D">
        <w:rPr>
          <w:rFonts w:ascii="Times New Roman" w:eastAsia="Times New Roman" w:hAnsi="Times New Roman" w:cs="Times New Roman"/>
          <w:color w:val="000000"/>
          <w:sz w:val="20"/>
          <w:szCs w:val="20"/>
          <w:lang w:val="ru-RU"/>
        </w:rPr>
        <w:t xml:space="preserve"> Повесть «Ночь перед Рождеством» из </w:t>
      </w:r>
      <w:proofErr w:type="spellStart"/>
      <w:r w:rsidRPr="001D458D">
        <w:rPr>
          <w:rFonts w:ascii="Times New Roman" w:eastAsia="Times New Roman" w:hAnsi="Times New Roman" w:cs="Times New Roman"/>
          <w:color w:val="000000"/>
          <w:sz w:val="20"/>
          <w:szCs w:val="20"/>
          <w:lang w:val="ru-RU"/>
        </w:rPr>
        <w:t>сборника</w:t>
      </w:r>
      <w:proofErr w:type="gramStart"/>
      <w:r w:rsidRPr="001D458D">
        <w:rPr>
          <w:rFonts w:ascii="Times New Roman" w:eastAsia="Times New Roman" w:hAnsi="Times New Roman" w:cs="Times New Roman"/>
          <w:color w:val="000000"/>
          <w:sz w:val="20"/>
          <w:szCs w:val="20"/>
          <w:lang w:val="ru-RU"/>
        </w:rPr>
        <w:t>«В</w:t>
      </w:r>
      <w:proofErr w:type="gramEnd"/>
      <w:r w:rsidRPr="001D458D">
        <w:rPr>
          <w:rFonts w:ascii="Times New Roman" w:eastAsia="Times New Roman" w:hAnsi="Times New Roman" w:cs="Times New Roman"/>
          <w:color w:val="000000"/>
          <w:sz w:val="20"/>
          <w:szCs w:val="20"/>
          <w:lang w:val="ru-RU"/>
        </w:rPr>
        <w:t>ечера</w:t>
      </w:r>
      <w:proofErr w:type="spellEnd"/>
      <w:r w:rsidRPr="001D458D">
        <w:rPr>
          <w:rFonts w:ascii="Times New Roman" w:eastAsia="Times New Roman" w:hAnsi="Times New Roman" w:cs="Times New Roman"/>
          <w:color w:val="000000"/>
          <w:sz w:val="20"/>
          <w:szCs w:val="20"/>
          <w:lang w:val="ru-RU"/>
        </w:rPr>
        <w:t xml:space="preserve"> на хуторе близ Диканьки».</w:t>
      </w:r>
    </w:p>
    <w:p w:rsidR="00017B5E" w:rsidRPr="001D458D" w:rsidRDefault="005B1E35">
      <w:pPr>
        <w:autoSpaceDE w:val="0"/>
        <w:autoSpaceDN w:val="0"/>
        <w:spacing w:before="406" w:after="0" w:line="262" w:lineRule="auto"/>
        <w:ind w:right="6192"/>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Литература второй половины </w:t>
      </w:r>
      <w:r w:rsidRPr="001D458D">
        <w:rPr>
          <w:rFonts w:ascii="Times New Roman" w:eastAsia="Times New Roman" w:hAnsi="Times New Roman" w:cs="Times New Roman"/>
          <w:b/>
          <w:color w:val="000000"/>
          <w:sz w:val="20"/>
          <w:szCs w:val="20"/>
        </w:rPr>
        <w:t>XIX</w:t>
      </w:r>
      <w:r w:rsidRPr="001D458D">
        <w:rPr>
          <w:rFonts w:ascii="Times New Roman" w:eastAsia="Times New Roman" w:hAnsi="Times New Roman" w:cs="Times New Roman"/>
          <w:b/>
          <w:color w:val="000000"/>
          <w:sz w:val="20"/>
          <w:szCs w:val="20"/>
          <w:lang w:val="ru-RU"/>
        </w:rPr>
        <w:t xml:space="preserve"> века </w:t>
      </w:r>
      <w:r w:rsidRPr="001D458D">
        <w:rPr>
          <w:rFonts w:ascii="Times New Roman" w:hAnsi="Times New Roman" w:cs="Times New Roman"/>
          <w:sz w:val="20"/>
          <w:szCs w:val="20"/>
          <w:lang w:val="ru-RU"/>
        </w:rPr>
        <w:br/>
      </w:r>
      <w:r w:rsidRPr="001D458D">
        <w:rPr>
          <w:rFonts w:ascii="Times New Roman" w:eastAsia="Times New Roman" w:hAnsi="Times New Roman" w:cs="Times New Roman"/>
          <w:b/>
          <w:color w:val="000000"/>
          <w:sz w:val="20"/>
          <w:szCs w:val="20"/>
          <w:lang w:val="ru-RU"/>
        </w:rPr>
        <w:t>И. С. Тургенев.</w:t>
      </w:r>
      <w:r w:rsidRPr="001D458D">
        <w:rPr>
          <w:rFonts w:ascii="Times New Roman" w:eastAsia="Times New Roman" w:hAnsi="Times New Roman" w:cs="Times New Roman"/>
          <w:color w:val="000000"/>
          <w:sz w:val="20"/>
          <w:szCs w:val="20"/>
          <w:lang w:val="ru-RU"/>
        </w:rPr>
        <w:t xml:space="preserve"> Рассказ «Муму».</w:t>
      </w:r>
    </w:p>
    <w:p w:rsidR="00017B5E" w:rsidRPr="001D458D" w:rsidRDefault="005B1E35">
      <w:pPr>
        <w:autoSpaceDE w:val="0"/>
        <w:autoSpaceDN w:val="0"/>
        <w:spacing w:before="70" w:after="0" w:line="262" w:lineRule="auto"/>
        <w:ind w:right="144"/>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Н. А. Некрасов.</w:t>
      </w:r>
      <w:r w:rsidRPr="001D458D">
        <w:rPr>
          <w:rFonts w:ascii="Times New Roman" w:eastAsia="Times New Roman" w:hAnsi="Times New Roman" w:cs="Times New Roman"/>
          <w:color w:val="000000"/>
          <w:sz w:val="20"/>
          <w:szCs w:val="20"/>
          <w:lang w:val="ru-RU"/>
        </w:rPr>
        <w:t xml:space="preserve"> Стихотворения (не менее двух). «Крестьянские дети». «Школьник». Поэма «Мороз, Красный нос» (фрагмент).</w:t>
      </w:r>
    </w:p>
    <w:p w:rsidR="00017B5E" w:rsidRPr="001D458D" w:rsidRDefault="005B1E35">
      <w:pPr>
        <w:autoSpaceDE w:val="0"/>
        <w:autoSpaceDN w:val="0"/>
        <w:spacing w:before="7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Л. Н. Толстой.</w:t>
      </w:r>
      <w:r w:rsidRPr="001D458D">
        <w:rPr>
          <w:rFonts w:ascii="Times New Roman" w:eastAsia="Times New Roman" w:hAnsi="Times New Roman" w:cs="Times New Roman"/>
          <w:color w:val="000000"/>
          <w:sz w:val="20"/>
          <w:szCs w:val="20"/>
          <w:lang w:val="ru-RU"/>
        </w:rPr>
        <w:t xml:space="preserve"> Рассказ «Кавказский пленник».</w:t>
      </w:r>
    </w:p>
    <w:p w:rsidR="00017B5E" w:rsidRPr="001D458D" w:rsidRDefault="005B1E35">
      <w:pPr>
        <w:autoSpaceDE w:val="0"/>
        <w:autoSpaceDN w:val="0"/>
        <w:spacing w:before="406" w:after="0"/>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Литература </w:t>
      </w:r>
      <w:r w:rsidRPr="001D458D">
        <w:rPr>
          <w:rFonts w:ascii="Times New Roman" w:eastAsia="Times New Roman" w:hAnsi="Times New Roman" w:cs="Times New Roman"/>
          <w:b/>
          <w:color w:val="000000"/>
          <w:sz w:val="20"/>
          <w:szCs w:val="20"/>
        </w:rPr>
        <w:t>XIX</w:t>
      </w:r>
      <w:r w:rsidRPr="001D458D">
        <w:rPr>
          <w:rFonts w:ascii="Times New Roman" w:eastAsia="Times New Roman" w:hAnsi="Times New Roman" w:cs="Times New Roman"/>
          <w:b/>
          <w:color w:val="000000"/>
          <w:sz w:val="20"/>
          <w:szCs w:val="20"/>
          <w:lang w:val="ru-RU"/>
        </w:rPr>
        <w:t xml:space="preserve">—ХХ веков </w:t>
      </w:r>
      <w:r w:rsidRPr="001D458D">
        <w:rPr>
          <w:rFonts w:ascii="Times New Roman" w:hAnsi="Times New Roman" w:cs="Times New Roman"/>
          <w:sz w:val="20"/>
          <w:szCs w:val="20"/>
          <w:lang w:val="ru-RU"/>
        </w:rPr>
        <w:br/>
      </w:r>
      <w:r w:rsidRPr="001D458D">
        <w:rPr>
          <w:rFonts w:ascii="Times New Roman" w:eastAsia="Times New Roman" w:hAnsi="Times New Roman" w:cs="Times New Roman"/>
          <w:b/>
          <w:color w:val="000000"/>
          <w:sz w:val="20"/>
          <w:szCs w:val="20"/>
          <w:lang w:val="ru-RU"/>
        </w:rPr>
        <w:t xml:space="preserve">Стихотворения отечественных поэтов </w:t>
      </w:r>
      <w:r w:rsidRPr="001D458D">
        <w:rPr>
          <w:rFonts w:ascii="Times New Roman" w:eastAsia="Times New Roman" w:hAnsi="Times New Roman" w:cs="Times New Roman"/>
          <w:b/>
          <w:color w:val="000000"/>
          <w:sz w:val="20"/>
          <w:szCs w:val="20"/>
        </w:rPr>
        <w:t>XIX</w:t>
      </w:r>
      <w:r w:rsidRPr="001D458D">
        <w:rPr>
          <w:rFonts w:ascii="Times New Roman" w:eastAsia="Times New Roman" w:hAnsi="Times New Roman" w:cs="Times New Roman"/>
          <w:b/>
          <w:color w:val="000000"/>
          <w:sz w:val="20"/>
          <w:szCs w:val="20"/>
          <w:lang w:val="ru-RU"/>
        </w:rPr>
        <w:t xml:space="preserve">—ХХ веков о родной природе и о связи человека с Родиной </w:t>
      </w:r>
      <w:r w:rsidRPr="001D458D">
        <w:rPr>
          <w:rFonts w:ascii="Times New Roman" w:eastAsia="Times New Roman" w:hAnsi="Times New Roman" w:cs="Times New Roman"/>
          <w:color w:val="000000"/>
          <w:sz w:val="20"/>
          <w:szCs w:val="20"/>
          <w:lang w:val="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017B5E" w:rsidRPr="001D458D" w:rsidRDefault="005B1E35">
      <w:pPr>
        <w:autoSpaceDE w:val="0"/>
        <w:autoSpaceDN w:val="0"/>
        <w:spacing w:before="70" w:after="0" w:line="271"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Юмористические рассказы отечественных писателей </w:t>
      </w:r>
      <w:r w:rsidRPr="001D458D">
        <w:rPr>
          <w:rFonts w:ascii="Times New Roman" w:eastAsia="Times New Roman" w:hAnsi="Times New Roman" w:cs="Times New Roman"/>
          <w:b/>
          <w:color w:val="000000"/>
          <w:sz w:val="20"/>
          <w:szCs w:val="20"/>
        </w:rPr>
        <w:t>XIX</w:t>
      </w:r>
      <w:r w:rsidRPr="001D458D">
        <w:rPr>
          <w:rFonts w:ascii="Times New Roman" w:eastAsia="Times New Roman" w:hAnsi="Times New Roman" w:cs="Times New Roman"/>
          <w:b/>
          <w:color w:val="000000"/>
          <w:sz w:val="20"/>
          <w:szCs w:val="20"/>
          <w:lang w:val="ru-RU"/>
        </w:rPr>
        <w:t xml:space="preserve">— </w:t>
      </w:r>
      <w:r w:rsidRPr="001D458D">
        <w:rPr>
          <w:rFonts w:ascii="Times New Roman" w:eastAsia="Times New Roman" w:hAnsi="Times New Roman" w:cs="Times New Roman"/>
          <w:b/>
          <w:color w:val="000000"/>
          <w:sz w:val="20"/>
          <w:szCs w:val="20"/>
        </w:rPr>
        <w:t>XX</w:t>
      </w:r>
      <w:r w:rsidRPr="001D458D">
        <w:rPr>
          <w:rFonts w:ascii="Times New Roman" w:eastAsia="Times New Roman" w:hAnsi="Times New Roman" w:cs="Times New Roman"/>
          <w:b/>
          <w:color w:val="000000"/>
          <w:sz w:val="20"/>
          <w:szCs w:val="20"/>
          <w:lang w:val="ru-RU"/>
        </w:rPr>
        <w:t xml:space="preserve"> веков </w:t>
      </w:r>
      <w:r w:rsidRPr="001D458D">
        <w:rPr>
          <w:rFonts w:ascii="Times New Roman" w:hAnsi="Times New Roman" w:cs="Times New Roman"/>
          <w:sz w:val="20"/>
          <w:szCs w:val="20"/>
          <w:lang w:val="ru-RU"/>
        </w:rPr>
        <w:br/>
      </w:r>
      <w:r w:rsidRPr="001D458D">
        <w:rPr>
          <w:rFonts w:ascii="Times New Roman" w:eastAsia="Times New Roman" w:hAnsi="Times New Roman" w:cs="Times New Roman"/>
          <w:b/>
          <w:color w:val="000000"/>
          <w:sz w:val="20"/>
          <w:szCs w:val="20"/>
          <w:lang w:val="ru-RU"/>
        </w:rPr>
        <w:t xml:space="preserve">А. П. Чехов </w:t>
      </w:r>
      <w:r w:rsidRPr="001D458D">
        <w:rPr>
          <w:rFonts w:ascii="Times New Roman" w:eastAsia="Times New Roman" w:hAnsi="Times New Roman" w:cs="Times New Roman"/>
          <w:color w:val="000000"/>
          <w:sz w:val="20"/>
          <w:szCs w:val="20"/>
          <w:lang w:val="ru-RU"/>
        </w:rPr>
        <w:t xml:space="preserve">(два рассказа по выбору). Например, «Лошадиная фамилия», «Мальчики», «Хирургия» и др. </w:t>
      </w:r>
    </w:p>
    <w:p w:rsidR="00017B5E" w:rsidRPr="001D458D" w:rsidRDefault="005B1E35">
      <w:pPr>
        <w:autoSpaceDE w:val="0"/>
        <w:autoSpaceDN w:val="0"/>
        <w:spacing w:before="72" w:after="0" w:line="262" w:lineRule="auto"/>
        <w:ind w:right="1008"/>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М. М. Зощенко </w:t>
      </w:r>
      <w:r w:rsidRPr="001D458D">
        <w:rPr>
          <w:rFonts w:ascii="Times New Roman" w:eastAsia="Times New Roman" w:hAnsi="Times New Roman" w:cs="Times New Roman"/>
          <w:color w:val="000000"/>
          <w:sz w:val="20"/>
          <w:szCs w:val="20"/>
          <w:lang w:val="ru-RU"/>
        </w:rPr>
        <w:t>(два рассказа по выбору). Например, «Галоша», «Лёля  и  Минька»,  «Ёлка», «Золотые  слова»,  «Встреча» и др.</w:t>
      </w:r>
    </w:p>
    <w:p w:rsidR="00017B5E" w:rsidRPr="001D458D" w:rsidRDefault="005B1E35">
      <w:pPr>
        <w:autoSpaceDE w:val="0"/>
        <w:autoSpaceDN w:val="0"/>
        <w:spacing w:before="70" w:after="0" w:line="262"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Произведения отечественной литературы о природе и животных</w:t>
      </w:r>
      <w:r w:rsidRPr="001D458D">
        <w:rPr>
          <w:rFonts w:ascii="Times New Roman" w:eastAsia="Times New Roman" w:hAnsi="Times New Roman" w:cs="Times New Roman"/>
          <w:color w:val="000000"/>
          <w:sz w:val="20"/>
          <w:szCs w:val="20"/>
          <w:lang w:val="ru-RU"/>
        </w:rPr>
        <w:t xml:space="preserve"> (не менее двух). Например, А. И. Куприна, М. М. Пришвина, К. Г. Паустовского.</w:t>
      </w:r>
    </w:p>
    <w:p w:rsidR="00017B5E" w:rsidRPr="001D458D" w:rsidRDefault="005B1E35">
      <w:pPr>
        <w:autoSpaceDE w:val="0"/>
        <w:autoSpaceDN w:val="0"/>
        <w:spacing w:before="7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А. П. Платонов.</w:t>
      </w:r>
      <w:r w:rsidRPr="001D458D">
        <w:rPr>
          <w:rFonts w:ascii="Times New Roman" w:eastAsia="Times New Roman" w:hAnsi="Times New Roman" w:cs="Times New Roman"/>
          <w:color w:val="000000"/>
          <w:sz w:val="20"/>
          <w:szCs w:val="20"/>
          <w:lang w:val="ru-RU"/>
        </w:rPr>
        <w:t xml:space="preserve"> Рассказы (один по выбору). Например, «Корова», «Никита» и др.</w:t>
      </w:r>
    </w:p>
    <w:p w:rsidR="00017B5E" w:rsidRPr="001D458D" w:rsidRDefault="005B1E35">
      <w:pPr>
        <w:autoSpaceDE w:val="0"/>
        <w:autoSpaceDN w:val="0"/>
        <w:spacing w:before="7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В. П. Астафьев.</w:t>
      </w:r>
      <w:r w:rsidRPr="001D458D">
        <w:rPr>
          <w:rFonts w:ascii="Times New Roman" w:eastAsia="Times New Roman" w:hAnsi="Times New Roman" w:cs="Times New Roman"/>
          <w:color w:val="000000"/>
          <w:sz w:val="20"/>
          <w:szCs w:val="20"/>
          <w:lang w:val="ru-RU"/>
        </w:rPr>
        <w:t xml:space="preserve"> Рассказ «</w:t>
      </w:r>
      <w:proofErr w:type="spellStart"/>
      <w:r w:rsidRPr="001D458D">
        <w:rPr>
          <w:rFonts w:ascii="Times New Roman" w:eastAsia="Times New Roman" w:hAnsi="Times New Roman" w:cs="Times New Roman"/>
          <w:color w:val="000000"/>
          <w:sz w:val="20"/>
          <w:szCs w:val="20"/>
          <w:lang w:val="ru-RU"/>
        </w:rPr>
        <w:t>Васюткино</w:t>
      </w:r>
      <w:proofErr w:type="spellEnd"/>
      <w:r w:rsidRPr="001D458D">
        <w:rPr>
          <w:rFonts w:ascii="Times New Roman" w:eastAsia="Times New Roman" w:hAnsi="Times New Roman" w:cs="Times New Roman"/>
          <w:color w:val="000000"/>
          <w:sz w:val="20"/>
          <w:szCs w:val="20"/>
          <w:lang w:val="ru-RU"/>
        </w:rPr>
        <w:t xml:space="preserve"> озеро».</w:t>
      </w:r>
    </w:p>
    <w:p w:rsidR="00017B5E" w:rsidRPr="001D458D" w:rsidRDefault="005B1E35">
      <w:pPr>
        <w:autoSpaceDE w:val="0"/>
        <w:autoSpaceDN w:val="0"/>
        <w:spacing w:before="406" w:after="0" w:line="262"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Литература </w:t>
      </w:r>
      <w:r w:rsidRPr="001D458D">
        <w:rPr>
          <w:rFonts w:ascii="Times New Roman" w:eastAsia="Times New Roman" w:hAnsi="Times New Roman" w:cs="Times New Roman"/>
          <w:b/>
          <w:color w:val="000000"/>
          <w:sz w:val="20"/>
          <w:szCs w:val="20"/>
        </w:rPr>
        <w:t>XX</w:t>
      </w:r>
      <w:r w:rsidRPr="001D458D">
        <w:rPr>
          <w:rFonts w:ascii="Times New Roman" w:eastAsia="Times New Roman" w:hAnsi="Times New Roman" w:cs="Times New Roman"/>
          <w:b/>
          <w:color w:val="000000"/>
          <w:sz w:val="20"/>
          <w:szCs w:val="20"/>
          <w:lang w:val="ru-RU"/>
        </w:rPr>
        <w:t>—</w:t>
      </w:r>
      <w:r w:rsidRPr="001D458D">
        <w:rPr>
          <w:rFonts w:ascii="Times New Roman" w:eastAsia="Times New Roman" w:hAnsi="Times New Roman" w:cs="Times New Roman"/>
          <w:b/>
          <w:color w:val="000000"/>
          <w:sz w:val="20"/>
          <w:szCs w:val="20"/>
        </w:rPr>
        <w:t>XXI</w:t>
      </w:r>
      <w:r w:rsidRPr="001D458D">
        <w:rPr>
          <w:rFonts w:ascii="Times New Roman" w:eastAsia="Times New Roman" w:hAnsi="Times New Roman" w:cs="Times New Roman"/>
          <w:b/>
          <w:color w:val="000000"/>
          <w:sz w:val="20"/>
          <w:szCs w:val="20"/>
          <w:lang w:val="ru-RU"/>
        </w:rPr>
        <w:t xml:space="preserve"> веков </w:t>
      </w:r>
      <w:r w:rsidRPr="001D458D">
        <w:rPr>
          <w:rFonts w:ascii="Times New Roman" w:hAnsi="Times New Roman" w:cs="Times New Roman"/>
          <w:sz w:val="20"/>
          <w:szCs w:val="20"/>
          <w:lang w:val="ru-RU"/>
        </w:rPr>
        <w:br/>
      </w:r>
      <w:r w:rsidRPr="001D458D">
        <w:rPr>
          <w:rFonts w:ascii="Times New Roman" w:eastAsia="Times New Roman" w:hAnsi="Times New Roman" w:cs="Times New Roman"/>
          <w:b/>
          <w:color w:val="000000"/>
          <w:sz w:val="20"/>
          <w:szCs w:val="20"/>
          <w:lang w:val="ru-RU"/>
        </w:rPr>
        <w:t>Произведения отечественной прозы на тему «Человек на войне»</w:t>
      </w:r>
      <w:r w:rsidRPr="001D458D">
        <w:rPr>
          <w:rFonts w:ascii="Times New Roman" w:eastAsia="Times New Roman" w:hAnsi="Times New Roman" w:cs="Times New Roman"/>
          <w:color w:val="000000"/>
          <w:sz w:val="20"/>
          <w:szCs w:val="20"/>
          <w:lang w:val="ru-RU"/>
        </w:rPr>
        <w:t xml:space="preserve"> (не менее двух). Например, Л. А.</w:t>
      </w:r>
    </w:p>
    <w:p w:rsidR="00017B5E" w:rsidRPr="001D458D" w:rsidRDefault="005B1E35">
      <w:pPr>
        <w:autoSpaceDE w:val="0"/>
        <w:autoSpaceDN w:val="0"/>
        <w:spacing w:before="70" w:after="0" w:line="262" w:lineRule="auto"/>
        <w:ind w:right="576"/>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Кассиль. «Дорогие мои мальчишки»; Ю. Я. Яковлев. «Девочки с  Васильевского  острова»; В. П. Катаев. «Сын полка» и др.</w:t>
      </w:r>
    </w:p>
    <w:p w:rsidR="00017B5E" w:rsidRPr="001D458D" w:rsidRDefault="005B1E35">
      <w:pPr>
        <w:autoSpaceDE w:val="0"/>
        <w:autoSpaceDN w:val="0"/>
        <w:spacing w:before="7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Произведения отечественных писателей </w:t>
      </w:r>
      <w:r w:rsidRPr="001D458D">
        <w:rPr>
          <w:rFonts w:ascii="Times New Roman" w:eastAsia="Times New Roman" w:hAnsi="Times New Roman" w:cs="Times New Roman"/>
          <w:b/>
          <w:color w:val="000000"/>
          <w:sz w:val="20"/>
          <w:szCs w:val="20"/>
        </w:rPr>
        <w:t>XIX</w:t>
      </w:r>
      <w:r w:rsidRPr="001D458D">
        <w:rPr>
          <w:rFonts w:ascii="Times New Roman" w:eastAsia="Times New Roman" w:hAnsi="Times New Roman" w:cs="Times New Roman"/>
          <w:b/>
          <w:color w:val="000000"/>
          <w:sz w:val="20"/>
          <w:szCs w:val="20"/>
          <w:lang w:val="ru-RU"/>
        </w:rPr>
        <w:t>—</w:t>
      </w:r>
      <w:r w:rsidRPr="001D458D">
        <w:rPr>
          <w:rFonts w:ascii="Times New Roman" w:eastAsia="Times New Roman" w:hAnsi="Times New Roman" w:cs="Times New Roman"/>
          <w:b/>
          <w:color w:val="000000"/>
          <w:sz w:val="20"/>
          <w:szCs w:val="20"/>
        </w:rPr>
        <w:t>XXI</w:t>
      </w:r>
      <w:r w:rsidRPr="001D458D">
        <w:rPr>
          <w:rFonts w:ascii="Times New Roman" w:eastAsia="Times New Roman" w:hAnsi="Times New Roman" w:cs="Times New Roman"/>
          <w:b/>
          <w:color w:val="000000"/>
          <w:sz w:val="20"/>
          <w:szCs w:val="20"/>
          <w:lang w:val="ru-RU"/>
        </w:rPr>
        <w:t xml:space="preserve"> веков на тему детства</w:t>
      </w:r>
      <w:r w:rsidRPr="001D458D">
        <w:rPr>
          <w:rFonts w:ascii="Times New Roman" w:eastAsia="Times New Roman" w:hAnsi="Times New Roman" w:cs="Times New Roman"/>
          <w:color w:val="000000"/>
          <w:sz w:val="20"/>
          <w:szCs w:val="20"/>
          <w:lang w:val="ru-RU"/>
        </w:rPr>
        <w:t xml:space="preserve"> (не менее двух).</w:t>
      </w:r>
    </w:p>
    <w:p w:rsidR="00017B5E" w:rsidRPr="001D458D" w:rsidRDefault="005B1E35">
      <w:pPr>
        <w:autoSpaceDE w:val="0"/>
        <w:autoSpaceDN w:val="0"/>
        <w:spacing w:before="70" w:after="0" w:line="262" w:lineRule="auto"/>
        <w:ind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Например, произведения В. Г. Короленко, В. П. Катаева, В. П. Крапивина, Ю. П. Казакова, А. Г. Алексина, В. П. Астафьева, В. К. </w:t>
      </w:r>
      <w:proofErr w:type="spellStart"/>
      <w:r w:rsidRPr="001D458D">
        <w:rPr>
          <w:rFonts w:ascii="Times New Roman" w:eastAsia="Times New Roman" w:hAnsi="Times New Roman" w:cs="Times New Roman"/>
          <w:color w:val="000000"/>
          <w:sz w:val="20"/>
          <w:szCs w:val="20"/>
          <w:lang w:val="ru-RU"/>
        </w:rPr>
        <w:t>Железникова</w:t>
      </w:r>
      <w:proofErr w:type="spellEnd"/>
      <w:r w:rsidRPr="001D458D">
        <w:rPr>
          <w:rFonts w:ascii="Times New Roman" w:eastAsia="Times New Roman" w:hAnsi="Times New Roman" w:cs="Times New Roman"/>
          <w:color w:val="000000"/>
          <w:sz w:val="20"/>
          <w:szCs w:val="20"/>
          <w:lang w:val="ru-RU"/>
        </w:rPr>
        <w:t xml:space="preserve">, Ю. Я. Яковлева, Ю. И. Коваля, А. А. </w:t>
      </w:r>
      <w:proofErr w:type="spellStart"/>
      <w:r w:rsidRPr="001D458D">
        <w:rPr>
          <w:rFonts w:ascii="Times New Roman" w:eastAsia="Times New Roman" w:hAnsi="Times New Roman" w:cs="Times New Roman"/>
          <w:color w:val="000000"/>
          <w:sz w:val="20"/>
          <w:szCs w:val="20"/>
          <w:lang w:val="ru-RU"/>
        </w:rPr>
        <w:t>Гиваргизова</w:t>
      </w:r>
      <w:proofErr w:type="spellEnd"/>
      <w:r w:rsidRPr="001D458D">
        <w:rPr>
          <w:rFonts w:ascii="Times New Roman" w:eastAsia="Times New Roman" w:hAnsi="Times New Roman" w:cs="Times New Roman"/>
          <w:color w:val="000000"/>
          <w:sz w:val="20"/>
          <w:szCs w:val="20"/>
          <w:lang w:val="ru-RU"/>
        </w:rPr>
        <w:t>, М.</w:t>
      </w:r>
    </w:p>
    <w:p w:rsidR="00017B5E" w:rsidRPr="001D458D" w:rsidRDefault="00017B5E">
      <w:pPr>
        <w:rPr>
          <w:rFonts w:ascii="Times New Roman" w:hAnsi="Times New Roman" w:cs="Times New Roman"/>
          <w:sz w:val="20"/>
          <w:szCs w:val="20"/>
          <w:lang w:val="ru-RU"/>
        </w:rPr>
        <w:sectPr w:rsidR="00017B5E" w:rsidRPr="001D458D">
          <w:pgSz w:w="11900" w:h="16840"/>
          <w:pgMar w:top="298" w:right="650" w:bottom="398" w:left="666" w:header="720" w:footer="720" w:gutter="0"/>
          <w:cols w:space="720" w:equalWidth="0">
            <w:col w:w="1058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lang w:val="ru-RU"/>
        </w:rPr>
      </w:pPr>
    </w:p>
    <w:p w:rsidR="00017B5E" w:rsidRPr="001D458D" w:rsidRDefault="005B1E35">
      <w:pPr>
        <w:autoSpaceDE w:val="0"/>
        <w:autoSpaceDN w:val="0"/>
        <w:spacing w:after="0" w:line="230" w:lineRule="auto"/>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С. </w:t>
      </w:r>
      <w:proofErr w:type="spellStart"/>
      <w:r w:rsidRPr="001D458D">
        <w:rPr>
          <w:rFonts w:ascii="Times New Roman" w:eastAsia="Times New Roman" w:hAnsi="Times New Roman" w:cs="Times New Roman"/>
          <w:color w:val="000000"/>
          <w:sz w:val="20"/>
          <w:szCs w:val="20"/>
          <w:lang w:val="ru-RU"/>
        </w:rPr>
        <w:t>Аромштам</w:t>
      </w:r>
      <w:proofErr w:type="spellEnd"/>
      <w:r w:rsidRPr="001D458D">
        <w:rPr>
          <w:rFonts w:ascii="Times New Roman" w:eastAsia="Times New Roman" w:hAnsi="Times New Roman" w:cs="Times New Roman"/>
          <w:color w:val="000000"/>
          <w:sz w:val="20"/>
          <w:szCs w:val="20"/>
          <w:lang w:val="ru-RU"/>
        </w:rPr>
        <w:t xml:space="preserve">, Н. Ю. </w:t>
      </w:r>
      <w:proofErr w:type="spellStart"/>
      <w:r w:rsidRPr="001D458D">
        <w:rPr>
          <w:rFonts w:ascii="Times New Roman" w:eastAsia="Times New Roman" w:hAnsi="Times New Roman" w:cs="Times New Roman"/>
          <w:color w:val="000000"/>
          <w:sz w:val="20"/>
          <w:szCs w:val="20"/>
          <w:lang w:val="ru-RU"/>
        </w:rPr>
        <w:t>Абгарян</w:t>
      </w:r>
      <w:proofErr w:type="spellEnd"/>
      <w:r w:rsidRPr="001D458D">
        <w:rPr>
          <w:rFonts w:ascii="Times New Roman" w:eastAsia="Times New Roman" w:hAnsi="Times New Roman" w:cs="Times New Roman"/>
          <w:color w:val="000000"/>
          <w:sz w:val="20"/>
          <w:szCs w:val="20"/>
          <w:lang w:val="ru-RU"/>
        </w:rPr>
        <w:t>.</w:t>
      </w:r>
    </w:p>
    <w:p w:rsidR="00017B5E" w:rsidRPr="001D458D" w:rsidRDefault="005B1E35">
      <w:pPr>
        <w:autoSpaceDE w:val="0"/>
        <w:autoSpaceDN w:val="0"/>
        <w:spacing w:before="70" w:after="0" w:line="271" w:lineRule="auto"/>
        <w:ind w:right="288"/>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Произведения приключенческого жанра отечественных писателей</w:t>
      </w:r>
      <w:r w:rsidRPr="001D458D">
        <w:rPr>
          <w:rFonts w:ascii="Times New Roman" w:eastAsia="Times New Roman" w:hAnsi="Times New Roman" w:cs="Times New Roman"/>
          <w:color w:val="000000"/>
          <w:sz w:val="20"/>
          <w:szCs w:val="20"/>
          <w:lang w:val="ru-RU"/>
        </w:rPr>
        <w:t xml:space="preserve">  (одно  по  выбору). Например,  К.  Булычёв.  «Девочка, с которой ничего не случится», «Миллион приключений» и др. (главы по выбору).</w:t>
      </w:r>
    </w:p>
    <w:p w:rsidR="00017B5E" w:rsidRPr="001D458D" w:rsidRDefault="005B1E35">
      <w:pPr>
        <w:autoSpaceDE w:val="0"/>
        <w:autoSpaceDN w:val="0"/>
        <w:spacing w:before="406" w:after="0" w:line="262" w:lineRule="auto"/>
        <w:ind w:right="4176"/>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Литература народов Российской Федерации </w:t>
      </w:r>
      <w:r w:rsidRPr="001D458D">
        <w:rPr>
          <w:rFonts w:ascii="Times New Roman" w:hAnsi="Times New Roman" w:cs="Times New Roman"/>
          <w:sz w:val="20"/>
          <w:szCs w:val="20"/>
          <w:lang w:val="ru-RU"/>
        </w:rPr>
        <w:br/>
      </w:r>
      <w:r w:rsidRPr="001D458D">
        <w:rPr>
          <w:rFonts w:ascii="Times New Roman" w:eastAsia="Times New Roman" w:hAnsi="Times New Roman" w:cs="Times New Roman"/>
          <w:b/>
          <w:color w:val="000000"/>
          <w:sz w:val="20"/>
          <w:szCs w:val="20"/>
          <w:lang w:val="ru-RU"/>
        </w:rPr>
        <w:t xml:space="preserve">Стихотворения </w:t>
      </w:r>
      <w:r w:rsidRPr="001D458D">
        <w:rPr>
          <w:rFonts w:ascii="Times New Roman" w:eastAsia="Times New Roman" w:hAnsi="Times New Roman" w:cs="Times New Roman"/>
          <w:color w:val="000000"/>
          <w:sz w:val="20"/>
          <w:szCs w:val="20"/>
          <w:lang w:val="ru-RU"/>
        </w:rPr>
        <w:t>(одно по выбору). Например, Р. Г. Гамзатов.</w:t>
      </w:r>
    </w:p>
    <w:p w:rsidR="00017B5E" w:rsidRPr="001D458D" w:rsidRDefault="005B1E35">
      <w:pPr>
        <w:autoSpaceDE w:val="0"/>
        <w:autoSpaceDN w:val="0"/>
        <w:spacing w:before="7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«Песня соловья»; М. </w:t>
      </w:r>
      <w:proofErr w:type="gramStart"/>
      <w:r w:rsidRPr="001D458D">
        <w:rPr>
          <w:rFonts w:ascii="Times New Roman" w:eastAsia="Times New Roman" w:hAnsi="Times New Roman" w:cs="Times New Roman"/>
          <w:color w:val="000000"/>
          <w:sz w:val="20"/>
          <w:szCs w:val="20"/>
          <w:lang w:val="ru-RU"/>
        </w:rPr>
        <w:t>Карим</w:t>
      </w:r>
      <w:proofErr w:type="gramEnd"/>
      <w:r w:rsidRPr="001D458D">
        <w:rPr>
          <w:rFonts w:ascii="Times New Roman" w:eastAsia="Times New Roman" w:hAnsi="Times New Roman" w:cs="Times New Roman"/>
          <w:color w:val="000000"/>
          <w:sz w:val="20"/>
          <w:szCs w:val="20"/>
          <w:lang w:val="ru-RU"/>
        </w:rPr>
        <w:t>. «Эту песню мать мне пела».</w:t>
      </w:r>
    </w:p>
    <w:p w:rsidR="00017B5E" w:rsidRPr="001D458D" w:rsidRDefault="005B1E35">
      <w:pPr>
        <w:autoSpaceDE w:val="0"/>
        <w:autoSpaceDN w:val="0"/>
        <w:spacing w:before="406" w:after="0" w:line="262" w:lineRule="auto"/>
        <w:ind w:right="1008"/>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Зарубежная литература </w:t>
      </w:r>
      <w:r w:rsidRPr="001D458D">
        <w:rPr>
          <w:rFonts w:ascii="Times New Roman" w:hAnsi="Times New Roman" w:cs="Times New Roman"/>
          <w:sz w:val="20"/>
          <w:szCs w:val="20"/>
          <w:lang w:val="ru-RU"/>
        </w:rPr>
        <w:br/>
      </w:r>
      <w:r w:rsidRPr="001D458D">
        <w:rPr>
          <w:rFonts w:ascii="Times New Roman" w:eastAsia="Times New Roman" w:hAnsi="Times New Roman" w:cs="Times New Roman"/>
          <w:b/>
          <w:color w:val="000000"/>
          <w:sz w:val="20"/>
          <w:szCs w:val="20"/>
          <w:lang w:val="ru-RU"/>
        </w:rPr>
        <w:t xml:space="preserve">Х. К. Андерсен. </w:t>
      </w:r>
      <w:r w:rsidRPr="001D458D">
        <w:rPr>
          <w:rFonts w:ascii="Times New Roman" w:eastAsia="Times New Roman" w:hAnsi="Times New Roman" w:cs="Times New Roman"/>
          <w:color w:val="000000"/>
          <w:sz w:val="20"/>
          <w:szCs w:val="20"/>
          <w:lang w:val="ru-RU"/>
        </w:rPr>
        <w:t>Сказки (одна по выбору). Например, «Снежная королева», «Соловей» и др.</w:t>
      </w:r>
    </w:p>
    <w:p w:rsidR="00017B5E" w:rsidRPr="001D458D" w:rsidRDefault="005B1E35">
      <w:pPr>
        <w:autoSpaceDE w:val="0"/>
        <w:autoSpaceDN w:val="0"/>
        <w:spacing w:before="72" w:after="0" w:line="262"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Зарубежная сказочная проза</w:t>
      </w:r>
      <w:r w:rsidRPr="001D458D">
        <w:rPr>
          <w:rFonts w:ascii="Times New Roman" w:eastAsia="Times New Roman" w:hAnsi="Times New Roman" w:cs="Times New Roman"/>
          <w:color w:val="000000"/>
          <w:sz w:val="20"/>
          <w:szCs w:val="20"/>
          <w:lang w:val="ru-RU"/>
        </w:rPr>
        <w:t xml:space="preserve"> (одно произведение по выбору). Например, Л. Кэрролл. «Алиса в Стране Чудес» (главы по выбору), Дж. Р. Р. </w:t>
      </w:r>
      <w:proofErr w:type="spellStart"/>
      <w:r w:rsidRPr="001D458D">
        <w:rPr>
          <w:rFonts w:ascii="Times New Roman" w:eastAsia="Times New Roman" w:hAnsi="Times New Roman" w:cs="Times New Roman"/>
          <w:color w:val="000000"/>
          <w:sz w:val="20"/>
          <w:szCs w:val="20"/>
          <w:lang w:val="ru-RU"/>
        </w:rPr>
        <w:t>Толкин</w:t>
      </w:r>
      <w:proofErr w:type="spellEnd"/>
      <w:r w:rsidRPr="001D458D">
        <w:rPr>
          <w:rFonts w:ascii="Times New Roman" w:eastAsia="Times New Roman" w:hAnsi="Times New Roman" w:cs="Times New Roman"/>
          <w:color w:val="000000"/>
          <w:sz w:val="20"/>
          <w:szCs w:val="20"/>
          <w:lang w:val="ru-RU"/>
        </w:rPr>
        <w:t>. «</w:t>
      </w:r>
      <w:proofErr w:type="spellStart"/>
      <w:r w:rsidRPr="001D458D">
        <w:rPr>
          <w:rFonts w:ascii="Times New Roman" w:eastAsia="Times New Roman" w:hAnsi="Times New Roman" w:cs="Times New Roman"/>
          <w:color w:val="000000"/>
          <w:sz w:val="20"/>
          <w:szCs w:val="20"/>
          <w:lang w:val="ru-RU"/>
        </w:rPr>
        <w:t>Хоббит</w:t>
      </w:r>
      <w:proofErr w:type="spellEnd"/>
      <w:r w:rsidRPr="001D458D">
        <w:rPr>
          <w:rFonts w:ascii="Times New Roman" w:eastAsia="Times New Roman" w:hAnsi="Times New Roman" w:cs="Times New Roman"/>
          <w:color w:val="000000"/>
          <w:sz w:val="20"/>
          <w:szCs w:val="20"/>
          <w:lang w:val="ru-RU"/>
        </w:rPr>
        <w:t>, или</w:t>
      </w:r>
      <w:proofErr w:type="gramStart"/>
      <w:r w:rsidRPr="001D458D">
        <w:rPr>
          <w:rFonts w:ascii="Times New Roman" w:eastAsia="Times New Roman" w:hAnsi="Times New Roman" w:cs="Times New Roman"/>
          <w:color w:val="000000"/>
          <w:sz w:val="20"/>
          <w:szCs w:val="20"/>
          <w:lang w:val="ru-RU"/>
        </w:rPr>
        <w:t xml:space="preserve"> Т</w:t>
      </w:r>
      <w:proofErr w:type="gramEnd"/>
      <w:r w:rsidRPr="001D458D">
        <w:rPr>
          <w:rFonts w:ascii="Times New Roman" w:eastAsia="Times New Roman" w:hAnsi="Times New Roman" w:cs="Times New Roman"/>
          <w:color w:val="000000"/>
          <w:sz w:val="20"/>
          <w:szCs w:val="20"/>
          <w:lang w:val="ru-RU"/>
        </w:rPr>
        <w:t>уда и обратно» (главы по выбору).</w:t>
      </w:r>
    </w:p>
    <w:p w:rsidR="00017B5E" w:rsidRPr="001D458D" w:rsidRDefault="005B1E35">
      <w:pPr>
        <w:autoSpaceDE w:val="0"/>
        <w:autoSpaceDN w:val="0"/>
        <w:spacing w:before="7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Зарубежная проза о детях и подростках </w:t>
      </w:r>
      <w:r w:rsidRPr="001D458D">
        <w:rPr>
          <w:rFonts w:ascii="Times New Roman" w:eastAsia="Times New Roman" w:hAnsi="Times New Roman" w:cs="Times New Roman"/>
          <w:color w:val="000000"/>
          <w:sz w:val="20"/>
          <w:szCs w:val="20"/>
          <w:lang w:val="ru-RU"/>
        </w:rPr>
        <w:t xml:space="preserve">(два произведения по выбору).   Например,   М.   Твен. </w:t>
      </w:r>
    </w:p>
    <w:p w:rsidR="00017B5E" w:rsidRPr="001D458D" w:rsidRDefault="005B1E35">
      <w:pPr>
        <w:autoSpaceDE w:val="0"/>
        <w:autoSpaceDN w:val="0"/>
        <w:spacing w:before="70" w:after="0"/>
        <w:ind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«Приключения   Тома   </w:t>
      </w:r>
      <w:proofErr w:type="spellStart"/>
      <w:r w:rsidRPr="001D458D">
        <w:rPr>
          <w:rFonts w:ascii="Times New Roman" w:eastAsia="Times New Roman" w:hAnsi="Times New Roman" w:cs="Times New Roman"/>
          <w:color w:val="000000"/>
          <w:sz w:val="20"/>
          <w:szCs w:val="20"/>
          <w:lang w:val="ru-RU"/>
        </w:rPr>
        <w:t>Сойера</w:t>
      </w:r>
      <w:proofErr w:type="spellEnd"/>
      <w:r w:rsidRPr="001D458D">
        <w:rPr>
          <w:rFonts w:ascii="Times New Roman" w:eastAsia="Times New Roman" w:hAnsi="Times New Roman" w:cs="Times New Roman"/>
          <w:color w:val="000000"/>
          <w:sz w:val="20"/>
          <w:szCs w:val="20"/>
          <w:lang w:val="ru-RU"/>
        </w:rPr>
        <w:t>»</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(главы по выбору); Дж. Лондон. «Сказание о </w:t>
      </w:r>
      <w:proofErr w:type="spellStart"/>
      <w:r w:rsidRPr="001D458D">
        <w:rPr>
          <w:rFonts w:ascii="Times New Roman" w:eastAsia="Times New Roman" w:hAnsi="Times New Roman" w:cs="Times New Roman"/>
          <w:color w:val="000000"/>
          <w:sz w:val="20"/>
          <w:szCs w:val="20"/>
          <w:lang w:val="ru-RU"/>
        </w:rPr>
        <w:t>Кише</w:t>
      </w:r>
      <w:proofErr w:type="spellEnd"/>
      <w:r w:rsidRPr="001D458D">
        <w:rPr>
          <w:rFonts w:ascii="Times New Roman" w:eastAsia="Times New Roman" w:hAnsi="Times New Roman" w:cs="Times New Roman"/>
          <w:color w:val="000000"/>
          <w:sz w:val="20"/>
          <w:szCs w:val="20"/>
          <w:lang w:val="ru-RU"/>
        </w:rPr>
        <w:t xml:space="preserve">»; Р. </w:t>
      </w:r>
      <w:proofErr w:type="spellStart"/>
      <w:r w:rsidRPr="001D458D">
        <w:rPr>
          <w:rFonts w:ascii="Times New Roman" w:eastAsia="Times New Roman" w:hAnsi="Times New Roman" w:cs="Times New Roman"/>
          <w:color w:val="000000"/>
          <w:sz w:val="20"/>
          <w:szCs w:val="20"/>
          <w:lang w:val="ru-RU"/>
        </w:rPr>
        <w:t>Брэдбери</w:t>
      </w:r>
      <w:proofErr w:type="spellEnd"/>
      <w:r w:rsidRPr="001D458D">
        <w:rPr>
          <w:rFonts w:ascii="Times New Roman" w:eastAsia="Times New Roman" w:hAnsi="Times New Roman" w:cs="Times New Roman"/>
          <w:color w:val="000000"/>
          <w:sz w:val="20"/>
          <w:szCs w:val="20"/>
          <w:lang w:val="ru-RU"/>
        </w:rPr>
        <w:t>. Рассказы. Например, «</w:t>
      </w:r>
      <w:proofErr w:type="spellStart"/>
      <w:r w:rsidRPr="001D458D">
        <w:rPr>
          <w:rFonts w:ascii="Times New Roman" w:eastAsia="Times New Roman" w:hAnsi="Times New Roman" w:cs="Times New Roman"/>
          <w:color w:val="000000"/>
          <w:sz w:val="20"/>
          <w:szCs w:val="20"/>
          <w:lang w:val="ru-RU"/>
        </w:rPr>
        <w:t>Каникулы»</w:t>
      </w:r>
      <w:proofErr w:type="gramStart"/>
      <w:r w:rsidRPr="001D458D">
        <w:rPr>
          <w:rFonts w:ascii="Times New Roman" w:eastAsia="Times New Roman" w:hAnsi="Times New Roman" w:cs="Times New Roman"/>
          <w:color w:val="000000"/>
          <w:sz w:val="20"/>
          <w:szCs w:val="20"/>
          <w:lang w:val="ru-RU"/>
        </w:rPr>
        <w:t>,«</w:t>
      </w:r>
      <w:proofErr w:type="gramEnd"/>
      <w:r w:rsidRPr="001D458D">
        <w:rPr>
          <w:rFonts w:ascii="Times New Roman" w:eastAsia="Times New Roman" w:hAnsi="Times New Roman" w:cs="Times New Roman"/>
          <w:color w:val="000000"/>
          <w:sz w:val="20"/>
          <w:szCs w:val="20"/>
          <w:lang w:val="ru-RU"/>
        </w:rPr>
        <w:t>Звук</w:t>
      </w:r>
      <w:proofErr w:type="spellEnd"/>
      <w:r w:rsidRPr="001D458D">
        <w:rPr>
          <w:rFonts w:ascii="Times New Roman" w:eastAsia="Times New Roman" w:hAnsi="Times New Roman" w:cs="Times New Roman"/>
          <w:color w:val="000000"/>
          <w:sz w:val="20"/>
          <w:szCs w:val="20"/>
          <w:lang w:val="ru-RU"/>
        </w:rPr>
        <w:t xml:space="preserve"> бегущих ног»,</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«Зелёное утро» и др.</w:t>
      </w:r>
    </w:p>
    <w:p w:rsidR="00017B5E" w:rsidRPr="001D458D" w:rsidRDefault="005B1E35">
      <w:pPr>
        <w:autoSpaceDE w:val="0"/>
        <w:autoSpaceDN w:val="0"/>
        <w:spacing w:before="7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Зарубежная приключенческая проза </w:t>
      </w:r>
      <w:r w:rsidRPr="001D458D">
        <w:rPr>
          <w:rFonts w:ascii="Times New Roman" w:eastAsia="Times New Roman" w:hAnsi="Times New Roman" w:cs="Times New Roman"/>
          <w:color w:val="000000"/>
          <w:sz w:val="20"/>
          <w:szCs w:val="20"/>
          <w:lang w:val="ru-RU"/>
        </w:rPr>
        <w:t>(два произведения по выбору).</w:t>
      </w:r>
    </w:p>
    <w:p w:rsidR="00017B5E" w:rsidRPr="001D458D" w:rsidRDefault="005B1E35">
      <w:pPr>
        <w:autoSpaceDE w:val="0"/>
        <w:autoSpaceDN w:val="0"/>
        <w:spacing w:before="7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Например, Р. Л. Стивенсон. «Остров сокровищ», «Чёрная стрела» и др.</w:t>
      </w:r>
    </w:p>
    <w:p w:rsidR="00017B5E" w:rsidRPr="001D458D" w:rsidRDefault="005B1E35">
      <w:pPr>
        <w:autoSpaceDE w:val="0"/>
        <w:autoSpaceDN w:val="0"/>
        <w:spacing w:before="7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Зарубежная проза о животных </w:t>
      </w:r>
      <w:r w:rsidRPr="001D458D">
        <w:rPr>
          <w:rFonts w:ascii="Times New Roman" w:eastAsia="Times New Roman" w:hAnsi="Times New Roman" w:cs="Times New Roman"/>
          <w:color w:val="000000"/>
          <w:sz w:val="20"/>
          <w:szCs w:val="20"/>
          <w:lang w:val="ru-RU"/>
        </w:rPr>
        <w:t>(одно-два произведения по выбору).</w:t>
      </w:r>
    </w:p>
    <w:p w:rsidR="00017B5E" w:rsidRPr="001D458D" w:rsidRDefault="005B1E35">
      <w:pPr>
        <w:autoSpaceDE w:val="0"/>
        <w:autoSpaceDN w:val="0"/>
        <w:spacing w:before="70" w:after="0" w:line="262" w:lineRule="auto"/>
        <w:ind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Э. Сетон-Томпсон. «</w:t>
      </w:r>
      <w:proofErr w:type="gramStart"/>
      <w:r w:rsidRPr="001D458D">
        <w:rPr>
          <w:rFonts w:ascii="Times New Roman" w:eastAsia="Times New Roman" w:hAnsi="Times New Roman" w:cs="Times New Roman"/>
          <w:color w:val="000000"/>
          <w:sz w:val="20"/>
          <w:szCs w:val="20"/>
          <w:lang w:val="ru-RU"/>
        </w:rPr>
        <w:t>Королевская</w:t>
      </w:r>
      <w:proofErr w:type="gramEnd"/>
      <w:r w:rsidRPr="001D458D">
        <w:rPr>
          <w:rFonts w:ascii="Times New Roman" w:eastAsia="Times New Roman" w:hAnsi="Times New Roman" w:cs="Times New Roman"/>
          <w:color w:val="000000"/>
          <w:sz w:val="20"/>
          <w:szCs w:val="20"/>
          <w:lang w:val="ru-RU"/>
        </w:rPr>
        <w:t xml:space="preserve"> </w:t>
      </w:r>
      <w:proofErr w:type="spellStart"/>
      <w:r w:rsidRPr="001D458D">
        <w:rPr>
          <w:rFonts w:ascii="Times New Roman" w:eastAsia="Times New Roman" w:hAnsi="Times New Roman" w:cs="Times New Roman"/>
          <w:color w:val="000000"/>
          <w:sz w:val="20"/>
          <w:szCs w:val="20"/>
          <w:lang w:val="ru-RU"/>
        </w:rPr>
        <w:t>аналостанка</w:t>
      </w:r>
      <w:proofErr w:type="spellEnd"/>
      <w:r w:rsidRPr="001D458D">
        <w:rPr>
          <w:rFonts w:ascii="Times New Roman" w:eastAsia="Times New Roman" w:hAnsi="Times New Roman" w:cs="Times New Roman"/>
          <w:color w:val="000000"/>
          <w:sz w:val="20"/>
          <w:szCs w:val="20"/>
          <w:lang w:val="ru-RU"/>
        </w:rPr>
        <w:t>»; Дж. Даррелл. «Говорящий свёрток»; Дж. Лондон. «Белый  клык»; Дж. Р. Киплинг. «</w:t>
      </w:r>
      <w:proofErr w:type="spellStart"/>
      <w:r w:rsidRPr="001D458D">
        <w:rPr>
          <w:rFonts w:ascii="Times New Roman" w:eastAsia="Times New Roman" w:hAnsi="Times New Roman" w:cs="Times New Roman"/>
          <w:color w:val="000000"/>
          <w:sz w:val="20"/>
          <w:szCs w:val="20"/>
          <w:lang w:val="ru-RU"/>
        </w:rPr>
        <w:t>Маугли</w:t>
      </w:r>
      <w:proofErr w:type="spellEnd"/>
      <w:r w:rsidRPr="001D458D">
        <w:rPr>
          <w:rFonts w:ascii="Times New Roman" w:eastAsia="Times New Roman" w:hAnsi="Times New Roman" w:cs="Times New Roman"/>
          <w:color w:val="000000"/>
          <w:sz w:val="20"/>
          <w:szCs w:val="20"/>
          <w:lang w:val="ru-RU"/>
        </w:rPr>
        <w:t>», «</w:t>
      </w:r>
      <w:proofErr w:type="spellStart"/>
      <w:r w:rsidRPr="001D458D">
        <w:rPr>
          <w:rFonts w:ascii="Times New Roman" w:eastAsia="Times New Roman" w:hAnsi="Times New Roman" w:cs="Times New Roman"/>
          <w:color w:val="000000"/>
          <w:sz w:val="20"/>
          <w:szCs w:val="20"/>
          <w:lang w:val="ru-RU"/>
        </w:rPr>
        <w:t>Рикки-Тикки-Тави</w:t>
      </w:r>
      <w:proofErr w:type="spellEnd"/>
      <w:r w:rsidRPr="001D458D">
        <w:rPr>
          <w:rFonts w:ascii="Times New Roman" w:eastAsia="Times New Roman" w:hAnsi="Times New Roman" w:cs="Times New Roman"/>
          <w:color w:val="000000"/>
          <w:sz w:val="20"/>
          <w:szCs w:val="20"/>
          <w:lang w:val="ru-RU"/>
        </w:rPr>
        <w:t>» и др.</w:t>
      </w:r>
    </w:p>
    <w:p w:rsidR="00017B5E" w:rsidRPr="001D458D" w:rsidRDefault="00017B5E">
      <w:pPr>
        <w:rPr>
          <w:rFonts w:ascii="Times New Roman" w:hAnsi="Times New Roman" w:cs="Times New Roman"/>
          <w:sz w:val="20"/>
          <w:szCs w:val="20"/>
          <w:lang w:val="ru-RU"/>
        </w:rPr>
        <w:sectPr w:rsidR="00017B5E" w:rsidRPr="001D458D">
          <w:pgSz w:w="11900" w:h="16840"/>
          <w:pgMar w:top="286" w:right="658" w:bottom="1440" w:left="666" w:header="720" w:footer="720" w:gutter="0"/>
          <w:cols w:space="720" w:equalWidth="0">
            <w:col w:w="10576" w:space="0"/>
          </w:cols>
          <w:docGrid w:linePitch="360"/>
        </w:sectPr>
      </w:pPr>
    </w:p>
    <w:p w:rsidR="00017B5E" w:rsidRPr="001D458D" w:rsidRDefault="00017B5E">
      <w:pPr>
        <w:autoSpaceDE w:val="0"/>
        <w:autoSpaceDN w:val="0"/>
        <w:spacing w:after="78" w:line="220" w:lineRule="exact"/>
        <w:rPr>
          <w:rFonts w:ascii="Times New Roman" w:hAnsi="Times New Roman" w:cs="Times New Roman"/>
          <w:sz w:val="20"/>
          <w:szCs w:val="20"/>
          <w:lang w:val="ru-RU"/>
        </w:rPr>
      </w:pPr>
    </w:p>
    <w:p w:rsidR="00017B5E" w:rsidRPr="001D458D" w:rsidRDefault="005B1E35">
      <w:pPr>
        <w:autoSpaceDE w:val="0"/>
        <w:autoSpaceDN w:val="0"/>
        <w:spacing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ПЛАНИРУЕМЫЕ ОБРАЗОВАТЕЛЬНЫЕ РЕЗУЛЬТАТЫ</w:t>
      </w:r>
    </w:p>
    <w:p w:rsidR="00017B5E" w:rsidRPr="001D458D" w:rsidRDefault="005B1E35">
      <w:pPr>
        <w:tabs>
          <w:tab w:val="left" w:pos="180"/>
        </w:tabs>
        <w:autoSpaceDE w:val="0"/>
        <w:autoSpaceDN w:val="0"/>
        <w:spacing w:before="346" w:after="0" w:line="262" w:lineRule="auto"/>
        <w:rPr>
          <w:rFonts w:ascii="Times New Roman" w:hAnsi="Times New Roman" w:cs="Times New Roman"/>
          <w:sz w:val="20"/>
          <w:szCs w:val="20"/>
          <w:lang w:val="ru-RU"/>
        </w:rPr>
      </w:pP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 xml:space="preserve">Изучение литературы в 5 классе направлено на достижение </w:t>
      </w:r>
      <w:proofErr w:type="gramStart"/>
      <w:r w:rsidRPr="001D458D">
        <w:rPr>
          <w:rFonts w:ascii="Times New Roman" w:eastAsia="Times New Roman" w:hAnsi="Times New Roman" w:cs="Times New Roman"/>
          <w:color w:val="000000"/>
          <w:sz w:val="20"/>
          <w:szCs w:val="20"/>
          <w:lang w:val="ru-RU"/>
        </w:rPr>
        <w:t>обучающимися</w:t>
      </w:r>
      <w:proofErr w:type="gramEnd"/>
      <w:r w:rsidRPr="001D458D">
        <w:rPr>
          <w:rFonts w:ascii="Times New Roman" w:eastAsia="Times New Roman" w:hAnsi="Times New Roman" w:cs="Times New Roman"/>
          <w:color w:val="000000"/>
          <w:sz w:val="20"/>
          <w:szCs w:val="20"/>
          <w:lang w:val="ru-RU"/>
        </w:rPr>
        <w:t xml:space="preserve"> следующих личностных, </w:t>
      </w:r>
      <w:proofErr w:type="spellStart"/>
      <w:r w:rsidRPr="001D458D">
        <w:rPr>
          <w:rFonts w:ascii="Times New Roman" w:eastAsia="Times New Roman" w:hAnsi="Times New Roman" w:cs="Times New Roman"/>
          <w:color w:val="000000"/>
          <w:sz w:val="20"/>
          <w:szCs w:val="20"/>
          <w:lang w:val="ru-RU"/>
        </w:rPr>
        <w:t>метапредметных</w:t>
      </w:r>
      <w:proofErr w:type="spellEnd"/>
      <w:r w:rsidRPr="001D458D">
        <w:rPr>
          <w:rFonts w:ascii="Times New Roman" w:eastAsia="Times New Roman" w:hAnsi="Times New Roman" w:cs="Times New Roman"/>
          <w:color w:val="000000"/>
          <w:sz w:val="20"/>
          <w:szCs w:val="20"/>
          <w:lang w:val="ru-RU"/>
        </w:rPr>
        <w:t xml:space="preserve"> и предметных результатов освоения учебного предмета.</w:t>
      </w:r>
    </w:p>
    <w:p w:rsidR="00017B5E" w:rsidRPr="001D458D" w:rsidRDefault="005B1E35">
      <w:pPr>
        <w:autoSpaceDE w:val="0"/>
        <w:autoSpaceDN w:val="0"/>
        <w:spacing w:before="262"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ЛИЧНОСТНЫЕ РЕЗУЛЬТАТЫ</w:t>
      </w:r>
    </w:p>
    <w:p w:rsidR="00017B5E" w:rsidRPr="001D458D" w:rsidRDefault="005B1E35">
      <w:pPr>
        <w:autoSpaceDE w:val="0"/>
        <w:autoSpaceDN w:val="0"/>
        <w:spacing w:before="166" w:after="0" w:line="281" w:lineRule="auto"/>
        <w:ind w:right="144" w:firstLine="18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17B5E" w:rsidRPr="001D458D" w:rsidRDefault="005B1E35">
      <w:pPr>
        <w:autoSpaceDE w:val="0"/>
        <w:autoSpaceDN w:val="0"/>
        <w:spacing w:before="72" w:after="0"/>
        <w:ind w:right="432" w:firstLine="18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17B5E" w:rsidRPr="001D458D" w:rsidRDefault="005B1E35">
      <w:pPr>
        <w:autoSpaceDE w:val="0"/>
        <w:autoSpaceDN w:val="0"/>
        <w:spacing w:before="190" w:after="0" w:line="230" w:lineRule="auto"/>
        <w:ind w:left="180"/>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Гражданского воспитания:</w:t>
      </w:r>
    </w:p>
    <w:p w:rsidR="00017B5E" w:rsidRPr="001D458D" w:rsidRDefault="005B1E35">
      <w:pPr>
        <w:autoSpaceDE w:val="0"/>
        <w:autoSpaceDN w:val="0"/>
        <w:spacing w:before="178" w:after="0" w:line="262" w:lineRule="auto"/>
        <w:ind w:left="42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rsidR="00017B5E" w:rsidRPr="001D458D" w:rsidRDefault="005B1E35">
      <w:pPr>
        <w:autoSpaceDE w:val="0"/>
        <w:autoSpaceDN w:val="0"/>
        <w:spacing w:before="190" w:after="0" w:line="271" w:lineRule="auto"/>
        <w:ind w:left="420"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неприятие любых форм экстремизма, дискриминации;</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понимание роли различных социальных институтов в жизни человека;</w:t>
      </w:r>
    </w:p>
    <w:p w:rsidR="00017B5E" w:rsidRPr="001D458D" w:rsidRDefault="005B1E35">
      <w:pPr>
        <w:autoSpaceDE w:val="0"/>
        <w:autoSpaceDN w:val="0"/>
        <w:spacing w:before="190" w:after="0" w:line="271" w:lineRule="auto"/>
        <w:ind w:left="42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представление о способах противодействия коррупции;</w:t>
      </w:r>
    </w:p>
    <w:p w:rsidR="00017B5E" w:rsidRPr="001D458D" w:rsidRDefault="005B1E35">
      <w:pPr>
        <w:autoSpaceDE w:val="0"/>
        <w:autoSpaceDN w:val="0"/>
        <w:spacing w:before="190" w:after="0" w:line="262" w:lineRule="auto"/>
        <w:ind w:left="42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017B5E" w:rsidRPr="001D458D" w:rsidRDefault="005B1E35">
      <w:pPr>
        <w:autoSpaceDE w:val="0"/>
        <w:autoSpaceDN w:val="0"/>
        <w:spacing w:before="192"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активное участие в школьном самоуправлении;</w:t>
      </w:r>
    </w:p>
    <w:p w:rsidR="00017B5E" w:rsidRPr="001D458D" w:rsidRDefault="005B1E35">
      <w:pPr>
        <w:autoSpaceDE w:val="0"/>
        <w:autoSpaceDN w:val="0"/>
        <w:spacing w:before="190" w:after="0" w:line="262" w:lineRule="auto"/>
        <w:ind w:left="420" w:right="100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готовность к участию в гуманитарной деятельности (</w:t>
      </w:r>
      <w:proofErr w:type="spellStart"/>
      <w:r w:rsidRPr="001D458D">
        <w:rPr>
          <w:rFonts w:ascii="Times New Roman" w:eastAsia="Times New Roman" w:hAnsi="Times New Roman" w:cs="Times New Roman"/>
          <w:color w:val="000000"/>
          <w:sz w:val="20"/>
          <w:szCs w:val="20"/>
          <w:lang w:val="ru-RU"/>
        </w:rPr>
        <w:t>волонтерство</w:t>
      </w:r>
      <w:proofErr w:type="spellEnd"/>
      <w:r w:rsidRPr="001D458D">
        <w:rPr>
          <w:rFonts w:ascii="Times New Roman" w:eastAsia="Times New Roman" w:hAnsi="Times New Roman" w:cs="Times New Roman"/>
          <w:color w:val="000000"/>
          <w:sz w:val="20"/>
          <w:szCs w:val="20"/>
          <w:lang w:val="ru-RU"/>
        </w:rPr>
        <w:t>; помощь людям, нуждающимся в ней).</w:t>
      </w:r>
    </w:p>
    <w:p w:rsidR="00017B5E" w:rsidRPr="001D458D" w:rsidRDefault="005B1E35">
      <w:pPr>
        <w:autoSpaceDE w:val="0"/>
        <w:autoSpaceDN w:val="0"/>
        <w:spacing w:before="298" w:after="0" w:line="230" w:lineRule="auto"/>
        <w:ind w:left="180"/>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Патриотического воспитания:</w:t>
      </w:r>
    </w:p>
    <w:p w:rsidR="00017B5E" w:rsidRPr="001D458D" w:rsidRDefault="005B1E35">
      <w:pPr>
        <w:autoSpaceDE w:val="0"/>
        <w:autoSpaceDN w:val="0"/>
        <w:spacing w:before="178" w:after="0"/>
        <w:ind w:left="42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осознание российской гражданской идентичности в поликультурном 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произведений русской и зарубежной литературы, а также литератур народов РФ;</w:t>
      </w:r>
    </w:p>
    <w:p w:rsidR="00017B5E" w:rsidRPr="001D458D" w:rsidRDefault="005B1E35">
      <w:pPr>
        <w:autoSpaceDE w:val="0"/>
        <w:autoSpaceDN w:val="0"/>
        <w:spacing w:before="190" w:after="0" w:line="271" w:lineRule="auto"/>
        <w:ind w:left="42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017B5E" w:rsidRPr="001D458D" w:rsidRDefault="00017B5E">
      <w:pPr>
        <w:rPr>
          <w:rFonts w:ascii="Times New Roman" w:hAnsi="Times New Roman" w:cs="Times New Roman"/>
          <w:sz w:val="20"/>
          <w:szCs w:val="20"/>
          <w:lang w:val="ru-RU"/>
        </w:rPr>
        <w:sectPr w:rsidR="00017B5E" w:rsidRPr="001D458D">
          <w:pgSz w:w="11900" w:h="16840"/>
          <w:pgMar w:top="298" w:right="650" w:bottom="500" w:left="666" w:header="720" w:footer="720" w:gutter="0"/>
          <w:cols w:space="720" w:equalWidth="0">
            <w:col w:w="10584" w:space="0"/>
          </w:cols>
          <w:docGrid w:linePitch="360"/>
        </w:sectPr>
      </w:pPr>
    </w:p>
    <w:p w:rsidR="00017B5E" w:rsidRPr="001D458D" w:rsidRDefault="00017B5E">
      <w:pPr>
        <w:autoSpaceDE w:val="0"/>
        <w:autoSpaceDN w:val="0"/>
        <w:spacing w:after="108" w:line="220" w:lineRule="exact"/>
        <w:rPr>
          <w:rFonts w:ascii="Times New Roman" w:hAnsi="Times New Roman" w:cs="Times New Roman"/>
          <w:sz w:val="20"/>
          <w:szCs w:val="20"/>
          <w:lang w:val="ru-RU"/>
        </w:rPr>
      </w:pPr>
    </w:p>
    <w:p w:rsidR="00017B5E" w:rsidRPr="001D458D" w:rsidRDefault="005B1E35">
      <w:pPr>
        <w:autoSpaceDE w:val="0"/>
        <w:autoSpaceDN w:val="0"/>
        <w:spacing w:after="0" w:line="271" w:lineRule="auto"/>
        <w:ind w:left="240" w:right="454"/>
        <w:jc w:val="both"/>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17B5E" w:rsidRPr="001D458D" w:rsidRDefault="005B1E35">
      <w:pPr>
        <w:autoSpaceDE w:val="0"/>
        <w:autoSpaceDN w:val="0"/>
        <w:spacing w:before="298"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Духовно-нравственного воспитания:</w:t>
      </w:r>
    </w:p>
    <w:p w:rsidR="00017B5E" w:rsidRPr="001D458D" w:rsidRDefault="005B1E35">
      <w:pPr>
        <w:autoSpaceDE w:val="0"/>
        <w:autoSpaceDN w:val="0"/>
        <w:spacing w:before="178" w:after="0" w:line="262" w:lineRule="auto"/>
        <w:ind w:left="24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17B5E" w:rsidRPr="001D458D" w:rsidRDefault="005B1E35">
      <w:pPr>
        <w:autoSpaceDE w:val="0"/>
        <w:autoSpaceDN w:val="0"/>
        <w:spacing w:before="190" w:after="0" w:line="262" w:lineRule="auto"/>
        <w:ind w:left="24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17B5E" w:rsidRPr="001D458D" w:rsidRDefault="005B1E35">
      <w:pPr>
        <w:autoSpaceDE w:val="0"/>
        <w:autoSpaceDN w:val="0"/>
        <w:spacing w:before="192" w:after="0" w:line="262" w:lineRule="auto"/>
        <w:ind w:left="240"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активное неприятие асоциальных поступков, свобода и ответственность личности в условиях индивидуального и общественного пространства.</w:t>
      </w:r>
    </w:p>
    <w:p w:rsidR="00017B5E" w:rsidRPr="001D458D" w:rsidRDefault="005B1E35">
      <w:pPr>
        <w:autoSpaceDE w:val="0"/>
        <w:autoSpaceDN w:val="0"/>
        <w:spacing w:before="298"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Эстетического воспитания:</w:t>
      </w:r>
    </w:p>
    <w:p w:rsidR="00017B5E" w:rsidRPr="001D458D" w:rsidRDefault="005B1E35">
      <w:pPr>
        <w:autoSpaceDE w:val="0"/>
        <w:autoSpaceDN w:val="0"/>
        <w:spacing w:before="178" w:after="0" w:line="271" w:lineRule="auto"/>
        <w:ind w:left="240" w:right="86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17B5E" w:rsidRPr="001D458D" w:rsidRDefault="005B1E35">
      <w:pPr>
        <w:autoSpaceDE w:val="0"/>
        <w:autoSpaceDN w:val="0"/>
        <w:spacing w:before="190" w:after="0" w:line="262" w:lineRule="auto"/>
        <w:ind w:left="24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осознание важности художественной литературы и культуры как средства коммуникации и самовыражения;</w:t>
      </w:r>
    </w:p>
    <w:p w:rsidR="00017B5E" w:rsidRPr="001D458D" w:rsidRDefault="005B1E35">
      <w:pPr>
        <w:autoSpaceDE w:val="0"/>
        <w:autoSpaceDN w:val="0"/>
        <w:spacing w:before="190" w:after="0" w:line="262" w:lineRule="auto"/>
        <w:ind w:left="240" w:right="576"/>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понимание ценности отечественного и мирового искусства, роли этнических культурных традиций и народного творчества; </w:t>
      </w:r>
    </w:p>
    <w:p w:rsidR="00017B5E" w:rsidRPr="001D458D" w:rsidRDefault="005B1E35">
      <w:pPr>
        <w:autoSpaceDE w:val="0"/>
        <w:autoSpaceDN w:val="0"/>
        <w:spacing w:before="190" w:after="0" w:line="230"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стремление к самовыражению в разных видах искусства.</w:t>
      </w:r>
    </w:p>
    <w:p w:rsidR="00017B5E" w:rsidRPr="001D458D" w:rsidRDefault="005B1E35">
      <w:pPr>
        <w:autoSpaceDE w:val="0"/>
        <w:autoSpaceDN w:val="0"/>
        <w:spacing w:before="298" w:after="0" w:line="230" w:lineRule="auto"/>
        <w:jc w:val="center"/>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Физического воспитания, формирования культуры здоровья и эмоционального благополучия:</w:t>
      </w:r>
    </w:p>
    <w:p w:rsidR="00017B5E" w:rsidRPr="001D458D" w:rsidRDefault="005B1E35">
      <w:pPr>
        <w:autoSpaceDE w:val="0"/>
        <w:autoSpaceDN w:val="0"/>
        <w:spacing w:before="178" w:after="0" w:line="230"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осознание ценности жизни с опорой на собственный жизненный и читательский опыт; </w:t>
      </w:r>
    </w:p>
    <w:p w:rsidR="00017B5E" w:rsidRPr="001D458D" w:rsidRDefault="005B1E35">
      <w:pPr>
        <w:autoSpaceDE w:val="0"/>
        <w:autoSpaceDN w:val="0"/>
        <w:spacing w:before="190" w:after="0" w:line="271" w:lineRule="auto"/>
        <w:ind w:left="240"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017B5E" w:rsidRPr="001D458D" w:rsidRDefault="005B1E35">
      <w:pPr>
        <w:autoSpaceDE w:val="0"/>
        <w:autoSpaceDN w:val="0"/>
        <w:spacing w:before="190" w:after="0" w:line="278"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1D458D">
        <w:rPr>
          <w:rFonts w:ascii="Times New Roman" w:eastAsia="Times New Roman" w:hAnsi="Times New Roman" w:cs="Times New Roman"/>
          <w:color w:val="000000"/>
          <w:sz w:val="20"/>
          <w:szCs w:val="20"/>
          <w:lang w:val="ru-RU"/>
        </w:rPr>
        <w:t>интернет-среде</w:t>
      </w:r>
      <w:proofErr w:type="gramEnd"/>
      <w:r w:rsidRPr="001D458D">
        <w:rPr>
          <w:rFonts w:ascii="Times New Roman" w:eastAsia="Times New Roman" w:hAnsi="Times New Roman" w:cs="Times New Roman"/>
          <w:color w:val="000000"/>
          <w:sz w:val="20"/>
          <w:szCs w:val="20"/>
          <w:lang w:val="ru-RU"/>
        </w:rPr>
        <w:t xml:space="preserve"> в процессе школьного литературного образования; </w:t>
      </w:r>
    </w:p>
    <w:p w:rsidR="00017B5E" w:rsidRPr="001D458D" w:rsidRDefault="005B1E35">
      <w:pPr>
        <w:autoSpaceDE w:val="0"/>
        <w:autoSpaceDN w:val="0"/>
        <w:spacing w:before="190" w:after="0" w:line="271"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способность адаптироваться к стрессовым ситуациям и меняющимся социальным,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информационным и природным условиям, в том числе осмысляя собственный опыт и выстраивая дальнейшие цели;</w:t>
      </w:r>
    </w:p>
    <w:p w:rsidR="00017B5E" w:rsidRPr="001D458D" w:rsidRDefault="005B1E35">
      <w:pPr>
        <w:autoSpaceDE w:val="0"/>
        <w:autoSpaceDN w:val="0"/>
        <w:spacing w:before="190" w:after="0" w:line="230"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умение принимать себя и других, не осуждая;</w:t>
      </w:r>
    </w:p>
    <w:p w:rsidR="00017B5E" w:rsidRPr="001D458D" w:rsidRDefault="005B1E35">
      <w:pPr>
        <w:autoSpaceDE w:val="0"/>
        <w:autoSpaceDN w:val="0"/>
        <w:spacing w:before="190" w:after="0" w:line="262" w:lineRule="auto"/>
        <w:ind w:left="240" w:right="100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умение осознавать эмоциональное состояние себя и других, опираясь на примеры из литературных произведений;</w:t>
      </w:r>
    </w:p>
    <w:p w:rsidR="00017B5E" w:rsidRPr="001D458D" w:rsidRDefault="005B1E35">
      <w:pPr>
        <w:autoSpaceDE w:val="0"/>
        <w:autoSpaceDN w:val="0"/>
        <w:spacing w:before="190" w:after="0" w:line="230"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уметь управлять собственным эмоциональным состоянием;</w:t>
      </w:r>
    </w:p>
    <w:p w:rsidR="00017B5E" w:rsidRPr="001D458D" w:rsidRDefault="005B1E35">
      <w:pPr>
        <w:autoSpaceDE w:val="0"/>
        <w:autoSpaceDN w:val="0"/>
        <w:spacing w:before="190" w:after="0" w:line="262" w:lineRule="auto"/>
        <w:ind w:left="24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w:t>
      </w:r>
      <w:proofErr w:type="spellStart"/>
      <w:r w:rsidRPr="001D458D">
        <w:rPr>
          <w:rFonts w:ascii="Times New Roman" w:eastAsia="Times New Roman" w:hAnsi="Times New Roman" w:cs="Times New Roman"/>
          <w:color w:val="000000"/>
          <w:sz w:val="20"/>
          <w:szCs w:val="20"/>
          <w:lang w:val="ru-RU"/>
        </w:rPr>
        <w:t>сформированность</w:t>
      </w:r>
      <w:proofErr w:type="spellEnd"/>
      <w:r w:rsidRPr="001D458D">
        <w:rPr>
          <w:rFonts w:ascii="Times New Roman" w:eastAsia="Times New Roman" w:hAnsi="Times New Roman" w:cs="Times New Roman"/>
          <w:color w:val="000000"/>
          <w:sz w:val="20"/>
          <w:szCs w:val="20"/>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017B5E" w:rsidRPr="001D458D" w:rsidRDefault="005B1E35">
      <w:pPr>
        <w:autoSpaceDE w:val="0"/>
        <w:autoSpaceDN w:val="0"/>
        <w:spacing w:before="418"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Трудового воспитания:</w:t>
      </w:r>
    </w:p>
    <w:p w:rsidR="00017B5E" w:rsidRPr="001D458D" w:rsidRDefault="00017B5E">
      <w:pPr>
        <w:rPr>
          <w:rFonts w:ascii="Times New Roman" w:hAnsi="Times New Roman" w:cs="Times New Roman"/>
          <w:sz w:val="20"/>
          <w:szCs w:val="20"/>
          <w:lang w:val="ru-RU"/>
        </w:rPr>
        <w:sectPr w:rsidR="00017B5E" w:rsidRPr="001D458D">
          <w:pgSz w:w="11900" w:h="16840"/>
          <w:pgMar w:top="328" w:right="648" w:bottom="342" w:left="846" w:header="720" w:footer="720" w:gutter="0"/>
          <w:cols w:space="720" w:equalWidth="0">
            <w:col w:w="10406" w:space="0"/>
          </w:cols>
          <w:docGrid w:linePitch="360"/>
        </w:sectPr>
      </w:pPr>
    </w:p>
    <w:p w:rsidR="00017B5E" w:rsidRPr="001D458D" w:rsidRDefault="00017B5E">
      <w:pPr>
        <w:autoSpaceDE w:val="0"/>
        <w:autoSpaceDN w:val="0"/>
        <w:spacing w:after="96" w:line="220" w:lineRule="exact"/>
        <w:rPr>
          <w:rFonts w:ascii="Times New Roman" w:hAnsi="Times New Roman" w:cs="Times New Roman"/>
          <w:sz w:val="20"/>
          <w:szCs w:val="20"/>
          <w:lang w:val="ru-RU"/>
        </w:rPr>
      </w:pPr>
    </w:p>
    <w:p w:rsidR="00017B5E" w:rsidRPr="001D458D" w:rsidRDefault="005B1E35">
      <w:pPr>
        <w:autoSpaceDE w:val="0"/>
        <w:autoSpaceDN w:val="0"/>
        <w:spacing w:after="0" w:line="271" w:lineRule="auto"/>
        <w:ind w:left="420" w:right="7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017B5E" w:rsidRPr="001D458D" w:rsidRDefault="005B1E35">
      <w:pPr>
        <w:autoSpaceDE w:val="0"/>
        <w:autoSpaceDN w:val="0"/>
        <w:spacing w:before="190" w:after="0" w:line="271" w:lineRule="auto"/>
        <w:ind w:left="42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017B5E" w:rsidRPr="001D458D" w:rsidRDefault="005B1E35">
      <w:pPr>
        <w:autoSpaceDE w:val="0"/>
        <w:autoSpaceDN w:val="0"/>
        <w:spacing w:before="190" w:after="0" w:line="262" w:lineRule="auto"/>
        <w:ind w:left="420"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готовность адаптироваться в профессиональной среде; </w:t>
      </w:r>
    </w:p>
    <w:p w:rsidR="00017B5E" w:rsidRPr="001D458D" w:rsidRDefault="005B1E35">
      <w:pPr>
        <w:autoSpaceDE w:val="0"/>
        <w:autoSpaceDN w:val="0"/>
        <w:spacing w:before="192" w:after="0" w:line="262" w:lineRule="auto"/>
        <w:ind w:left="420" w:right="115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уважение к труду и результатам трудовой деятельности, в том числе при изучении произведений русского фольклора и литературы; </w:t>
      </w:r>
    </w:p>
    <w:p w:rsidR="00017B5E" w:rsidRPr="001D458D" w:rsidRDefault="005B1E35">
      <w:pPr>
        <w:autoSpaceDE w:val="0"/>
        <w:autoSpaceDN w:val="0"/>
        <w:spacing w:before="190" w:after="0" w:line="262" w:lineRule="auto"/>
        <w:ind w:left="420" w:right="576"/>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17B5E" w:rsidRPr="001D458D" w:rsidRDefault="005B1E35">
      <w:pPr>
        <w:autoSpaceDE w:val="0"/>
        <w:autoSpaceDN w:val="0"/>
        <w:spacing w:before="298" w:after="0" w:line="230" w:lineRule="auto"/>
        <w:ind w:left="180"/>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Экологического воспитания:</w:t>
      </w:r>
    </w:p>
    <w:p w:rsidR="00017B5E" w:rsidRPr="001D458D" w:rsidRDefault="005B1E35">
      <w:pPr>
        <w:autoSpaceDE w:val="0"/>
        <w:autoSpaceDN w:val="0"/>
        <w:spacing w:before="178" w:after="0" w:line="271" w:lineRule="auto"/>
        <w:ind w:left="420"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17B5E" w:rsidRPr="001D458D" w:rsidRDefault="005B1E35">
      <w:pPr>
        <w:autoSpaceDE w:val="0"/>
        <w:autoSpaceDN w:val="0"/>
        <w:spacing w:before="190" w:after="0" w:line="262"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повышение уровня экологической культуры, осознание глобального характера экологических проблем и путей их решения; </w:t>
      </w:r>
    </w:p>
    <w:p w:rsidR="00017B5E" w:rsidRPr="001D458D" w:rsidRDefault="005B1E35">
      <w:pPr>
        <w:autoSpaceDE w:val="0"/>
        <w:autoSpaceDN w:val="0"/>
        <w:spacing w:before="190" w:after="0" w:line="271" w:lineRule="auto"/>
        <w:ind w:left="420" w:right="1296"/>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17B5E" w:rsidRPr="001D458D" w:rsidRDefault="005B1E35">
      <w:pPr>
        <w:autoSpaceDE w:val="0"/>
        <w:autoSpaceDN w:val="0"/>
        <w:spacing w:before="190" w:after="0" w:line="262" w:lineRule="auto"/>
        <w:ind w:left="42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осознание своей роли как гражданина и потребителя в условиях взаимосвязи природной, технологической и социальной сред; </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готовность к участию в практической деятельности экологической направленности.</w:t>
      </w:r>
    </w:p>
    <w:p w:rsidR="00017B5E" w:rsidRPr="001D458D" w:rsidRDefault="005B1E35">
      <w:pPr>
        <w:autoSpaceDE w:val="0"/>
        <w:autoSpaceDN w:val="0"/>
        <w:spacing w:before="298" w:after="0" w:line="230" w:lineRule="auto"/>
        <w:ind w:left="180"/>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Ценности научного познания:</w:t>
      </w:r>
    </w:p>
    <w:p w:rsidR="00017B5E" w:rsidRPr="001D458D" w:rsidRDefault="005B1E35">
      <w:pPr>
        <w:autoSpaceDE w:val="0"/>
        <w:autoSpaceDN w:val="0"/>
        <w:spacing w:before="180" w:after="0"/>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овладение языковой и читательской культурой как средством познания мира; </w:t>
      </w:r>
    </w:p>
    <w:p w:rsidR="00017B5E" w:rsidRPr="001D458D" w:rsidRDefault="005B1E35">
      <w:pPr>
        <w:autoSpaceDE w:val="0"/>
        <w:autoSpaceDN w:val="0"/>
        <w:spacing w:before="190" w:after="0" w:line="262" w:lineRule="auto"/>
        <w:ind w:left="420" w:right="7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овладение основными навыками исследовательской деятельности с учётом специфики школьного литературного образования; </w:t>
      </w:r>
    </w:p>
    <w:p w:rsidR="00017B5E" w:rsidRPr="001D458D" w:rsidRDefault="005B1E35">
      <w:pPr>
        <w:autoSpaceDE w:val="0"/>
        <w:autoSpaceDN w:val="0"/>
        <w:spacing w:before="190" w:after="0" w:line="262" w:lineRule="auto"/>
        <w:ind w:left="42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17B5E" w:rsidRPr="001D458D" w:rsidRDefault="005B1E35">
      <w:pPr>
        <w:tabs>
          <w:tab w:val="left" w:pos="180"/>
        </w:tabs>
        <w:autoSpaceDE w:val="0"/>
        <w:autoSpaceDN w:val="0"/>
        <w:spacing w:before="178" w:after="0" w:line="262" w:lineRule="auto"/>
        <w:ind w:right="288"/>
        <w:rPr>
          <w:rFonts w:ascii="Times New Roman" w:hAnsi="Times New Roman" w:cs="Times New Roman"/>
          <w:sz w:val="20"/>
          <w:szCs w:val="20"/>
          <w:lang w:val="ru-RU"/>
        </w:rPr>
      </w:pP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 xml:space="preserve">Личностные результаты, обеспечивающие адаптацию </w:t>
      </w:r>
      <w:proofErr w:type="gramStart"/>
      <w:r w:rsidRPr="001D458D">
        <w:rPr>
          <w:rFonts w:ascii="Times New Roman" w:eastAsia="Times New Roman" w:hAnsi="Times New Roman" w:cs="Times New Roman"/>
          <w:color w:val="000000"/>
          <w:sz w:val="20"/>
          <w:szCs w:val="20"/>
          <w:lang w:val="ru-RU"/>
        </w:rPr>
        <w:t>обучающегося</w:t>
      </w:r>
      <w:proofErr w:type="gramEnd"/>
      <w:r w:rsidRPr="001D458D">
        <w:rPr>
          <w:rFonts w:ascii="Times New Roman" w:eastAsia="Times New Roman" w:hAnsi="Times New Roman" w:cs="Times New Roman"/>
          <w:color w:val="000000"/>
          <w:sz w:val="20"/>
          <w:szCs w:val="20"/>
          <w:lang w:val="ru-RU"/>
        </w:rPr>
        <w:t xml:space="preserve"> к изменяющимся условиям социальной и природной среды:</w:t>
      </w:r>
    </w:p>
    <w:p w:rsidR="00017B5E" w:rsidRPr="001D458D" w:rsidRDefault="005B1E35">
      <w:pPr>
        <w:autoSpaceDE w:val="0"/>
        <w:autoSpaceDN w:val="0"/>
        <w:spacing w:before="178" w:after="0" w:line="262"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освоение </w:t>
      </w:r>
      <w:proofErr w:type="gramStart"/>
      <w:r w:rsidRPr="001D458D">
        <w:rPr>
          <w:rFonts w:ascii="Times New Roman" w:eastAsia="Times New Roman" w:hAnsi="Times New Roman" w:cs="Times New Roman"/>
          <w:color w:val="000000"/>
          <w:sz w:val="20"/>
          <w:szCs w:val="20"/>
          <w:lang w:val="ru-RU"/>
        </w:rPr>
        <w:t>обучающимися</w:t>
      </w:r>
      <w:proofErr w:type="gramEnd"/>
      <w:r w:rsidRPr="001D458D">
        <w:rPr>
          <w:rFonts w:ascii="Times New Roman" w:eastAsia="Times New Roman" w:hAnsi="Times New Roman" w:cs="Times New Roman"/>
          <w:color w:val="000000"/>
          <w:sz w:val="20"/>
          <w:szCs w:val="20"/>
          <w:lang w:val="ru-RU"/>
        </w:rPr>
        <w:t xml:space="preserve">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rsidR="00017B5E" w:rsidRPr="001D458D" w:rsidRDefault="00017B5E">
      <w:pPr>
        <w:rPr>
          <w:rFonts w:ascii="Times New Roman" w:hAnsi="Times New Roman" w:cs="Times New Roman"/>
          <w:sz w:val="20"/>
          <w:szCs w:val="20"/>
          <w:lang w:val="ru-RU"/>
        </w:rPr>
        <w:sectPr w:rsidR="00017B5E" w:rsidRPr="001D458D">
          <w:pgSz w:w="11900" w:h="16840"/>
          <w:pgMar w:top="316" w:right="772" w:bottom="422" w:left="666" w:header="720" w:footer="720" w:gutter="0"/>
          <w:cols w:space="720" w:equalWidth="0">
            <w:col w:w="10462"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lang w:val="ru-RU"/>
        </w:rPr>
      </w:pPr>
    </w:p>
    <w:p w:rsidR="00017B5E" w:rsidRPr="001D458D" w:rsidRDefault="005B1E35">
      <w:pPr>
        <w:autoSpaceDE w:val="0"/>
        <w:autoSpaceDN w:val="0"/>
        <w:spacing w:after="0" w:line="271"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изучение и оценка социальных ролей персонажей литературных произведений;</w:t>
      </w:r>
    </w:p>
    <w:p w:rsidR="00017B5E" w:rsidRPr="001D458D" w:rsidRDefault="005B1E35">
      <w:pPr>
        <w:autoSpaceDE w:val="0"/>
        <w:autoSpaceDN w:val="0"/>
        <w:spacing w:before="190" w:after="0" w:line="262" w:lineRule="auto"/>
        <w:ind w:left="420"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потребность во взаимодействии в условиях неопределённости, открытость опыту и знаниям других; </w:t>
      </w:r>
    </w:p>
    <w:p w:rsidR="00017B5E" w:rsidRPr="001D458D" w:rsidRDefault="005B1E35">
      <w:pPr>
        <w:autoSpaceDE w:val="0"/>
        <w:autoSpaceDN w:val="0"/>
        <w:spacing w:before="190" w:after="0" w:line="271" w:lineRule="auto"/>
        <w:ind w:left="42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017B5E" w:rsidRPr="001D458D" w:rsidRDefault="005B1E35">
      <w:pPr>
        <w:autoSpaceDE w:val="0"/>
        <w:autoSpaceDN w:val="0"/>
        <w:spacing w:before="192" w:after="0"/>
        <w:ind w:left="42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017B5E" w:rsidRPr="001D458D" w:rsidRDefault="005B1E35">
      <w:pPr>
        <w:autoSpaceDE w:val="0"/>
        <w:autoSpaceDN w:val="0"/>
        <w:spacing w:before="190" w:after="0" w:line="262" w:lineRule="auto"/>
        <w:ind w:left="420" w:right="86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умение оперировать основными понятиями, терминами и представлениями в области концепции устойчивого развития; </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анализировать и выявлять взаимосвязи природы, общества и экономики; </w:t>
      </w:r>
    </w:p>
    <w:p w:rsidR="00017B5E" w:rsidRPr="001D458D" w:rsidRDefault="005B1E35">
      <w:pPr>
        <w:autoSpaceDE w:val="0"/>
        <w:autoSpaceDN w:val="0"/>
        <w:spacing w:before="190" w:after="0" w:line="262" w:lineRule="auto"/>
        <w:ind w:left="420" w:right="576"/>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оценивать свои действия с учётом влияния на окружающую среду, достижений целей и преодоления вызовов, возможных глобальных последствий;</w:t>
      </w:r>
    </w:p>
    <w:p w:rsidR="00017B5E" w:rsidRPr="001D458D" w:rsidRDefault="005B1E35">
      <w:pPr>
        <w:autoSpaceDE w:val="0"/>
        <w:autoSpaceDN w:val="0"/>
        <w:spacing w:before="190" w:after="0" w:line="262" w:lineRule="auto"/>
        <w:ind w:left="42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воспринимать стрессовую ситуацию как вызов, требующий контрмер; </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оценивать ситуацию стресса, корректировать принимаемые решения и действия; </w:t>
      </w:r>
    </w:p>
    <w:p w:rsidR="00017B5E" w:rsidRPr="001D458D" w:rsidRDefault="005B1E35">
      <w:pPr>
        <w:autoSpaceDE w:val="0"/>
        <w:autoSpaceDN w:val="0"/>
        <w:spacing w:before="190" w:after="0" w:line="262" w:lineRule="auto"/>
        <w:ind w:left="420" w:right="86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формулировать и оценивать риски и последствия, формировать опыт, уметь находить </w:t>
      </w:r>
      <w:proofErr w:type="gramStart"/>
      <w:r w:rsidRPr="001D458D">
        <w:rPr>
          <w:rFonts w:ascii="Times New Roman" w:eastAsia="Times New Roman" w:hAnsi="Times New Roman" w:cs="Times New Roman"/>
          <w:color w:val="000000"/>
          <w:sz w:val="20"/>
          <w:szCs w:val="20"/>
          <w:lang w:val="ru-RU"/>
        </w:rPr>
        <w:t>позитивное</w:t>
      </w:r>
      <w:proofErr w:type="gramEnd"/>
      <w:r w:rsidRPr="001D458D">
        <w:rPr>
          <w:rFonts w:ascii="Times New Roman" w:eastAsia="Times New Roman" w:hAnsi="Times New Roman" w:cs="Times New Roman"/>
          <w:color w:val="000000"/>
          <w:sz w:val="20"/>
          <w:szCs w:val="20"/>
          <w:lang w:val="ru-RU"/>
        </w:rPr>
        <w:t xml:space="preserve"> в произошедшей ситуации; </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быть готовым действовать в отсутствии гарантий успеха.</w:t>
      </w:r>
    </w:p>
    <w:p w:rsidR="00017B5E" w:rsidRPr="001D458D" w:rsidRDefault="005B1E35">
      <w:pPr>
        <w:autoSpaceDE w:val="0"/>
        <w:autoSpaceDN w:val="0"/>
        <w:spacing w:before="322"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МЕТАПРЕДМЕТНЫЕ РЕЗУЛЬТАТЫ</w:t>
      </w:r>
    </w:p>
    <w:p w:rsidR="00017B5E" w:rsidRPr="001D458D" w:rsidRDefault="005B1E35">
      <w:pPr>
        <w:autoSpaceDE w:val="0"/>
        <w:autoSpaceDN w:val="0"/>
        <w:spacing w:before="168" w:after="0" w:line="230" w:lineRule="auto"/>
        <w:ind w:left="180"/>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sz w:val="20"/>
          <w:szCs w:val="20"/>
          <w:lang w:val="ru-RU"/>
        </w:rPr>
        <w:t>К концу обучения у обучающегося формируются следующие универсальные учебные действия.</w:t>
      </w:r>
      <w:proofErr w:type="gramEnd"/>
    </w:p>
    <w:p w:rsidR="00017B5E" w:rsidRPr="001D458D" w:rsidRDefault="005B1E35">
      <w:pPr>
        <w:autoSpaceDE w:val="0"/>
        <w:autoSpaceDN w:val="0"/>
        <w:spacing w:before="192" w:after="0" w:line="230" w:lineRule="auto"/>
        <w:ind w:left="180"/>
        <w:rPr>
          <w:rFonts w:ascii="Times New Roman" w:hAnsi="Times New Roman" w:cs="Times New Roman"/>
          <w:sz w:val="20"/>
          <w:szCs w:val="20"/>
          <w:lang w:val="ru-RU"/>
        </w:rPr>
      </w:pPr>
      <w:r w:rsidRPr="001D458D">
        <w:rPr>
          <w:rFonts w:ascii="Times New Roman" w:eastAsia="Times New Roman" w:hAnsi="Times New Roman" w:cs="Times New Roman"/>
          <w:b/>
          <w:i/>
          <w:color w:val="000000"/>
          <w:sz w:val="20"/>
          <w:szCs w:val="20"/>
          <w:lang w:val="ru-RU"/>
        </w:rPr>
        <w:t>Универсальные учебные познавательные действия:</w:t>
      </w:r>
    </w:p>
    <w:p w:rsidR="00017B5E" w:rsidRPr="001D458D" w:rsidRDefault="005B1E35">
      <w:pPr>
        <w:autoSpaceDE w:val="0"/>
        <w:autoSpaceDN w:val="0"/>
        <w:spacing w:before="190" w:after="0" w:line="230" w:lineRule="auto"/>
        <w:ind w:left="180"/>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1) Базовые логические действия:</w:t>
      </w:r>
    </w:p>
    <w:p w:rsidR="00017B5E" w:rsidRPr="001D458D" w:rsidRDefault="005B1E35">
      <w:pPr>
        <w:autoSpaceDE w:val="0"/>
        <w:autoSpaceDN w:val="0"/>
        <w:spacing w:before="178" w:after="0" w:line="271" w:lineRule="auto"/>
        <w:ind w:left="42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017B5E" w:rsidRPr="001D458D" w:rsidRDefault="005B1E35">
      <w:pPr>
        <w:autoSpaceDE w:val="0"/>
        <w:autoSpaceDN w:val="0"/>
        <w:spacing w:before="190" w:after="0" w:line="271" w:lineRule="auto"/>
        <w:ind w:left="420"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17B5E" w:rsidRPr="001D458D" w:rsidRDefault="005B1E35">
      <w:pPr>
        <w:autoSpaceDE w:val="0"/>
        <w:autoSpaceDN w:val="0"/>
        <w:spacing w:before="190" w:after="0" w:line="262"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 учётом предложенной задачи выявлять закономерности и противоречия в рассматриваемых литературных фактах и наблюдениях над текстом;</w:t>
      </w:r>
    </w:p>
    <w:p w:rsidR="00017B5E" w:rsidRPr="001D458D" w:rsidRDefault="005B1E35">
      <w:pPr>
        <w:autoSpaceDE w:val="0"/>
        <w:autoSpaceDN w:val="0"/>
        <w:spacing w:before="190" w:after="0" w:line="262" w:lineRule="auto"/>
        <w:ind w:left="420" w:right="576"/>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предлагать критерии для выявления закономерностей и противоречий с учётом учебной задачи;</w:t>
      </w:r>
    </w:p>
    <w:p w:rsidR="00017B5E" w:rsidRPr="001D458D" w:rsidRDefault="00017B5E">
      <w:pPr>
        <w:rPr>
          <w:rFonts w:ascii="Times New Roman" w:hAnsi="Times New Roman" w:cs="Times New Roman"/>
          <w:sz w:val="20"/>
          <w:szCs w:val="20"/>
          <w:lang w:val="ru-RU"/>
        </w:rPr>
        <w:sectPr w:rsidR="00017B5E" w:rsidRPr="001D458D">
          <w:pgSz w:w="11900" w:h="16840"/>
          <w:pgMar w:top="286" w:right="768" w:bottom="368" w:left="666" w:header="720" w:footer="720" w:gutter="0"/>
          <w:cols w:space="720" w:equalWidth="0">
            <w:col w:w="10466" w:space="0"/>
          </w:cols>
          <w:docGrid w:linePitch="360"/>
        </w:sectPr>
      </w:pPr>
    </w:p>
    <w:p w:rsidR="00017B5E" w:rsidRPr="001D458D" w:rsidRDefault="00017B5E">
      <w:pPr>
        <w:autoSpaceDE w:val="0"/>
        <w:autoSpaceDN w:val="0"/>
        <w:spacing w:after="78" w:line="220" w:lineRule="exact"/>
        <w:rPr>
          <w:rFonts w:ascii="Times New Roman" w:hAnsi="Times New Roman" w:cs="Times New Roman"/>
          <w:sz w:val="20"/>
          <w:szCs w:val="20"/>
          <w:lang w:val="ru-RU"/>
        </w:rPr>
      </w:pPr>
    </w:p>
    <w:p w:rsidR="00017B5E" w:rsidRPr="001D458D" w:rsidRDefault="005B1E35">
      <w:pPr>
        <w:autoSpaceDE w:val="0"/>
        <w:autoSpaceDN w:val="0"/>
        <w:spacing w:after="0" w:line="262"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выявлять дефициты информации, данных, необходимых для решения поставленной учебной задачи;</w:t>
      </w:r>
    </w:p>
    <w:p w:rsidR="00017B5E" w:rsidRPr="001D458D" w:rsidRDefault="005B1E35">
      <w:pPr>
        <w:autoSpaceDE w:val="0"/>
        <w:autoSpaceDN w:val="0"/>
        <w:spacing w:before="190" w:after="0" w:line="230" w:lineRule="auto"/>
        <w:jc w:val="center"/>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выявлять причинно-следственные связи при изучении литературных явлений и процессов;</w:t>
      </w:r>
    </w:p>
    <w:p w:rsidR="00017B5E" w:rsidRPr="001D458D" w:rsidRDefault="005B1E35">
      <w:pPr>
        <w:autoSpaceDE w:val="0"/>
        <w:autoSpaceDN w:val="0"/>
        <w:spacing w:before="190" w:after="0" w:line="262" w:lineRule="auto"/>
        <w:ind w:left="240" w:right="1296"/>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делать выводы с использованием дедуктивных и индуктивных умозаключений, умозаключений по аналогии;</w:t>
      </w:r>
    </w:p>
    <w:p w:rsidR="00017B5E" w:rsidRPr="001D458D" w:rsidRDefault="005B1E35">
      <w:pPr>
        <w:autoSpaceDE w:val="0"/>
        <w:autoSpaceDN w:val="0"/>
        <w:spacing w:before="190" w:after="0" w:line="230"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формулировать гипотезы об их взаимосвязях;</w:t>
      </w:r>
    </w:p>
    <w:p w:rsidR="00017B5E" w:rsidRPr="001D458D" w:rsidRDefault="005B1E35">
      <w:pPr>
        <w:autoSpaceDE w:val="0"/>
        <w:autoSpaceDN w:val="0"/>
        <w:spacing w:before="190" w:after="0" w:line="271" w:lineRule="auto"/>
        <w:ind w:left="24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17B5E" w:rsidRPr="001D458D" w:rsidRDefault="005B1E35">
      <w:pPr>
        <w:autoSpaceDE w:val="0"/>
        <w:autoSpaceDN w:val="0"/>
        <w:spacing w:before="18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2) Базовые исследовательские действия:</w:t>
      </w:r>
    </w:p>
    <w:p w:rsidR="00017B5E" w:rsidRPr="001D458D" w:rsidRDefault="005B1E35">
      <w:pPr>
        <w:autoSpaceDE w:val="0"/>
        <w:autoSpaceDN w:val="0"/>
        <w:spacing w:before="180" w:after="0" w:line="262"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17B5E" w:rsidRPr="001D458D" w:rsidRDefault="005B1E35">
      <w:pPr>
        <w:autoSpaceDE w:val="0"/>
        <w:autoSpaceDN w:val="0"/>
        <w:spacing w:before="190" w:after="0" w:line="262" w:lineRule="auto"/>
        <w:ind w:left="240" w:right="86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использовать вопросы как исследовательский инструмент познания в литературном образовании;</w:t>
      </w:r>
    </w:p>
    <w:p w:rsidR="00017B5E" w:rsidRPr="001D458D" w:rsidRDefault="005B1E35">
      <w:pPr>
        <w:autoSpaceDE w:val="0"/>
        <w:autoSpaceDN w:val="0"/>
        <w:spacing w:before="190" w:after="0" w:line="262" w:lineRule="auto"/>
        <w:ind w:left="240" w:right="115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формировать гипотезу об истинности собственных суждений и суждений других, аргументировать свою позицию, мнение</w:t>
      </w:r>
    </w:p>
    <w:p w:rsidR="00017B5E" w:rsidRPr="001D458D" w:rsidRDefault="005B1E35">
      <w:pPr>
        <w:autoSpaceDE w:val="0"/>
        <w:autoSpaceDN w:val="0"/>
        <w:spacing w:before="190" w:after="0" w:line="271"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проводить по самостоятельно составленному плану небольшое исследование по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установлению особенностей литературного объекта изучения, причинно-следственных связей и зависимостей объектов между собой;</w:t>
      </w:r>
    </w:p>
    <w:p w:rsidR="00017B5E" w:rsidRPr="001D458D" w:rsidRDefault="005B1E35">
      <w:pPr>
        <w:autoSpaceDE w:val="0"/>
        <w:autoSpaceDN w:val="0"/>
        <w:spacing w:before="190" w:after="0" w:line="262"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оценивать на применимость и достоверность информацию, полученную в ходе исследования (эксперимента);</w:t>
      </w:r>
    </w:p>
    <w:p w:rsidR="00017B5E" w:rsidRPr="001D458D" w:rsidRDefault="005B1E35">
      <w:pPr>
        <w:autoSpaceDE w:val="0"/>
        <w:autoSpaceDN w:val="0"/>
        <w:spacing w:before="190" w:after="0" w:line="262" w:lineRule="auto"/>
        <w:ind w:left="240" w:right="86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самостоятельно формулировать обобщения и выводы по результатам проведённого наблюдения, опыта, исследования;</w:t>
      </w:r>
    </w:p>
    <w:p w:rsidR="00017B5E" w:rsidRPr="001D458D" w:rsidRDefault="005B1E35">
      <w:pPr>
        <w:autoSpaceDE w:val="0"/>
        <w:autoSpaceDN w:val="0"/>
        <w:spacing w:before="190" w:after="0" w:line="230"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владеть инструментами оценки достоверности полученных выводов и обобщений;</w:t>
      </w:r>
    </w:p>
    <w:p w:rsidR="00017B5E" w:rsidRPr="001D458D" w:rsidRDefault="005B1E35">
      <w:pPr>
        <w:autoSpaceDE w:val="0"/>
        <w:autoSpaceDN w:val="0"/>
        <w:spacing w:before="190" w:after="0" w:line="271" w:lineRule="auto"/>
        <w:ind w:left="240"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17B5E" w:rsidRPr="001D458D" w:rsidRDefault="005B1E35">
      <w:pPr>
        <w:autoSpaceDE w:val="0"/>
        <w:autoSpaceDN w:val="0"/>
        <w:spacing w:before="18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3) Работа с информацией:</w:t>
      </w:r>
    </w:p>
    <w:p w:rsidR="00017B5E" w:rsidRPr="001D458D" w:rsidRDefault="005B1E35">
      <w:pPr>
        <w:autoSpaceDE w:val="0"/>
        <w:autoSpaceDN w:val="0"/>
        <w:spacing w:before="180" w:after="0" w:line="271" w:lineRule="auto"/>
        <w:ind w:left="240"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17B5E" w:rsidRPr="001D458D" w:rsidRDefault="005B1E35">
      <w:pPr>
        <w:autoSpaceDE w:val="0"/>
        <w:autoSpaceDN w:val="0"/>
        <w:spacing w:before="190" w:after="0" w:line="262" w:lineRule="auto"/>
        <w:ind w:left="24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выбирать, анализировать, систематизировать и интерпретировать литературную и другую информацию различных видов и форм представления;</w:t>
      </w:r>
    </w:p>
    <w:p w:rsidR="00017B5E" w:rsidRPr="001D458D" w:rsidRDefault="005B1E35">
      <w:pPr>
        <w:autoSpaceDE w:val="0"/>
        <w:autoSpaceDN w:val="0"/>
        <w:spacing w:before="190" w:after="0" w:line="262" w:lineRule="auto"/>
        <w:ind w:left="24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находить сходные аргументы (подтверждающие или опровергающие одну и ту же идею, версию) в различных информационных источниках;</w:t>
      </w:r>
    </w:p>
    <w:p w:rsidR="00017B5E" w:rsidRPr="001D458D" w:rsidRDefault="005B1E35">
      <w:pPr>
        <w:autoSpaceDE w:val="0"/>
        <w:autoSpaceDN w:val="0"/>
        <w:spacing w:before="190" w:after="0" w:line="271"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17B5E" w:rsidRPr="001D458D" w:rsidRDefault="005B1E35">
      <w:pPr>
        <w:autoSpaceDE w:val="0"/>
        <w:autoSpaceDN w:val="0"/>
        <w:spacing w:before="190" w:after="0" w:line="262" w:lineRule="auto"/>
        <w:ind w:left="24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оценивать надёжность литературной и другой информации по критериям, предложенным учителем или сформулированным самостоятельно;</w:t>
      </w:r>
    </w:p>
    <w:p w:rsidR="00017B5E" w:rsidRPr="001D458D" w:rsidRDefault="00017B5E">
      <w:pPr>
        <w:rPr>
          <w:rFonts w:ascii="Times New Roman" w:hAnsi="Times New Roman" w:cs="Times New Roman"/>
          <w:sz w:val="20"/>
          <w:szCs w:val="20"/>
          <w:lang w:val="ru-RU"/>
        </w:rPr>
        <w:sectPr w:rsidR="00017B5E" w:rsidRPr="001D458D">
          <w:pgSz w:w="11900" w:h="16840"/>
          <w:pgMar w:top="298" w:right="858" w:bottom="318" w:left="846" w:header="720" w:footer="720" w:gutter="0"/>
          <w:cols w:space="720" w:equalWidth="0">
            <w:col w:w="10196" w:space="0"/>
          </w:cols>
          <w:docGrid w:linePitch="360"/>
        </w:sectPr>
      </w:pPr>
    </w:p>
    <w:p w:rsidR="00017B5E" w:rsidRPr="001D458D" w:rsidRDefault="00017B5E">
      <w:pPr>
        <w:autoSpaceDE w:val="0"/>
        <w:autoSpaceDN w:val="0"/>
        <w:spacing w:after="126" w:line="220" w:lineRule="exact"/>
        <w:rPr>
          <w:rFonts w:ascii="Times New Roman" w:hAnsi="Times New Roman" w:cs="Times New Roman"/>
          <w:sz w:val="20"/>
          <w:szCs w:val="20"/>
          <w:lang w:val="ru-RU"/>
        </w:rPr>
      </w:pPr>
    </w:p>
    <w:p w:rsidR="00017B5E" w:rsidRPr="001D458D" w:rsidRDefault="005B1E35">
      <w:pPr>
        <w:autoSpaceDE w:val="0"/>
        <w:autoSpaceDN w:val="0"/>
        <w:spacing w:after="0" w:line="230"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эффективно запоминать и систематизировать эту информацию.</w:t>
      </w:r>
    </w:p>
    <w:p w:rsidR="00017B5E" w:rsidRPr="001D458D" w:rsidRDefault="005B1E35">
      <w:pPr>
        <w:autoSpaceDE w:val="0"/>
        <w:autoSpaceDN w:val="0"/>
        <w:spacing w:before="178"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i/>
          <w:color w:val="000000"/>
          <w:sz w:val="20"/>
          <w:szCs w:val="20"/>
          <w:lang w:val="ru-RU"/>
        </w:rPr>
        <w:t>Универсальные учебные коммуникативные действия:</w:t>
      </w:r>
    </w:p>
    <w:p w:rsidR="00017B5E" w:rsidRPr="001D458D" w:rsidRDefault="005B1E35">
      <w:pPr>
        <w:autoSpaceDE w:val="0"/>
        <w:autoSpaceDN w:val="0"/>
        <w:spacing w:before="19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1)</w:t>
      </w:r>
      <w:r w:rsidRPr="001D458D">
        <w:rPr>
          <w:rFonts w:ascii="Times New Roman" w:eastAsia="Times New Roman" w:hAnsi="Times New Roman" w:cs="Times New Roman"/>
          <w:i/>
          <w:color w:val="000000"/>
          <w:sz w:val="20"/>
          <w:szCs w:val="20"/>
          <w:lang w:val="ru-RU"/>
        </w:rPr>
        <w:t xml:space="preserve"> Общение</w:t>
      </w:r>
      <w:r w:rsidRPr="001D458D">
        <w:rPr>
          <w:rFonts w:ascii="Times New Roman" w:eastAsia="Times New Roman" w:hAnsi="Times New Roman" w:cs="Times New Roman"/>
          <w:color w:val="000000"/>
          <w:sz w:val="20"/>
          <w:szCs w:val="20"/>
          <w:lang w:val="ru-RU"/>
        </w:rPr>
        <w:t>:</w:t>
      </w:r>
    </w:p>
    <w:p w:rsidR="00017B5E" w:rsidRPr="001D458D" w:rsidRDefault="005B1E35">
      <w:pPr>
        <w:autoSpaceDE w:val="0"/>
        <w:autoSpaceDN w:val="0"/>
        <w:spacing w:before="178" w:after="0" w:line="262" w:lineRule="auto"/>
        <w:ind w:left="24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воспринимать и формулировать суждения, выражать эмоции в соответствии с условиями и целями общения;</w:t>
      </w:r>
    </w:p>
    <w:p w:rsidR="00017B5E" w:rsidRPr="001D458D" w:rsidRDefault="005B1E35">
      <w:pPr>
        <w:autoSpaceDE w:val="0"/>
        <w:autoSpaceDN w:val="0"/>
        <w:spacing w:before="190" w:after="0" w:line="271"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произведениях, и смягчать конфликты, вести переговоры;</w:t>
      </w:r>
    </w:p>
    <w:p w:rsidR="00017B5E" w:rsidRPr="001D458D" w:rsidRDefault="005B1E35">
      <w:pPr>
        <w:autoSpaceDE w:val="0"/>
        <w:autoSpaceDN w:val="0"/>
        <w:spacing w:before="192" w:after="0" w:line="230"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выражать себя (свою точку зрения) в устных и письменных текстах;</w:t>
      </w:r>
    </w:p>
    <w:p w:rsidR="00017B5E" w:rsidRPr="001D458D" w:rsidRDefault="005B1E35">
      <w:pPr>
        <w:autoSpaceDE w:val="0"/>
        <w:autoSpaceDN w:val="0"/>
        <w:spacing w:before="192" w:after="0" w:line="262" w:lineRule="auto"/>
        <w:ind w:left="240"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понимать намерения других, проявлять уважительное отношение к собеседнику и корректно формулировать свои возражения;</w:t>
      </w:r>
    </w:p>
    <w:p w:rsidR="00017B5E" w:rsidRPr="001D458D" w:rsidRDefault="005B1E35">
      <w:pPr>
        <w:autoSpaceDE w:val="0"/>
        <w:autoSpaceDN w:val="0"/>
        <w:spacing w:before="190" w:after="0" w:line="271"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17B5E" w:rsidRPr="001D458D" w:rsidRDefault="005B1E35">
      <w:pPr>
        <w:autoSpaceDE w:val="0"/>
        <w:autoSpaceDN w:val="0"/>
        <w:spacing w:before="190" w:after="0" w:line="262" w:lineRule="auto"/>
        <w:ind w:left="240" w:right="86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сопоставлять свои суждения с суждениями других участников диалога, обнаруживать различие и сходство позиций;</w:t>
      </w:r>
    </w:p>
    <w:p w:rsidR="00017B5E" w:rsidRPr="001D458D" w:rsidRDefault="005B1E35">
      <w:pPr>
        <w:autoSpaceDE w:val="0"/>
        <w:autoSpaceDN w:val="0"/>
        <w:spacing w:before="190" w:after="0" w:line="262" w:lineRule="auto"/>
        <w:ind w:left="240" w:right="14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публично представлять результаты выполненного опыта (литературоведческого эксперимента, исследования, проекта);</w:t>
      </w:r>
    </w:p>
    <w:p w:rsidR="00017B5E" w:rsidRPr="001D458D" w:rsidRDefault="005B1E35">
      <w:pPr>
        <w:autoSpaceDE w:val="0"/>
        <w:autoSpaceDN w:val="0"/>
        <w:spacing w:before="190" w:after="0" w:line="271" w:lineRule="auto"/>
        <w:ind w:left="24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17B5E" w:rsidRPr="001D458D" w:rsidRDefault="005B1E35">
      <w:pPr>
        <w:autoSpaceDE w:val="0"/>
        <w:autoSpaceDN w:val="0"/>
        <w:spacing w:before="298" w:after="0" w:line="230" w:lineRule="auto"/>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2) С</w:t>
      </w:r>
      <w:r w:rsidRPr="001D458D">
        <w:rPr>
          <w:rFonts w:ascii="Times New Roman" w:eastAsia="Times New Roman" w:hAnsi="Times New Roman" w:cs="Times New Roman"/>
          <w:i/>
          <w:color w:val="000000"/>
          <w:sz w:val="20"/>
          <w:szCs w:val="20"/>
          <w:lang w:val="ru-RU"/>
        </w:rPr>
        <w:t>овместная деятельность</w:t>
      </w:r>
      <w:r w:rsidRPr="001D458D">
        <w:rPr>
          <w:rFonts w:ascii="Times New Roman" w:eastAsia="Times New Roman" w:hAnsi="Times New Roman" w:cs="Times New Roman"/>
          <w:color w:val="000000"/>
          <w:sz w:val="20"/>
          <w:szCs w:val="20"/>
          <w:lang w:val="ru-RU"/>
        </w:rPr>
        <w:t>:</w:t>
      </w:r>
    </w:p>
    <w:p w:rsidR="00017B5E" w:rsidRPr="001D458D" w:rsidRDefault="005B1E35">
      <w:pPr>
        <w:autoSpaceDE w:val="0"/>
        <w:autoSpaceDN w:val="0"/>
        <w:spacing w:before="178" w:after="0"/>
        <w:ind w:left="240" w:right="86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017B5E" w:rsidRPr="001D458D" w:rsidRDefault="005B1E35">
      <w:pPr>
        <w:autoSpaceDE w:val="0"/>
        <w:autoSpaceDN w:val="0"/>
        <w:spacing w:before="192" w:after="0" w:line="271" w:lineRule="auto"/>
        <w:ind w:left="24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17B5E" w:rsidRPr="001D458D" w:rsidRDefault="005B1E35">
      <w:pPr>
        <w:autoSpaceDE w:val="0"/>
        <w:autoSpaceDN w:val="0"/>
        <w:spacing w:before="190" w:after="0" w:line="230"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уметь обобщать мнения нескольких людей;</w:t>
      </w:r>
    </w:p>
    <w:p w:rsidR="00017B5E" w:rsidRPr="001D458D" w:rsidRDefault="005B1E35">
      <w:pPr>
        <w:autoSpaceDE w:val="0"/>
        <w:autoSpaceDN w:val="0"/>
        <w:spacing w:before="190" w:after="0" w:line="281"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проявлять готовность руководить, выполнять поручения, подчиняться; планировать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(обсуждения, обмен мнений, «мозговые штурмы» и иные);</w:t>
      </w:r>
    </w:p>
    <w:p w:rsidR="00017B5E" w:rsidRPr="001D458D" w:rsidRDefault="005B1E35">
      <w:pPr>
        <w:autoSpaceDE w:val="0"/>
        <w:autoSpaceDN w:val="0"/>
        <w:spacing w:before="190" w:after="0" w:line="262"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17B5E" w:rsidRPr="001D458D" w:rsidRDefault="005B1E35">
      <w:pPr>
        <w:autoSpaceDE w:val="0"/>
        <w:autoSpaceDN w:val="0"/>
        <w:spacing w:before="190" w:after="0" w:line="271" w:lineRule="auto"/>
        <w:ind w:left="24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017B5E" w:rsidRPr="001D458D" w:rsidRDefault="00017B5E">
      <w:pPr>
        <w:rPr>
          <w:rFonts w:ascii="Times New Roman" w:hAnsi="Times New Roman" w:cs="Times New Roman"/>
          <w:sz w:val="20"/>
          <w:szCs w:val="20"/>
          <w:lang w:val="ru-RU"/>
        </w:rPr>
        <w:sectPr w:rsidR="00017B5E" w:rsidRPr="001D458D">
          <w:pgSz w:w="11900" w:h="16840"/>
          <w:pgMar w:top="346" w:right="728" w:bottom="332" w:left="846" w:header="720" w:footer="720" w:gutter="0"/>
          <w:cols w:space="720" w:equalWidth="0">
            <w:col w:w="10326" w:space="0"/>
          </w:cols>
          <w:docGrid w:linePitch="360"/>
        </w:sectPr>
      </w:pPr>
    </w:p>
    <w:p w:rsidR="00017B5E" w:rsidRPr="001D458D" w:rsidRDefault="00017B5E">
      <w:pPr>
        <w:autoSpaceDE w:val="0"/>
        <w:autoSpaceDN w:val="0"/>
        <w:spacing w:after="114" w:line="220" w:lineRule="exact"/>
        <w:rPr>
          <w:rFonts w:ascii="Times New Roman" w:hAnsi="Times New Roman" w:cs="Times New Roman"/>
          <w:sz w:val="20"/>
          <w:szCs w:val="20"/>
          <w:lang w:val="ru-RU"/>
        </w:rPr>
      </w:pPr>
    </w:p>
    <w:p w:rsidR="00017B5E" w:rsidRPr="001D458D" w:rsidRDefault="005B1E35">
      <w:pPr>
        <w:autoSpaceDE w:val="0"/>
        <w:autoSpaceDN w:val="0"/>
        <w:spacing w:after="0" w:line="271"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17B5E" w:rsidRPr="001D458D" w:rsidRDefault="005B1E35">
      <w:pPr>
        <w:autoSpaceDE w:val="0"/>
        <w:autoSpaceDN w:val="0"/>
        <w:spacing w:before="190" w:after="0" w:line="262" w:lineRule="auto"/>
        <w:ind w:left="240" w:right="86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сопоставлять свои суждения с суждениями других участников диалога, обнаруживать различие и сходство позиций;</w:t>
      </w:r>
    </w:p>
    <w:p w:rsidR="00017B5E" w:rsidRPr="001D458D" w:rsidRDefault="005B1E35">
      <w:pPr>
        <w:autoSpaceDE w:val="0"/>
        <w:autoSpaceDN w:val="0"/>
        <w:spacing w:before="190" w:after="0" w:line="262" w:lineRule="auto"/>
        <w:ind w:left="240" w:right="14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публично представлять результаты выполненного опыта (литературоведческого эксперимента, исследования, проекта); </w:t>
      </w:r>
    </w:p>
    <w:p w:rsidR="00017B5E" w:rsidRPr="001D458D" w:rsidRDefault="005B1E35">
      <w:pPr>
        <w:autoSpaceDE w:val="0"/>
        <w:autoSpaceDN w:val="0"/>
        <w:spacing w:before="190" w:after="0" w:line="271" w:lineRule="auto"/>
        <w:ind w:left="24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17B5E" w:rsidRPr="001D458D" w:rsidRDefault="005B1E35">
      <w:pPr>
        <w:autoSpaceDE w:val="0"/>
        <w:autoSpaceDN w:val="0"/>
        <w:spacing w:before="192" w:after="0" w:line="230"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участниками взаимодействия на литературных занятиях;</w:t>
      </w:r>
    </w:p>
    <w:p w:rsidR="00017B5E" w:rsidRPr="001D458D" w:rsidRDefault="005B1E35">
      <w:pPr>
        <w:autoSpaceDE w:val="0"/>
        <w:autoSpaceDN w:val="0"/>
        <w:spacing w:before="190" w:after="0" w:line="271" w:lineRule="auto"/>
        <w:ind w:left="240"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17B5E" w:rsidRPr="001D458D" w:rsidRDefault="005B1E35">
      <w:pPr>
        <w:autoSpaceDE w:val="0"/>
        <w:autoSpaceDN w:val="0"/>
        <w:spacing w:before="178"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i/>
          <w:color w:val="000000"/>
          <w:sz w:val="20"/>
          <w:szCs w:val="20"/>
          <w:lang w:val="ru-RU"/>
        </w:rPr>
        <w:t>Универсальные учебные регулятивные действия:</w:t>
      </w:r>
    </w:p>
    <w:p w:rsidR="00017B5E" w:rsidRPr="001D458D" w:rsidRDefault="005B1E35">
      <w:pPr>
        <w:autoSpaceDE w:val="0"/>
        <w:autoSpaceDN w:val="0"/>
        <w:spacing w:before="19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1)</w:t>
      </w:r>
      <w:r w:rsidRPr="001D458D">
        <w:rPr>
          <w:rFonts w:ascii="Times New Roman" w:eastAsia="Times New Roman" w:hAnsi="Times New Roman" w:cs="Times New Roman"/>
          <w:i/>
          <w:color w:val="000000"/>
          <w:sz w:val="20"/>
          <w:szCs w:val="20"/>
          <w:lang w:val="ru-RU"/>
        </w:rPr>
        <w:t xml:space="preserve"> Самоорганизация</w:t>
      </w:r>
      <w:r w:rsidRPr="001D458D">
        <w:rPr>
          <w:rFonts w:ascii="Times New Roman" w:eastAsia="Times New Roman" w:hAnsi="Times New Roman" w:cs="Times New Roman"/>
          <w:color w:val="000000"/>
          <w:sz w:val="20"/>
          <w:szCs w:val="20"/>
          <w:lang w:val="ru-RU"/>
        </w:rPr>
        <w:t>:</w:t>
      </w:r>
    </w:p>
    <w:p w:rsidR="00017B5E" w:rsidRPr="001D458D" w:rsidRDefault="005B1E35">
      <w:pPr>
        <w:autoSpaceDE w:val="0"/>
        <w:autoSpaceDN w:val="0"/>
        <w:spacing w:before="178" w:after="0" w:line="262" w:lineRule="auto"/>
        <w:ind w:left="24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выявлять проблемы для решения в учебных и жизненных ситуациях, анализируя ситуации, изображённые в художественной литературе;</w:t>
      </w:r>
    </w:p>
    <w:p w:rsidR="00017B5E" w:rsidRPr="001D458D" w:rsidRDefault="005B1E35">
      <w:pPr>
        <w:autoSpaceDE w:val="0"/>
        <w:autoSpaceDN w:val="0"/>
        <w:spacing w:before="190" w:after="0" w:line="262" w:lineRule="auto"/>
        <w:ind w:left="240" w:right="7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ориентироваться в различных подходах принятия решений (индивидуальное, принятие решения в группе, принятие решений группой);</w:t>
      </w:r>
    </w:p>
    <w:p w:rsidR="00017B5E" w:rsidRPr="001D458D" w:rsidRDefault="005B1E35">
      <w:pPr>
        <w:autoSpaceDE w:val="0"/>
        <w:autoSpaceDN w:val="0"/>
        <w:spacing w:before="190" w:after="0" w:line="271" w:lineRule="auto"/>
        <w:ind w:left="24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17B5E" w:rsidRPr="001D458D" w:rsidRDefault="005B1E35">
      <w:pPr>
        <w:autoSpaceDE w:val="0"/>
        <w:autoSpaceDN w:val="0"/>
        <w:spacing w:before="190" w:after="0" w:line="271" w:lineRule="auto"/>
        <w:ind w:left="240" w:right="7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017B5E" w:rsidRPr="001D458D" w:rsidRDefault="005B1E35">
      <w:pPr>
        <w:autoSpaceDE w:val="0"/>
        <w:autoSpaceDN w:val="0"/>
        <w:spacing w:before="190" w:after="0" w:line="230"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делать выбор и брать ответственность за решение.</w:t>
      </w:r>
    </w:p>
    <w:p w:rsidR="00017B5E" w:rsidRPr="001D458D" w:rsidRDefault="005B1E35">
      <w:pPr>
        <w:autoSpaceDE w:val="0"/>
        <w:autoSpaceDN w:val="0"/>
        <w:spacing w:before="180" w:after="0" w:line="230" w:lineRule="auto"/>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2) С</w:t>
      </w:r>
      <w:r w:rsidRPr="001D458D">
        <w:rPr>
          <w:rFonts w:ascii="Times New Roman" w:eastAsia="Times New Roman" w:hAnsi="Times New Roman" w:cs="Times New Roman"/>
          <w:i/>
          <w:color w:val="000000"/>
          <w:sz w:val="20"/>
          <w:szCs w:val="20"/>
          <w:lang w:val="ru-RU"/>
        </w:rPr>
        <w:t>амоконтроль</w:t>
      </w:r>
      <w:r w:rsidRPr="001D458D">
        <w:rPr>
          <w:rFonts w:ascii="Times New Roman" w:eastAsia="Times New Roman" w:hAnsi="Times New Roman" w:cs="Times New Roman"/>
          <w:color w:val="000000"/>
          <w:sz w:val="20"/>
          <w:szCs w:val="20"/>
          <w:lang w:val="ru-RU"/>
        </w:rPr>
        <w:t>:</w:t>
      </w:r>
    </w:p>
    <w:p w:rsidR="00017B5E" w:rsidRPr="001D458D" w:rsidRDefault="005B1E35">
      <w:pPr>
        <w:autoSpaceDE w:val="0"/>
        <w:autoSpaceDN w:val="0"/>
        <w:spacing w:before="180" w:after="0" w:line="262" w:lineRule="auto"/>
        <w:ind w:left="24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владеть способами самоконтроля, </w:t>
      </w:r>
      <w:proofErr w:type="spellStart"/>
      <w:r w:rsidRPr="001D458D">
        <w:rPr>
          <w:rFonts w:ascii="Times New Roman" w:eastAsia="Times New Roman" w:hAnsi="Times New Roman" w:cs="Times New Roman"/>
          <w:color w:val="000000"/>
          <w:sz w:val="20"/>
          <w:szCs w:val="20"/>
          <w:lang w:val="ru-RU"/>
        </w:rPr>
        <w:t>самомотивации</w:t>
      </w:r>
      <w:proofErr w:type="spellEnd"/>
      <w:r w:rsidRPr="001D458D">
        <w:rPr>
          <w:rFonts w:ascii="Times New Roman" w:eastAsia="Times New Roman" w:hAnsi="Times New Roman" w:cs="Times New Roman"/>
          <w:color w:val="000000"/>
          <w:sz w:val="20"/>
          <w:szCs w:val="20"/>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017B5E" w:rsidRPr="001D458D" w:rsidRDefault="005B1E35">
      <w:pPr>
        <w:autoSpaceDE w:val="0"/>
        <w:autoSpaceDN w:val="0"/>
        <w:spacing w:before="190" w:after="0" w:line="262"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17B5E" w:rsidRPr="001D458D" w:rsidRDefault="005B1E35">
      <w:pPr>
        <w:autoSpaceDE w:val="0"/>
        <w:autoSpaceDN w:val="0"/>
        <w:spacing w:before="190" w:after="0" w:line="262" w:lineRule="auto"/>
        <w:ind w:left="240"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объяснять причины достижения (</w:t>
      </w:r>
      <w:proofErr w:type="spellStart"/>
      <w:r w:rsidRPr="001D458D">
        <w:rPr>
          <w:rFonts w:ascii="Times New Roman" w:eastAsia="Times New Roman" w:hAnsi="Times New Roman" w:cs="Times New Roman"/>
          <w:color w:val="000000"/>
          <w:sz w:val="20"/>
          <w:szCs w:val="20"/>
          <w:lang w:val="ru-RU"/>
        </w:rPr>
        <w:t>недостижения</w:t>
      </w:r>
      <w:proofErr w:type="spellEnd"/>
      <w:r w:rsidRPr="001D458D">
        <w:rPr>
          <w:rFonts w:ascii="Times New Roman" w:eastAsia="Times New Roman" w:hAnsi="Times New Roman" w:cs="Times New Roman"/>
          <w:color w:val="000000"/>
          <w:sz w:val="20"/>
          <w:szCs w:val="20"/>
          <w:lang w:val="ru-RU"/>
        </w:rPr>
        <w:t xml:space="preserve">) результатов деятельности, давать оценку приобретённому опыту, уметь находить </w:t>
      </w:r>
      <w:proofErr w:type="gramStart"/>
      <w:r w:rsidRPr="001D458D">
        <w:rPr>
          <w:rFonts w:ascii="Times New Roman" w:eastAsia="Times New Roman" w:hAnsi="Times New Roman" w:cs="Times New Roman"/>
          <w:color w:val="000000"/>
          <w:sz w:val="20"/>
          <w:szCs w:val="20"/>
          <w:lang w:val="ru-RU"/>
        </w:rPr>
        <w:t>позитивное</w:t>
      </w:r>
      <w:proofErr w:type="gramEnd"/>
      <w:r w:rsidRPr="001D458D">
        <w:rPr>
          <w:rFonts w:ascii="Times New Roman" w:eastAsia="Times New Roman" w:hAnsi="Times New Roman" w:cs="Times New Roman"/>
          <w:color w:val="000000"/>
          <w:sz w:val="20"/>
          <w:szCs w:val="20"/>
          <w:lang w:val="ru-RU"/>
        </w:rPr>
        <w:t xml:space="preserve"> в произошедшей ситуации;</w:t>
      </w:r>
    </w:p>
    <w:p w:rsidR="00017B5E" w:rsidRPr="001D458D" w:rsidRDefault="005B1E35">
      <w:pPr>
        <w:autoSpaceDE w:val="0"/>
        <w:autoSpaceDN w:val="0"/>
        <w:spacing w:before="190" w:after="0" w:line="271" w:lineRule="auto"/>
        <w:ind w:left="24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17B5E" w:rsidRPr="001D458D" w:rsidRDefault="005B1E35">
      <w:pPr>
        <w:autoSpaceDE w:val="0"/>
        <w:autoSpaceDN w:val="0"/>
        <w:spacing w:before="178" w:after="0" w:line="230" w:lineRule="auto"/>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3) </w:t>
      </w:r>
      <w:r w:rsidRPr="001D458D">
        <w:rPr>
          <w:rFonts w:ascii="Times New Roman" w:eastAsia="Times New Roman" w:hAnsi="Times New Roman" w:cs="Times New Roman"/>
          <w:i/>
          <w:color w:val="000000"/>
          <w:sz w:val="20"/>
          <w:szCs w:val="20"/>
          <w:lang w:val="ru-RU"/>
        </w:rPr>
        <w:t>Эмоциональный интеллект</w:t>
      </w:r>
      <w:r w:rsidRPr="001D458D">
        <w:rPr>
          <w:rFonts w:ascii="Times New Roman" w:eastAsia="Times New Roman" w:hAnsi="Times New Roman" w:cs="Times New Roman"/>
          <w:color w:val="000000"/>
          <w:sz w:val="20"/>
          <w:szCs w:val="20"/>
          <w:lang w:val="ru-RU"/>
        </w:rPr>
        <w:t>:</w:t>
      </w:r>
    </w:p>
    <w:p w:rsidR="00017B5E" w:rsidRPr="001D458D" w:rsidRDefault="005B1E35">
      <w:pPr>
        <w:autoSpaceDE w:val="0"/>
        <w:autoSpaceDN w:val="0"/>
        <w:spacing w:before="178" w:after="0" w:line="262" w:lineRule="auto"/>
        <w:ind w:left="24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развивать способность различать и называть собственные эмоции, управлять ими и эмоциями других;</w:t>
      </w:r>
    </w:p>
    <w:p w:rsidR="00017B5E" w:rsidRPr="001D458D" w:rsidRDefault="00017B5E">
      <w:pPr>
        <w:rPr>
          <w:rFonts w:ascii="Times New Roman" w:hAnsi="Times New Roman" w:cs="Times New Roman"/>
          <w:sz w:val="20"/>
          <w:szCs w:val="20"/>
          <w:lang w:val="ru-RU"/>
        </w:rPr>
        <w:sectPr w:rsidR="00017B5E" w:rsidRPr="001D458D">
          <w:pgSz w:w="11900" w:h="16840"/>
          <w:pgMar w:top="334" w:right="720" w:bottom="296" w:left="846" w:header="720" w:footer="720" w:gutter="0"/>
          <w:cols w:space="720" w:equalWidth="0">
            <w:col w:w="10334" w:space="0"/>
          </w:cols>
          <w:docGrid w:linePitch="360"/>
        </w:sectPr>
      </w:pPr>
    </w:p>
    <w:p w:rsidR="00017B5E" w:rsidRPr="001D458D" w:rsidRDefault="00017B5E">
      <w:pPr>
        <w:autoSpaceDE w:val="0"/>
        <w:autoSpaceDN w:val="0"/>
        <w:spacing w:after="150" w:line="220" w:lineRule="exact"/>
        <w:rPr>
          <w:rFonts w:ascii="Times New Roman" w:hAnsi="Times New Roman" w:cs="Times New Roman"/>
          <w:sz w:val="20"/>
          <w:szCs w:val="20"/>
          <w:lang w:val="ru-RU"/>
        </w:rPr>
      </w:pPr>
    </w:p>
    <w:p w:rsidR="00017B5E" w:rsidRPr="001D458D" w:rsidRDefault="005B1E35">
      <w:pPr>
        <w:autoSpaceDE w:val="0"/>
        <w:autoSpaceDN w:val="0"/>
        <w:spacing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выявлять и анализировать причины эмоций;</w:t>
      </w:r>
    </w:p>
    <w:p w:rsidR="00017B5E" w:rsidRPr="001D458D" w:rsidRDefault="005B1E35">
      <w:pPr>
        <w:autoSpaceDE w:val="0"/>
        <w:autoSpaceDN w:val="0"/>
        <w:spacing w:before="190" w:after="0" w:line="262" w:lineRule="auto"/>
        <w:ind w:left="42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ставить себя на место другого человека, понимать мотивы и намерения другого, анализируя примеры из художественной литературы;</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регулировать способ выражения своих эмоций;</w:t>
      </w:r>
    </w:p>
    <w:p w:rsidR="00017B5E" w:rsidRPr="001D458D" w:rsidRDefault="005B1E35">
      <w:pPr>
        <w:autoSpaceDE w:val="0"/>
        <w:autoSpaceDN w:val="0"/>
        <w:spacing w:before="298" w:after="0" w:line="230" w:lineRule="auto"/>
        <w:ind w:left="18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4)</w:t>
      </w:r>
      <w:r w:rsidRPr="001D458D">
        <w:rPr>
          <w:rFonts w:ascii="Times New Roman" w:eastAsia="Times New Roman" w:hAnsi="Times New Roman" w:cs="Times New Roman"/>
          <w:i/>
          <w:color w:val="000000"/>
          <w:sz w:val="20"/>
          <w:szCs w:val="20"/>
          <w:lang w:val="ru-RU"/>
        </w:rPr>
        <w:t xml:space="preserve"> Принятие себя и других</w:t>
      </w:r>
      <w:r w:rsidRPr="001D458D">
        <w:rPr>
          <w:rFonts w:ascii="Times New Roman" w:eastAsia="Times New Roman" w:hAnsi="Times New Roman" w:cs="Times New Roman"/>
          <w:color w:val="000000"/>
          <w:sz w:val="20"/>
          <w:szCs w:val="20"/>
          <w:lang w:val="ru-RU"/>
        </w:rPr>
        <w:t>:</w:t>
      </w:r>
    </w:p>
    <w:p w:rsidR="00017B5E" w:rsidRPr="001D458D" w:rsidRDefault="005B1E35">
      <w:pPr>
        <w:autoSpaceDE w:val="0"/>
        <w:autoSpaceDN w:val="0"/>
        <w:spacing w:before="178" w:after="0" w:line="262" w:lineRule="auto"/>
        <w:ind w:left="420"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осознанно относиться к другому человеку, его мнению, размышляя над взаимоотношениями литературных героев;</w:t>
      </w:r>
    </w:p>
    <w:p w:rsidR="00017B5E" w:rsidRPr="001D458D" w:rsidRDefault="005B1E35">
      <w:pPr>
        <w:autoSpaceDE w:val="0"/>
        <w:autoSpaceDN w:val="0"/>
        <w:spacing w:before="192" w:after="0" w:line="262" w:lineRule="auto"/>
        <w:ind w:left="420" w:right="576"/>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признавать своё право на ошибку и такое же право другого; принимать себя и других, не осуждая;</w:t>
      </w:r>
    </w:p>
    <w:p w:rsidR="00017B5E" w:rsidRPr="001D458D" w:rsidRDefault="005B1E35">
      <w:pPr>
        <w:autoSpaceDE w:val="0"/>
        <w:autoSpaceDN w:val="0"/>
        <w:spacing w:before="192"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проявлять открытость себе и другим;</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осознавать невозможность контролировать всё вокруг.</w:t>
      </w:r>
    </w:p>
    <w:p w:rsidR="00017B5E" w:rsidRPr="001D458D" w:rsidRDefault="005B1E35">
      <w:pPr>
        <w:autoSpaceDE w:val="0"/>
        <w:autoSpaceDN w:val="0"/>
        <w:spacing w:before="322"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ПРЕДМЕТНЫЕ РЕЗУЛЬТАТЫ</w:t>
      </w:r>
    </w:p>
    <w:p w:rsidR="00017B5E" w:rsidRPr="001D458D" w:rsidRDefault="005B1E35">
      <w:pPr>
        <w:tabs>
          <w:tab w:val="left" w:pos="180"/>
        </w:tabs>
        <w:autoSpaceDE w:val="0"/>
        <w:autoSpaceDN w:val="0"/>
        <w:spacing w:before="166" w:after="0" w:line="281" w:lineRule="auto"/>
        <w:rPr>
          <w:rFonts w:ascii="Times New Roman" w:hAnsi="Times New Roman" w:cs="Times New Roman"/>
          <w:sz w:val="20"/>
          <w:szCs w:val="20"/>
          <w:lang w:val="ru-RU"/>
        </w:rPr>
      </w:pP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 xml:space="preserve">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r w:rsidRPr="001D458D">
        <w:rPr>
          <w:rFonts w:ascii="Times New Roman" w:hAnsi="Times New Roman" w:cs="Times New Roman"/>
          <w:sz w:val="20"/>
          <w:szCs w:val="20"/>
          <w:lang w:val="ru-RU"/>
        </w:rPr>
        <w:br/>
      </w: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 xml:space="preserve">2) понимать, что литература — это вид искусства и что художественный текст отличается от текста научного, делового, публицистического; </w:t>
      </w:r>
      <w:r w:rsidRPr="001D458D">
        <w:rPr>
          <w:rFonts w:ascii="Times New Roman" w:hAnsi="Times New Roman" w:cs="Times New Roman"/>
          <w:sz w:val="20"/>
          <w:szCs w:val="20"/>
          <w:lang w:val="ru-RU"/>
        </w:rPr>
        <w:br/>
      </w: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3) владеть элементарными умениями воспринимать, анализировать, интерпретировать и оценивать прочитанные произведения:</w:t>
      </w:r>
    </w:p>
    <w:p w:rsidR="00017B5E" w:rsidRPr="001D458D" w:rsidRDefault="005B1E35">
      <w:pPr>
        <w:autoSpaceDE w:val="0"/>
        <w:autoSpaceDN w:val="0"/>
        <w:spacing w:before="178" w:after="0"/>
        <w:ind w:left="420"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характеристики; выявлять элементарные особенности языка художественного произведения, поэтической и прозаической речи;</w:t>
      </w:r>
    </w:p>
    <w:p w:rsidR="00017B5E" w:rsidRPr="001D458D" w:rsidRDefault="005B1E35">
      <w:pPr>
        <w:autoSpaceDE w:val="0"/>
        <w:autoSpaceDN w:val="0"/>
        <w:spacing w:before="190" w:after="0" w:line="283" w:lineRule="auto"/>
        <w:ind w:left="420"/>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sz w:val="20"/>
          <w:szCs w:val="20"/>
          <w:lang w:val="ru-RU"/>
        </w:rPr>
        <w:t>—  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1D458D">
        <w:rPr>
          <w:rFonts w:ascii="Times New Roman" w:eastAsia="Times New Roman" w:hAnsi="Times New Roman" w:cs="Times New Roman"/>
          <w:color w:val="000000"/>
          <w:sz w:val="20"/>
          <w:szCs w:val="20"/>
          <w:lang w:val="ru-RU"/>
        </w:rPr>
        <w:t xml:space="preserve"> эпитет, сравнение, метафора, олицетворение; аллегория; ритм, рифма;</w:t>
      </w:r>
    </w:p>
    <w:p w:rsidR="00017B5E" w:rsidRPr="001D458D" w:rsidRDefault="005B1E35">
      <w:pPr>
        <w:autoSpaceDE w:val="0"/>
        <w:autoSpaceDN w:val="0"/>
        <w:spacing w:before="190" w:after="0" w:line="230" w:lineRule="auto"/>
        <w:ind w:left="4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сопоставлять темы и сюжеты произведений, образы персонажей;</w:t>
      </w:r>
    </w:p>
    <w:p w:rsidR="00017B5E" w:rsidRPr="001D458D" w:rsidRDefault="005B1E35">
      <w:pPr>
        <w:autoSpaceDE w:val="0"/>
        <w:autoSpaceDN w:val="0"/>
        <w:spacing w:before="190" w:after="0" w:line="271" w:lineRule="auto"/>
        <w:ind w:left="420" w:right="410"/>
        <w:jc w:val="both"/>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сопоставлять с помощью </w:t>
      </w:r>
      <w:proofErr w:type="gramStart"/>
      <w:r w:rsidRPr="001D458D">
        <w:rPr>
          <w:rFonts w:ascii="Times New Roman" w:eastAsia="Times New Roman" w:hAnsi="Times New Roman" w:cs="Times New Roman"/>
          <w:color w:val="000000"/>
          <w:sz w:val="20"/>
          <w:szCs w:val="20"/>
          <w:lang w:val="ru-RU"/>
        </w:rPr>
        <w:t>учителя</w:t>
      </w:r>
      <w:proofErr w:type="gramEnd"/>
      <w:r w:rsidRPr="001D458D">
        <w:rPr>
          <w:rFonts w:ascii="Times New Roman" w:eastAsia="Times New Roman" w:hAnsi="Times New Roman" w:cs="Times New Roman"/>
          <w:color w:val="000000"/>
          <w:sz w:val="20"/>
          <w:szCs w:val="20"/>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017B5E" w:rsidRPr="001D458D" w:rsidRDefault="005B1E35">
      <w:pPr>
        <w:tabs>
          <w:tab w:val="left" w:pos="180"/>
        </w:tabs>
        <w:autoSpaceDE w:val="0"/>
        <w:autoSpaceDN w:val="0"/>
        <w:spacing w:before="178" w:after="0" w:line="283" w:lineRule="auto"/>
        <w:rPr>
          <w:rFonts w:ascii="Times New Roman" w:hAnsi="Times New Roman" w:cs="Times New Roman"/>
          <w:sz w:val="20"/>
          <w:szCs w:val="20"/>
          <w:lang w:val="ru-RU"/>
        </w:rPr>
      </w:pPr>
      <w:r w:rsidRPr="001D458D">
        <w:rPr>
          <w:rFonts w:ascii="Times New Roman" w:hAnsi="Times New Roman" w:cs="Times New Roman"/>
          <w:sz w:val="20"/>
          <w:szCs w:val="20"/>
          <w:lang w:val="ru-RU"/>
        </w:rPr>
        <w:tab/>
      </w:r>
      <w:proofErr w:type="gramStart"/>
      <w:r w:rsidRPr="001D458D">
        <w:rPr>
          <w:rFonts w:ascii="Times New Roman" w:eastAsia="Times New Roman" w:hAnsi="Times New Roman" w:cs="Times New Roman"/>
          <w:color w:val="000000"/>
          <w:sz w:val="20"/>
          <w:szCs w:val="20"/>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индивидуальных особенностей обучающихся); </w:t>
      </w:r>
      <w:r w:rsidRPr="001D458D">
        <w:rPr>
          <w:rFonts w:ascii="Times New Roman" w:hAnsi="Times New Roman" w:cs="Times New Roman"/>
          <w:sz w:val="20"/>
          <w:szCs w:val="20"/>
          <w:lang w:val="ru-RU"/>
        </w:rPr>
        <w:br/>
      </w: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roofErr w:type="gramEnd"/>
      <w:r w:rsidRPr="001D458D">
        <w:rPr>
          <w:rFonts w:ascii="Times New Roman" w:eastAsia="Times New Roman" w:hAnsi="Times New Roman" w:cs="Times New Roman"/>
          <w:color w:val="000000"/>
          <w:sz w:val="20"/>
          <w:szCs w:val="20"/>
          <w:lang w:val="ru-RU"/>
        </w:rPr>
        <w:t xml:space="preserve"> </w:t>
      </w:r>
      <w:r w:rsidRPr="001D458D">
        <w:rPr>
          <w:rFonts w:ascii="Times New Roman" w:hAnsi="Times New Roman" w:cs="Times New Roman"/>
          <w:sz w:val="20"/>
          <w:szCs w:val="20"/>
          <w:lang w:val="ru-RU"/>
        </w:rPr>
        <w:br/>
      </w: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6) участвовать в беседе и диалоге о прочитанном произведении, подбирать аргументы для оценки</w:t>
      </w:r>
    </w:p>
    <w:p w:rsidR="00017B5E" w:rsidRPr="001D458D" w:rsidRDefault="00017B5E">
      <w:pPr>
        <w:rPr>
          <w:rFonts w:ascii="Times New Roman" w:hAnsi="Times New Roman" w:cs="Times New Roman"/>
          <w:sz w:val="20"/>
          <w:szCs w:val="20"/>
          <w:lang w:val="ru-RU"/>
        </w:rPr>
        <w:sectPr w:rsidR="00017B5E" w:rsidRPr="001D458D">
          <w:pgSz w:w="11900" w:h="16840"/>
          <w:pgMar w:top="370" w:right="684" w:bottom="432" w:left="666" w:header="720" w:footer="720" w:gutter="0"/>
          <w:cols w:space="720" w:equalWidth="0">
            <w:col w:w="10550"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lang w:val="ru-RU"/>
        </w:rPr>
      </w:pPr>
    </w:p>
    <w:p w:rsidR="00017B5E" w:rsidRPr="001D458D" w:rsidRDefault="005B1E35">
      <w:pPr>
        <w:tabs>
          <w:tab w:val="left" w:pos="180"/>
        </w:tabs>
        <w:autoSpaceDE w:val="0"/>
        <w:autoSpaceDN w:val="0"/>
        <w:spacing w:after="0" w:line="288" w:lineRule="auto"/>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прочитанного (с учётом литературного развития обучающихся); </w:t>
      </w:r>
      <w:r w:rsidRPr="001D458D">
        <w:rPr>
          <w:rFonts w:ascii="Times New Roman" w:hAnsi="Times New Roman" w:cs="Times New Roman"/>
          <w:sz w:val="20"/>
          <w:szCs w:val="20"/>
          <w:lang w:val="ru-RU"/>
        </w:rPr>
        <w:br/>
      </w: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 xml:space="preserve">7) создавать устные и письменные высказывания разных жанров объемом не менее 70 слов (с учётом литературного развития обучающихся); </w:t>
      </w:r>
      <w:r w:rsidRPr="001D458D">
        <w:rPr>
          <w:rFonts w:ascii="Times New Roman" w:hAnsi="Times New Roman" w:cs="Times New Roman"/>
          <w:sz w:val="20"/>
          <w:szCs w:val="20"/>
          <w:lang w:val="ru-RU"/>
        </w:rPr>
        <w:br/>
      </w: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 xml:space="preserve">8) владеть начальными умениями интерпретации и </w:t>
      </w:r>
      <w:proofErr w:type="gramStart"/>
      <w:r w:rsidRPr="001D458D">
        <w:rPr>
          <w:rFonts w:ascii="Times New Roman" w:eastAsia="Times New Roman" w:hAnsi="Times New Roman" w:cs="Times New Roman"/>
          <w:color w:val="000000"/>
          <w:sz w:val="20"/>
          <w:szCs w:val="20"/>
          <w:lang w:val="ru-RU"/>
        </w:rPr>
        <w:t>оценки</w:t>
      </w:r>
      <w:proofErr w:type="gramEnd"/>
      <w:r w:rsidRPr="001D458D">
        <w:rPr>
          <w:rFonts w:ascii="Times New Roman" w:eastAsia="Times New Roman" w:hAnsi="Times New Roman" w:cs="Times New Roman"/>
          <w:color w:val="000000"/>
          <w:sz w:val="20"/>
          <w:szCs w:val="20"/>
          <w:lang w:val="ru-RU"/>
        </w:rPr>
        <w:t xml:space="preserve"> текстуально изученных произведений фольклора и литературы; </w:t>
      </w:r>
      <w:r w:rsidRPr="001D458D">
        <w:rPr>
          <w:rFonts w:ascii="Times New Roman" w:hAnsi="Times New Roman" w:cs="Times New Roman"/>
          <w:sz w:val="20"/>
          <w:szCs w:val="20"/>
          <w:lang w:val="ru-RU"/>
        </w:rPr>
        <w:br/>
      </w:r>
      <w:r w:rsidRPr="001D458D">
        <w:rPr>
          <w:rFonts w:ascii="Times New Roman" w:hAnsi="Times New Roman" w:cs="Times New Roman"/>
          <w:sz w:val="20"/>
          <w:szCs w:val="20"/>
          <w:lang w:val="ru-RU"/>
        </w:rPr>
        <w:tab/>
      </w:r>
      <w:proofErr w:type="gramStart"/>
      <w:r w:rsidRPr="001D458D">
        <w:rPr>
          <w:rFonts w:ascii="Times New Roman" w:eastAsia="Times New Roman" w:hAnsi="Times New Roman" w:cs="Times New Roman"/>
          <w:color w:val="000000"/>
          <w:sz w:val="20"/>
          <w:szCs w:val="20"/>
          <w:lang w:val="ru-RU"/>
        </w:rPr>
        <w:t xml:space="preserve">9) осознавать важность чтения и изучения произведений устного народного творчества 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художественной литературы для познания мира, формирования эмоциональных и эстетических впечатлений, а также для собственного развития; </w:t>
      </w:r>
      <w:r w:rsidRPr="001D458D">
        <w:rPr>
          <w:rFonts w:ascii="Times New Roman" w:hAnsi="Times New Roman" w:cs="Times New Roman"/>
          <w:sz w:val="20"/>
          <w:szCs w:val="20"/>
          <w:lang w:val="ru-RU"/>
        </w:rPr>
        <w:br/>
      </w: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roofErr w:type="gramEnd"/>
      <w:r w:rsidRPr="001D458D">
        <w:rPr>
          <w:rFonts w:ascii="Times New Roman" w:eastAsia="Times New Roman" w:hAnsi="Times New Roman" w:cs="Times New Roman"/>
          <w:color w:val="000000"/>
          <w:sz w:val="20"/>
          <w:szCs w:val="20"/>
          <w:lang w:val="ru-RU"/>
        </w:rPr>
        <w:t xml:space="preserve"> </w:t>
      </w:r>
      <w:r w:rsidRPr="001D458D">
        <w:rPr>
          <w:rFonts w:ascii="Times New Roman" w:hAnsi="Times New Roman" w:cs="Times New Roman"/>
          <w:sz w:val="20"/>
          <w:szCs w:val="20"/>
          <w:lang w:val="ru-RU"/>
        </w:rPr>
        <w:br/>
      </w: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 xml:space="preserve">11) участвовать в создании элементарных учебных проектов под руководством учителя и учиться </w:t>
      </w:r>
      <w:proofErr w:type="gramStart"/>
      <w:r w:rsidRPr="001D458D">
        <w:rPr>
          <w:rFonts w:ascii="Times New Roman" w:eastAsia="Times New Roman" w:hAnsi="Times New Roman" w:cs="Times New Roman"/>
          <w:color w:val="000000"/>
          <w:sz w:val="20"/>
          <w:szCs w:val="20"/>
          <w:lang w:val="ru-RU"/>
        </w:rPr>
        <w:t>публично</w:t>
      </w:r>
      <w:proofErr w:type="gramEnd"/>
      <w:r w:rsidRPr="001D458D">
        <w:rPr>
          <w:rFonts w:ascii="Times New Roman" w:eastAsia="Times New Roman" w:hAnsi="Times New Roman" w:cs="Times New Roman"/>
          <w:color w:val="000000"/>
          <w:sz w:val="20"/>
          <w:szCs w:val="20"/>
          <w:lang w:val="ru-RU"/>
        </w:rPr>
        <w:t xml:space="preserve"> представлять их результаты (с учётом литературного развития обучающихся); </w:t>
      </w:r>
      <w:r w:rsidRPr="001D458D">
        <w:rPr>
          <w:rFonts w:ascii="Times New Roman" w:hAnsi="Times New Roman" w:cs="Times New Roman"/>
          <w:sz w:val="20"/>
          <w:szCs w:val="20"/>
          <w:lang w:val="ru-RU"/>
        </w:rPr>
        <w:br/>
      </w: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1D458D">
        <w:rPr>
          <w:rFonts w:ascii="Times New Roman" w:eastAsia="Times New Roman" w:hAnsi="Times New Roman" w:cs="Times New Roman"/>
          <w:color w:val="000000"/>
          <w:sz w:val="20"/>
          <w:szCs w:val="20"/>
          <w:lang w:val="ru-RU"/>
        </w:rPr>
        <w:t>интернет-ресурсами</w:t>
      </w:r>
      <w:proofErr w:type="spellEnd"/>
      <w:r w:rsidRPr="001D458D">
        <w:rPr>
          <w:rFonts w:ascii="Times New Roman" w:eastAsia="Times New Roman" w:hAnsi="Times New Roman" w:cs="Times New Roman"/>
          <w:color w:val="000000"/>
          <w:sz w:val="20"/>
          <w:szCs w:val="20"/>
          <w:lang w:val="ru-RU"/>
        </w:rPr>
        <w:t>, соблюдая правила информационной безопасности.</w:t>
      </w:r>
    </w:p>
    <w:p w:rsidR="00017B5E" w:rsidRPr="001D458D" w:rsidRDefault="00017B5E">
      <w:pPr>
        <w:rPr>
          <w:rFonts w:ascii="Times New Roman" w:hAnsi="Times New Roman" w:cs="Times New Roman"/>
          <w:sz w:val="20"/>
          <w:szCs w:val="20"/>
          <w:lang w:val="ru-RU"/>
        </w:rPr>
        <w:sectPr w:rsidR="00017B5E" w:rsidRPr="001D458D">
          <w:pgSz w:w="11900" w:h="16840"/>
          <w:pgMar w:top="286" w:right="770" w:bottom="1440" w:left="666" w:header="720" w:footer="720" w:gutter="0"/>
          <w:cols w:space="720" w:equalWidth="0">
            <w:col w:w="10464" w:space="0"/>
          </w:cols>
          <w:docGrid w:linePitch="360"/>
        </w:sectPr>
      </w:pPr>
    </w:p>
    <w:p w:rsidR="00017B5E" w:rsidRPr="001D458D" w:rsidRDefault="00017B5E">
      <w:pPr>
        <w:autoSpaceDE w:val="0"/>
        <w:autoSpaceDN w:val="0"/>
        <w:spacing w:after="64" w:line="220" w:lineRule="exact"/>
        <w:rPr>
          <w:rFonts w:ascii="Times New Roman" w:hAnsi="Times New Roman" w:cs="Times New Roman"/>
          <w:sz w:val="20"/>
          <w:szCs w:val="20"/>
          <w:lang w:val="ru-RU"/>
        </w:rPr>
      </w:pPr>
    </w:p>
    <w:p w:rsidR="00017B5E" w:rsidRPr="001D458D" w:rsidRDefault="005B1E35">
      <w:pPr>
        <w:autoSpaceDE w:val="0"/>
        <w:autoSpaceDN w:val="0"/>
        <w:spacing w:after="258" w:line="233" w:lineRule="auto"/>
        <w:rPr>
          <w:rFonts w:ascii="Times New Roman" w:hAnsi="Times New Roman" w:cs="Times New Roman"/>
          <w:sz w:val="20"/>
          <w:szCs w:val="20"/>
        </w:rPr>
      </w:pPr>
      <w:r w:rsidRPr="001D458D">
        <w:rPr>
          <w:rFonts w:ascii="Times New Roman" w:eastAsia="Times New Roman" w:hAnsi="Times New Roman" w:cs="Times New Roman"/>
          <w:b/>
          <w:color w:val="000000"/>
          <w:w w:val="101"/>
          <w:sz w:val="20"/>
          <w:szCs w:val="20"/>
        </w:rPr>
        <w:t xml:space="preserve">ТЕМАТИЧЕСКОЕ ПЛАНИРОВАНИЕ </w:t>
      </w:r>
    </w:p>
    <w:tbl>
      <w:tblPr>
        <w:tblW w:w="0" w:type="auto"/>
        <w:tblInd w:w="6" w:type="dxa"/>
        <w:tblLayout w:type="fixed"/>
        <w:tblLook w:val="04A0" w:firstRow="1" w:lastRow="0" w:firstColumn="1" w:lastColumn="0" w:noHBand="0" w:noVBand="1"/>
      </w:tblPr>
      <w:tblGrid>
        <w:gridCol w:w="396"/>
        <w:gridCol w:w="4948"/>
        <w:gridCol w:w="528"/>
        <w:gridCol w:w="1104"/>
        <w:gridCol w:w="1140"/>
        <w:gridCol w:w="866"/>
        <w:gridCol w:w="4022"/>
        <w:gridCol w:w="1020"/>
        <w:gridCol w:w="1478"/>
      </w:tblGrid>
      <w:tr w:rsidR="00017B5E" w:rsidRPr="001D458D">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b/>
                <w:color w:val="000000"/>
                <w:w w:val="97"/>
                <w:sz w:val="20"/>
                <w:szCs w:val="20"/>
              </w:rPr>
              <w:t>№</w:t>
            </w:r>
            <w:r w:rsidRPr="001D458D">
              <w:rPr>
                <w:rFonts w:ascii="Times New Roman" w:hAnsi="Times New Roman" w:cs="Times New Roman"/>
                <w:sz w:val="20"/>
                <w:szCs w:val="20"/>
              </w:rPr>
              <w:br/>
            </w:r>
            <w:r w:rsidRPr="001D458D">
              <w:rPr>
                <w:rFonts w:ascii="Times New Roman" w:eastAsia="Times New Roman" w:hAnsi="Times New Roman" w:cs="Times New Roman"/>
                <w:b/>
                <w:color w:val="000000"/>
                <w:w w:val="97"/>
                <w:sz w:val="20"/>
                <w:szCs w:val="20"/>
              </w:rPr>
              <w:t>п/п</w:t>
            </w:r>
          </w:p>
        </w:tc>
        <w:tc>
          <w:tcPr>
            <w:tcW w:w="494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Наименование разделов и тем программы</w:t>
            </w:r>
          </w:p>
        </w:tc>
        <w:tc>
          <w:tcPr>
            <w:tcW w:w="277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Количество</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часов</w:t>
            </w:r>
            <w:proofErr w:type="spellEnd"/>
          </w:p>
        </w:tc>
        <w:tc>
          <w:tcPr>
            <w:tcW w:w="8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Дата</w:t>
            </w:r>
            <w:proofErr w:type="spellEnd"/>
            <w:r w:rsidRPr="001D458D">
              <w:rPr>
                <w:rFonts w:ascii="Times New Roman" w:eastAsia="Times New Roman" w:hAnsi="Times New Roman" w:cs="Times New Roman"/>
                <w:b/>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b/>
                <w:color w:val="000000"/>
                <w:w w:val="97"/>
                <w:sz w:val="20"/>
                <w:szCs w:val="20"/>
              </w:rPr>
              <w:t>изучения</w:t>
            </w:r>
            <w:proofErr w:type="spellEnd"/>
          </w:p>
        </w:tc>
        <w:tc>
          <w:tcPr>
            <w:tcW w:w="402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Виды</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деятельности</w:t>
            </w:r>
            <w:proofErr w:type="spellEnd"/>
          </w:p>
        </w:tc>
        <w:tc>
          <w:tcPr>
            <w:tcW w:w="102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ight="144"/>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Виды</w:t>
            </w:r>
            <w:proofErr w:type="spellEnd"/>
            <w:r w:rsidRPr="001D458D">
              <w:rPr>
                <w:rFonts w:ascii="Times New Roman" w:eastAsia="Times New Roman" w:hAnsi="Times New Roman" w:cs="Times New Roman"/>
                <w:b/>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b/>
                <w:color w:val="000000"/>
                <w:w w:val="97"/>
                <w:sz w:val="20"/>
                <w:szCs w:val="20"/>
              </w:rPr>
              <w:t>формы</w:t>
            </w:r>
            <w:proofErr w:type="spellEnd"/>
            <w:r w:rsidRPr="001D458D">
              <w:rPr>
                <w:rFonts w:ascii="Times New Roman" w:eastAsia="Times New Roman" w:hAnsi="Times New Roman" w:cs="Times New Roman"/>
                <w:b/>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b/>
                <w:color w:val="000000"/>
                <w:w w:val="97"/>
                <w:sz w:val="20"/>
                <w:szCs w:val="20"/>
              </w:rPr>
              <w:t>контроля</w:t>
            </w:r>
            <w:proofErr w:type="spellEnd"/>
          </w:p>
        </w:tc>
        <w:tc>
          <w:tcPr>
            <w:tcW w:w="147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0" w:lineRule="auto"/>
              <w:ind w:left="72" w:right="144"/>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Электронные</w:t>
            </w:r>
            <w:proofErr w:type="spellEnd"/>
            <w:r w:rsidRPr="001D458D">
              <w:rPr>
                <w:rFonts w:ascii="Times New Roman" w:eastAsia="Times New Roman" w:hAnsi="Times New Roman" w:cs="Times New Roman"/>
                <w:b/>
                <w:color w:val="000000"/>
                <w:w w:val="97"/>
                <w:sz w:val="20"/>
                <w:szCs w:val="20"/>
              </w:rPr>
              <w:t xml:space="preserve"> </w:t>
            </w:r>
            <w:r w:rsidRPr="001D458D">
              <w:rPr>
                <w:rFonts w:ascii="Times New Roman" w:hAnsi="Times New Roman" w:cs="Times New Roman"/>
                <w:sz w:val="20"/>
                <w:szCs w:val="20"/>
              </w:rPr>
              <w:br/>
            </w:r>
            <w:r w:rsidRPr="001D458D">
              <w:rPr>
                <w:rFonts w:ascii="Times New Roman" w:eastAsia="Times New Roman" w:hAnsi="Times New Roman" w:cs="Times New Roman"/>
                <w:b/>
                <w:color w:val="000000"/>
                <w:w w:val="97"/>
                <w:sz w:val="20"/>
                <w:szCs w:val="20"/>
              </w:rPr>
              <w:t>(</w:t>
            </w:r>
            <w:proofErr w:type="spellStart"/>
            <w:r w:rsidRPr="001D458D">
              <w:rPr>
                <w:rFonts w:ascii="Times New Roman" w:eastAsia="Times New Roman" w:hAnsi="Times New Roman" w:cs="Times New Roman"/>
                <w:b/>
                <w:color w:val="000000"/>
                <w:w w:val="97"/>
                <w:sz w:val="20"/>
                <w:szCs w:val="20"/>
              </w:rPr>
              <w:t>цифровые</w:t>
            </w:r>
            <w:proofErr w:type="spellEnd"/>
            <w:r w:rsidRPr="001D458D">
              <w:rPr>
                <w:rFonts w:ascii="Times New Roman" w:eastAsia="Times New Roman" w:hAnsi="Times New Roman" w:cs="Times New Roman"/>
                <w:b/>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b/>
                <w:color w:val="000000"/>
                <w:w w:val="97"/>
                <w:sz w:val="20"/>
                <w:szCs w:val="20"/>
              </w:rPr>
              <w:t>образовательные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ресурсы</w:t>
            </w:r>
            <w:proofErr w:type="spellEnd"/>
          </w:p>
        </w:tc>
      </w:tr>
      <w:tr w:rsidR="00017B5E" w:rsidRPr="001D458D">
        <w:trPr>
          <w:trHeight w:hRule="exact" w:val="576"/>
        </w:trPr>
        <w:tc>
          <w:tcPr>
            <w:tcW w:w="1726" w:type="dxa"/>
            <w:vMerge/>
            <w:tcBorders>
              <w:top w:val="single" w:sz="4" w:space="0" w:color="000000"/>
              <w:left w:val="single" w:sz="4" w:space="0" w:color="000000"/>
              <w:bottom w:val="single" w:sz="4" w:space="0" w:color="000000"/>
              <w:right w:val="single" w:sz="4" w:space="0" w:color="000000"/>
            </w:tcBorders>
          </w:tcPr>
          <w:p w:rsidR="00017B5E" w:rsidRPr="001D458D" w:rsidRDefault="00017B5E">
            <w:pPr>
              <w:rPr>
                <w:rFonts w:ascii="Times New Roman" w:hAnsi="Times New Roman" w:cs="Times New Roman"/>
                <w:sz w:val="20"/>
                <w:szCs w:val="20"/>
              </w:rPr>
            </w:pPr>
          </w:p>
        </w:tc>
        <w:tc>
          <w:tcPr>
            <w:tcW w:w="1726" w:type="dxa"/>
            <w:vMerge/>
            <w:tcBorders>
              <w:top w:val="single" w:sz="4" w:space="0" w:color="000000"/>
              <w:left w:val="single" w:sz="4" w:space="0" w:color="000000"/>
              <w:bottom w:val="single" w:sz="4" w:space="0" w:color="000000"/>
              <w:right w:val="single" w:sz="4" w:space="0" w:color="000000"/>
            </w:tcBorders>
          </w:tcPr>
          <w:p w:rsidR="00017B5E" w:rsidRPr="001D458D" w:rsidRDefault="00017B5E">
            <w:pPr>
              <w:rPr>
                <w:rFonts w:ascii="Times New Roman" w:hAnsi="Times New Roman" w:cs="Times New Roman"/>
                <w:sz w:val="20"/>
                <w:szCs w:val="20"/>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всего</w:t>
            </w:r>
            <w:proofErr w:type="spellEnd"/>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контрольные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работы</w:t>
            </w:r>
            <w:proofErr w:type="spellEnd"/>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практические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работы</w:t>
            </w:r>
            <w:proofErr w:type="spellEnd"/>
          </w:p>
        </w:tc>
        <w:tc>
          <w:tcPr>
            <w:tcW w:w="1726" w:type="dxa"/>
            <w:vMerge/>
            <w:tcBorders>
              <w:top w:val="single" w:sz="4" w:space="0" w:color="000000"/>
              <w:left w:val="single" w:sz="4" w:space="0" w:color="000000"/>
              <w:bottom w:val="single" w:sz="4" w:space="0" w:color="000000"/>
              <w:right w:val="single" w:sz="4" w:space="0" w:color="000000"/>
            </w:tcBorders>
          </w:tcPr>
          <w:p w:rsidR="00017B5E" w:rsidRPr="001D458D" w:rsidRDefault="00017B5E">
            <w:pPr>
              <w:rPr>
                <w:rFonts w:ascii="Times New Roman" w:hAnsi="Times New Roman" w:cs="Times New Roman"/>
                <w:sz w:val="20"/>
                <w:szCs w:val="20"/>
              </w:rPr>
            </w:pPr>
          </w:p>
        </w:tc>
        <w:tc>
          <w:tcPr>
            <w:tcW w:w="1726" w:type="dxa"/>
            <w:vMerge/>
            <w:tcBorders>
              <w:top w:val="single" w:sz="4" w:space="0" w:color="000000"/>
              <w:left w:val="single" w:sz="4" w:space="0" w:color="000000"/>
              <w:bottom w:val="single" w:sz="4" w:space="0" w:color="000000"/>
              <w:right w:val="single" w:sz="4" w:space="0" w:color="000000"/>
            </w:tcBorders>
          </w:tcPr>
          <w:p w:rsidR="00017B5E" w:rsidRPr="001D458D" w:rsidRDefault="00017B5E">
            <w:pPr>
              <w:rPr>
                <w:rFonts w:ascii="Times New Roman" w:hAnsi="Times New Roman" w:cs="Times New Roman"/>
                <w:sz w:val="20"/>
                <w:szCs w:val="20"/>
              </w:rPr>
            </w:pPr>
          </w:p>
        </w:tc>
        <w:tc>
          <w:tcPr>
            <w:tcW w:w="1726" w:type="dxa"/>
            <w:vMerge/>
            <w:tcBorders>
              <w:top w:val="single" w:sz="4" w:space="0" w:color="000000"/>
              <w:left w:val="single" w:sz="4" w:space="0" w:color="000000"/>
              <w:bottom w:val="single" w:sz="4" w:space="0" w:color="000000"/>
              <w:right w:val="single" w:sz="4" w:space="0" w:color="000000"/>
            </w:tcBorders>
          </w:tcPr>
          <w:p w:rsidR="00017B5E" w:rsidRPr="001D458D" w:rsidRDefault="00017B5E">
            <w:pPr>
              <w:rPr>
                <w:rFonts w:ascii="Times New Roman" w:hAnsi="Times New Roman" w:cs="Times New Roman"/>
                <w:sz w:val="20"/>
                <w:szCs w:val="20"/>
              </w:rPr>
            </w:pPr>
          </w:p>
        </w:tc>
        <w:tc>
          <w:tcPr>
            <w:tcW w:w="1726" w:type="dxa"/>
            <w:vMerge/>
            <w:tcBorders>
              <w:top w:val="single" w:sz="4" w:space="0" w:color="000000"/>
              <w:left w:val="single" w:sz="4" w:space="0" w:color="000000"/>
              <w:bottom w:val="single" w:sz="4" w:space="0" w:color="000000"/>
              <w:right w:val="single" w:sz="4" w:space="0" w:color="000000"/>
            </w:tcBorders>
          </w:tcPr>
          <w:p w:rsidR="00017B5E" w:rsidRPr="001D458D" w:rsidRDefault="00017B5E">
            <w:pPr>
              <w:rPr>
                <w:rFonts w:ascii="Times New Roman" w:hAnsi="Times New Roman" w:cs="Times New Roman"/>
                <w:sz w:val="20"/>
                <w:szCs w:val="20"/>
              </w:rPr>
            </w:pPr>
          </w:p>
        </w:tc>
      </w:tr>
      <w:tr w:rsidR="00017B5E" w:rsidRPr="001D458D">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Раздел</w:t>
            </w:r>
            <w:proofErr w:type="spellEnd"/>
            <w:r w:rsidRPr="001D458D">
              <w:rPr>
                <w:rFonts w:ascii="Times New Roman" w:eastAsia="Times New Roman" w:hAnsi="Times New Roman" w:cs="Times New Roman"/>
                <w:color w:val="000000"/>
                <w:w w:val="97"/>
                <w:sz w:val="20"/>
                <w:szCs w:val="20"/>
              </w:rPr>
              <w:t xml:space="preserve"> 1.</w:t>
            </w:r>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Мифология</w:t>
            </w:r>
            <w:proofErr w:type="spellEnd"/>
          </w:p>
        </w:tc>
      </w:tr>
      <w:tr w:rsidR="00017B5E" w:rsidRPr="001D458D">
        <w:trPr>
          <w:trHeight w:hRule="exact" w:val="2462"/>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1.1.</w:t>
            </w:r>
          </w:p>
        </w:tc>
        <w:tc>
          <w:tcPr>
            <w:tcW w:w="4948"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Мифы народов России и мира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3</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01.09.2022 07.09.2022</w:t>
            </w:r>
          </w:p>
        </w:tc>
        <w:tc>
          <w:tcPr>
            <w:tcW w:w="4022"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4"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мифы и другие эпические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произведения, отвечать на вопросы, пересказывать; Анализировать сюжет, жанровые, композиционные и художественные особенности;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и формулировать тему и основную мысль прочитанных мифов;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Сопоставлять мифы разных народов, сравнивать их с эпическими произведениями;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Характеризовать главных героев, сравнивать их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поступки; </w:t>
            </w:r>
            <w:r w:rsidRPr="001D458D">
              <w:rPr>
                <w:rFonts w:ascii="Times New Roman" w:hAnsi="Times New Roman" w:cs="Times New Roman"/>
                <w:sz w:val="20"/>
                <w:szCs w:val="20"/>
                <w:lang w:val="ru-RU"/>
              </w:rPr>
              <w:br/>
            </w:r>
            <w:proofErr w:type="gramStart"/>
            <w:r w:rsidRPr="001D458D">
              <w:rPr>
                <w:rFonts w:ascii="Times New Roman" w:eastAsia="Times New Roman" w:hAnsi="Times New Roman" w:cs="Times New Roman"/>
                <w:color w:val="000000"/>
                <w:w w:val="97"/>
                <w:sz w:val="20"/>
                <w:szCs w:val="20"/>
                <w:lang w:val="ru-RU"/>
              </w:rPr>
              <w:t>Высказывать своё отношение</w:t>
            </w:r>
            <w:proofErr w:type="gramEnd"/>
            <w:r w:rsidRPr="001D458D">
              <w:rPr>
                <w:rFonts w:ascii="Times New Roman" w:eastAsia="Times New Roman" w:hAnsi="Times New Roman" w:cs="Times New Roman"/>
                <w:color w:val="000000"/>
                <w:w w:val="97"/>
                <w:sz w:val="20"/>
                <w:szCs w:val="20"/>
                <w:lang w:val="ru-RU"/>
              </w:rPr>
              <w:t xml:space="preserve"> к событиям и эпическим героям;</w:t>
            </w:r>
          </w:p>
        </w:tc>
        <w:tc>
          <w:tcPr>
            <w:tcW w:w="1020"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1.2.</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Внеклассное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чтение</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08.09.2022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348"/>
        </w:trPr>
        <w:tc>
          <w:tcPr>
            <w:tcW w:w="53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Итого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по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4</w:t>
            </w:r>
          </w:p>
        </w:tc>
        <w:tc>
          <w:tcPr>
            <w:tcW w:w="963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017B5E">
            <w:pPr>
              <w:rPr>
                <w:rFonts w:ascii="Times New Roman" w:hAnsi="Times New Roman" w:cs="Times New Roman"/>
                <w:sz w:val="20"/>
                <w:szCs w:val="20"/>
              </w:rPr>
            </w:pPr>
          </w:p>
        </w:tc>
      </w:tr>
      <w:tr w:rsidR="00017B5E" w:rsidRPr="001D458D">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Раздел</w:t>
            </w:r>
            <w:proofErr w:type="spellEnd"/>
            <w:r w:rsidRPr="001D458D">
              <w:rPr>
                <w:rFonts w:ascii="Times New Roman" w:eastAsia="Times New Roman" w:hAnsi="Times New Roman" w:cs="Times New Roman"/>
                <w:color w:val="000000"/>
                <w:w w:val="97"/>
                <w:sz w:val="20"/>
                <w:szCs w:val="20"/>
              </w:rPr>
              <w:t xml:space="preserve"> 2.</w:t>
            </w:r>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Фольклор</w:t>
            </w:r>
            <w:proofErr w:type="spellEnd"/>
          </w:p>
        </w:tc>
      </w:tr>
      <w:tr w:rsidR="00017B5E" w:rsidRPr="001D458D">
        <w:trPr>
          <w:trHeight w:hRule="exact" w:val="13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2.1.</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Малые жанры: пословицы, поговорки, загадки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09.09.2022 14.09.2022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2"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фольклорные произведения малых жанров, отвечать на вопросы;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Отличать пословицы от поговорок;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Сопоставлять русские пословицы и поговорки с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пословицами и поговорками других народов;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Уметь сочинять и разгадывать загадки;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2.2.</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Развитие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речи</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15.09.2022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26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2.3.</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Сказки народов России и народов мира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16.09.2022 28.09.2022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ight="144"/>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w w:val="97"/>
                <w:sz w:val="20"/>
                <w:szCs w:val="20"/>
                <w:lang w:val="ru-RU"/>
              </w:rPr>
              <w:t xml:space="preserve">Выразительно читать, пересказывать (кратко, подробно, выборочно) сказки, отвечать на вопросы;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виды сказок (волшебные, бытовые, 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животных);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и формулировать тему и основную мысль прочитанной сказки;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Характеризовать героев сказок, оценивать их поступки; Определять особенности языка и композиции народных сказок разных народов (зачин, концовка, постоянные эпитеты, устойчивые выражения и др.);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Сочинять собственные сказки, употребляя сказочные устойчивые выражения;</w:t>
            </w:r>
            <w:proofErr w:type="gramEnd"/>
            <w:r w:rsidRPr="001D458D">
              <w:rPr>
                <w:rFonts w:ascii="Times New Roman" w:eastAsia="Times New Roman" w:hAnsi="Times New Roman" w:cs="Times New Roman"/>
                <w:color w:val="000000"/>
                <w:w w:val="97"/>
                <w:sz w:val="20"/>
                <w:szCs w:val="20"/>
                <w:lang w:val="ru-RU"/>
              </w:rPr>
              <w:t xml:space="preserve">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Инсценировать любимую сказку;</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Письменный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контроль</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Контрольная</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работа</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6840" w:h="11900"/>
          <w:pgMar w:top="282" w:right="640" w:bottom="496" w:left="666" w:header="720" w:footer="720" w:gutter="0"/>
          <w:cols w:space="720" w:equalWidth="0">
            <w:col w:w="1553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4948"/>
        <w:gridCol w:w="528"/>
        <w:gridCol w:w="1104"/>
        <w:gridCol w:w="1140"/>
        <w:gridCol w:w="866"/>
        <w:gridCol w:w="4022"/>
        <w:gridCol w:w="1020"/>
        <w:gridCol w:w="1478"/>
      </w:tblGrid>
      <w:tr w:rsidR="00017B5E" w:rsidRPr="001D458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2.4.</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Внеклассное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чтение</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29.09.2022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348"/>
        </w:trPr>
        <w:tc>
          <w:tcPr>
            <w:tcW w:w="53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Итого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по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9</w:t>
            </w:r>
          </w:p>
        </w:tc>
        <w:tc>
          <w:tcPr>
            <w:tcW w:w="963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017B5E">
            <w:pPr>
              <w:rPr>
                <w:rFonts w:ascii="Times New Roman" w:hAnsi="Times New Roman" w:cs="Times New Roman"/>
                <w:sz w:val="20"/>
                <w:szCs w:val="20"/>
              </w:rPr>
            </w:pPr>
          </w:p>
        </w:tc>
      </w:tr>
      <w:tr w:rsidR="00017B5E" w:rsidRPr="001D458D">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Раздел 3.</w:t>
            </w:r>
            <w:r w:rsidRPr="001D458D">
              <w:rPr>
                <w:rFonts w:ascii="Times New Roman" w:eastAsia="Times New Roman" w:hAnsi="Times New Roman" w:cs="Times New Roman"/>
                <w:b/>
                <w:color w:val="000000"/>
                <w:w w:val="97"/>
                <w:sz w:val="20"/>
                <w:szCs w:val="20"/>
                <w:lang w:val="ru-RU"/>
              </w:rPr>
              <w:t xml:space="preserve"> Литература первой половины </w:t>
            </w:r>
            <w:r w:rsidRPr="001D458D">
              <w:rPr>
                <w:rFonts w:ascii="Times New Roman" w:eastAsia="Times New Roman" w:hAnsi="Times New Roman" w:cs="Times New Roman"/>
                <w:b/>
                <w:color w:val="000000"/>
                <w:w w:val="97"/>
                <w:sz w:val="20"/>
                <w:szCs w:val="20"/>
              </w:rPr>
              <w:t>XIX</w:t>
            </w:r>
            <w:r w:rsidRPr="001D458D">
              <w:rPr>
                <w:rFonts w:ascii="Times New Roman" w:eastAsia="Times New Roman" w:hAnsi="Times New Roman" w:cs="Times New Roman"/>
                <w:b/>
                <w:color w:val="000000"/>
                <w:w w:val="97"/>
                <w:sz w:val="20"/>
                <w:szCs w:val="20"/>
                <w:lang w:val="ru-RU"/>
              </w:rPr>
              <w:t xml:space="preserve"> века</w:t>
            </w:r>
          </w:p>
        </w:tc>
      </w:tr>
      <w:tr w:rsidR="00017B5E" w:rsidRPr="001D458D">
        <w:trPr>
          <w:trHeight w:hRule="exact" w:val="207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3.1.</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 xml:space="preserve">И. А. Крылов. Басни (три по выбору). «Волк на псарне», «Листы и Корни», «Свинья под Дубом», «Квартет», «Осёл и </w:t>
            </w:r>
            <w:proofErr w:type="spellStart"/>
            <w:r w:rsidRPr="001D458D">
              <w:rPr>
                <w:rFonts w:ascii="Times New Roman" w:eastAsia="Times New Roman" w:hAnsi="Times New Roman" w:cs="Times New Roman"/>
                <w:b/>
                <w:color w:val="000000"/>
                <w:w w:val="97"/>
                <w:sz w:val="20"/>
                <w:szCs w:val="20"/>
                <w:lang w:val="ru-RU"/>
              </w:rPr>
              <w:t>Соловей»</w:t>
            </w:r>
            <w:proofErr w:type="gramStart"/>
            <w:r w:rsidRPr="001D458D">
              <w:rPr>
                <w:rFonts w:ascii="Times New Roman" w:eastAsia="Times New Roman" w:hAnsi="Times New Roman" w:cs="Times New Roman"/>
                <w:b/>
                <w:color w:val="000000"/>
                <w:w w:val="97"/>
                <w:sz w:val="20"/>
                <w:szCs w:val="20"/>
                <w:lang w:val="ru-RU"/>
              </w:rPr>
              <w:t>,«</w:t>
            </w:r>
            <w:proofErr w:type="gramEnd"/>
            <w:r w:rsidRPr="001D458D">
              <w:rPr>
                <w:rFonts w:ascii="Times New Roman" w:eastAsia="Times New Roman" w:hAnsi="Times New Roman" w:cs="Times New Roman"/>
                <w:b/>
                <w:color w:val="000000"/>
                <w:w w:val="97"/>
                <w:sz w:val="20"/>
                <w:szCs w:val="20"/>
                <w:lang w:val="ru-RU"/>
              </w:rPr>
              <w:t>Ворона</w:t>
            </w:r>
            <w:proofErr w:type="spellEnd"/>
            <w:r w:rsidRPr="001D458D">
              <w:rPr>
                <w:rFonts w:ascii="Times New Roman" w:eastAsia="Times New Roman" w:hAnsi="Times New Roman" w:cs="Times New Roman"/>
                <w:b/>
                <w:color w:val="000000"/>
                <w:w w:val="97"/>
                <w:sz w:val="20"/>
                <w:szCs w:val="20"/>
                <w:lang w:val="ru-RU"/>
              </w:rPr>
              <w:t xml:space="preserve"> и Лисица»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30.09.2022 07.10.2022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басню, в том числе по ролям; Определять и формулировать тему и основную мысль прочитанной басни;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Находить значение незнакомого слова в словаре; Инсценировать басню;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художественные особенности басенного жанра;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Иметь первоначальное представление об аллегории и морали;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Читать басню наизусть (по выбору обучающегося);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Письменный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контроль</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3.2.</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Развитие</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речи</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12.10.2022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305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3.3.</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ight="144"/>
              <w:rPr>
                <w:rFonts w:ascii="Times New Roman" w:hAnsi="Times New Roman" w:cs="Times New Roman"/>
                <w:sz w:val="20"/>
                <w:szCs w:val="20"/>
              </w:rPr>
            </w:pPr>
            <w:r w:rsidRPr="001D458D">
              <w:rPr>
                <w:rFonts w:ascii="Times New Roman" w:eastAsia="Times New Roman" w:hAnsi="Times New Roman" w:cs="Times New Roman"/>
                <w:b/>
                <w:color w:val="000000"/>
                <w:w w:val="97"/>
                <w:sz w:val="20"/>
                <w:szCs w:val="20"/>
                <w:lang w:val="ru-RU"/>
              </w:rPr>
              <w:t xml:space="preserve">А. С. Пушкин. Стихотворения (не менее трёх). «Зимнее </w:t>
            </w:r>
            <w:proofErr w:type="spellStart"/>
            <w:r w:rsidRPr="001D458D">
              <w:rPr>
                <w:rFonts w:ascii="Times New Roman" w:eastAsia="Times New Roman" w:hAnsi="Times New Roman" w:cs="Times New Roman"/>
                <w:b/>
                <w:color w:val="000000"/>
                <w:w w:val="97"/>
                <w:sz w:val="20"/>
                <w:szCs w:val="20"/>
                <w:lang w:val="ru-RU"/>
              </w:rPr>
              <w:t>утро»</w:t>
            </w:r>
            <w:proofErr w:type="gramStart"/>
            <w:r w:rsidRPr="001D458D">
              <w:rPr>
                <w:rFonts w:ascii="Times New Roman" w:eastAsia="Times New Roman" w:hAnsi="Times New Roman" w:cs="Times New Roman"/>
                <w:b/>
                <w:color w:val="000000"/>
                <w:w w:val="97"/>
                <w:sz w:val="20"/>
                <w:szCs w:val="20"/>
                <w:lang w:val="ru-RU"/>
              </w:rPr>
              <w:t>,«</w:t>
            </w:r>
            <w:proofErr w:type="gramEnd"/>
            <w:r w:rsidRPr="001D458D">
              <w:rPr>
                <w:rFonts w:ascii="Times New Roman" w:eastAsia="Times New Roman" w:hAnsi="Times New Roman" w:cs="Times New Roman"/>
                <w:b/>
                <w:color w:val="000000"/>
                <w:w w:val="97"/>
                <w:sz w:val="20"/>
                <w:szCs w:val="20"/>
                <w:lang w:val="ru-RU"/>
              </w:rPr>
              <w:t>Зимний</w:t>
            </w:r>
            <w:proofErr w:type="spellEnd"/>
            <w:r w:rsidRPr="001D458D">
              <w:rPr>
                <w:rFonts w:ascii="Times New Roman" w:eastAsia="Times New Roman" w:hAnsi="Times New Roman" w:cs="Times New Roman"/>
                <w:b/>
                <w:color w:val="000000"/>
                <w:w w:val="97"/>
                <w:sz w:val="20"/>
                <w:szCs w:val="20"/>
                <w:lang w:val="ru-RU"/>
              </w:rPr>
              <w:t xml:space="preserve"> вечер», «Няне» и др. </w:t>
            </w:r>
            <w:r w:rsidRPr="001D458D">
              <w:rPr>
                <w:rFonts w:ascii="Times New Roman" w:eastAsia="Times New Roman" w:hAnsi="Times New Roman" w:cs="Times New Roman"/>
                <w:b/>
                <w:color w:val="000000"/>
                <w:w w:val="97"/>
                <w:sz w:val="20"/>
                <w:szCs w:val="20"/>
              </w:rPr>
              <w:t>«</w:t>
            </w:r>
            <w:proofErr w:type="spellStart"/>
            <w:r w:rsidRPr="001D458D">
              <w:rPr>
                <w:rFonts w:ascii="Times New Roman" w:eastAsia="Times New Roman" w:hAnsi="Times New Roman" w:cs="Times New Roman"/>
                <w:b/>
                <w:color w:val="000000"/>
                <w:w w:val="97"/>
                <w:sz w:val="20"/>
                <w:szCs w:val="20"/>
              </w:rPr>
              <w:t>Сказка</w:t>
            </w:r>
            <w:proofErr w:type="spellEnd"/>
            <w:r w:rsidRPr="001D458D">
              <w:rPr>
                <w:rFonts w:ascii="Times New Roman" w:eastAsia="Times New Roman" w:hAnsi="Times New Roman" w:cs="Times New Roman"/>
                <w:b/>
                <w:color w:val="000000"/>
                <w:w w:val="97"/>
                <w:sz w:val="20"/>
                <w:szCs w:val="20"/>
              </w:rPr>
              <w:t xml:space="preserve"> о </w:t>
            </w:r>
            <w:proofErr w:type="spellStart"/>
            <w:r w:rsidRPr="001D458D">
              <w:rPr>
                <w:rFonts w:ascii="Times New Roman" w:eastAsia="Times New Roman" w:hAnsi="Times New Roman" w:cs="Times New Roman"/>
                <w:b/>
                <w:color w:val="000000"/>
                <w:w w:val="97"/>
                <w:sz w:val="20"/>
                <w:szCs w:val="20"/>
              </w:rPr>
              <w:t>мёртвой</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царевне</w:t>
            </w:r>
            <w:proofErr w:type="spellEnd"/>
            <w:r w:rsidRPr="001D458D">
              <w:rPr>
                <w:rFonts w:ascii="Times New Roman" w:eastAsia="Times New Roman" w:hAnsi="Times New Roman" w:cs="Times New Roman"/>
                <w:b/>
                <w:color w:val="000000"/>
                <w:w w:val="97"/>
                <w:sz w:val="20"/>
                <w:szCs w:val="20"/>
              </w:rPr>
              <w:t xml:space="preserve"> и о </w:t>
            </w:r>
            <w:proofErr w:type="spellStart"/>
            <w:r w:rsidRPr="001D458D">
              <w:rPr>
                <w:rFonts w:ascii="Times New Roman" w:eastAsia="Times New Roman" w:hAnsi="Times New Roman" w:cs="Times New Roman"/>
                <w:b/>
                <w:color w:val="000000"/>
                <w:w w:val="97"/>
                <w:sz w:val="20"/>
                <w:szCs w:val="20"/>
              </w:rPr>
              <w:t>семи</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богатырях</w:t>
            </w:r>
            <w:proofErr w:type="spellEnd"/>
            <w:r w:rsidRPr="001D458D">
              <w:rPr>
                <w:rFonts w:ascii="Times New Roman" w:eastAsia="Times New Roman" w:hAnsi="Times New Roman" w:cs="Times New Roman"/>
                <w:b/>
                <w:color w:val="000000"/>
                <w:w w:val="97"/>
                <w:sz w:val="20"/>
                <w:szCs w:val="20"/>
              </w:rPr>
              <w:t xml:space="preserve">»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13.10.2022 02.11.2022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w w:val="97"/>
                <w:sz w:val="20"/>
                <w:szCs w:val="20"/>
                <w:lang w:val="ru-RU"/>
              </w:rPr>
              <w:t xml:space="preserve">Выразительно читать стихотворения;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Отличать поэтический текст от прозаического,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аргументировать свой ответ;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тематическое единство подобранных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произведений;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Выявлять средства художественной изобразительности в лирических произведениях (эпитет, метафору,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олицетворение, сравнение);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Выполнять письменные работы по первоначальному анализу стихотворения;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Заучивать стихотворения наизусть;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Выразительно читать сказку, отвечать на вопросы по содержанию;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Определять идейно-тематическое содержание сказки А.</w:t>
            </w:r>
            <w:proofErr w:type="gramEnd"/>
          </w:p>
          <w:p w:rsidR="00017B5E" w:rsidRPr="001D458D" w:rsidRDefault="005B1E35">
            <w:pPr>
              <w:autoSpaceDE w:val="0"/>
              <w:autoSpaceDN w:val="0"/>
              <w:spacing w:before="2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С. </w:t>
            </w:r>
            <w:proofErr w:type="spellStart"/>
            <w:r w:rsidRPr="001D458D">
              <w:rPr>
                <w:rFonts w:ascii="Times New Roman" w:eastAsia="Times New Roman" w:hAnsi="Times New Roman" w:cs="Times New Roman"/>
                <w:color w:val="000000"/>
                <w:w w:val="97"/>
                <w:sz w:val="20"/>
                <w:szCs w:val="20"/>
              </w:rPr>
              <w:t>Пушкина</w:t>
            </w:r>
            <w:proofErr w:type="spellEnd"/>
            <w:r w:rsidRPr="001D458D">
              <w:rPr>
                <w:rFonts w:ascii="Times New Roman" w:eastAsia="Times New Roman" w:hAnsi="Times New Roman" w:cs="Times New Roman"/>
                <w:color w:val="000000"/>
                <w:w w:val="97"/>
                <w:sz w:val="20"/>
                <w:szCs w:val="20"/>
              </w:rPr>
              <w:t>;</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205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3.4.</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М. Ю. Лермонтов. Стихотворение «Бородино»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03.11.2022 04.11.2022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стихотворение;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Отвечать на вопросы по прочитанному тексту, задавать вопросы с целью понимания содержания стихотворения; Определять его историческую основу, идейн</w:t>
            </w:r>
            <w:proofErr w:type="gramStart"/>
            <w:r w:rsidRPr="001D458D">
              <w:rPr>
                <w:rFonts w:ascii="Times New Roman" w:eastAsia="Times New Roman" w:hAnsi="Times New Roman" w:cs="Times New Roman"/>
                <w:color w:val="000000"/>
                <w:w w:val="97"/>
                <w:sz w:val="20"/>
                <w:szCs w:val="20"/>
                <w:lang w:val="ru-RU"/>
              </w:rPr>
              <w:t>о-</w:t>
            </w:r>
            <w:proofErr w:type="gramEnd"/>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тематическое содержание;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позицию автора;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Выявлять жанровые признаки и средства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художественной изобразительности в произведении (эпитет, олицетворение, сравнение, метафора);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Заучивать стихотворение наизусть;</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6840" w:h="11900"/>
          <w:pgMar w:top="284" w:right="640" w:bottom="976" w:left="666" w:header="720" w:footer="720" w:gutter="0"/>
          <w:cols w:space="720" w:equalWidth="0">
            <w:col w:w="1553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4948"/>
        <w:gridCol w:w="528"/>
        <w:gridCol w:w="1104"/>
        <w:gridCol w:w="1140"/>
        <w:gridCol w:w="866"/>
        <w:gridCol w:w="4022"/>
        <w:gridCol w:w="1020"/>
        <w:gridCol w:w="1478"/>
      </w:tblGrid>
      <w:tr w:rsidR="00017B5E" w:rsidRPr="001D458D">
        <w:trPr>
          <w:trHeight w:hRule="exact" w:val="284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3.5.</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Н. В. Гоголь. Повесть «Ночь перед Рождеством»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09.11.2022 10.11.2022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Читать выразительно прозаический текст, отвечать на вопросы;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Учиться </w:t>
            </w:r>
            <w:proofErr w:type="gramStart"/>
            <w:r w:rsidRPr="001D458D">
              <w:rPr>
                <w:rFonts w:ascii="Times New Roman" w:eastAsia="Times New Roman" w:hAnsi="Times New Roman" w:cs="Times New Roman"/>
                <w:color w:val="000000"/>
                <w:w w:val="97"/>
                <w:sz w:val="20"/>
                <w:szCs w:val="20"/>
                <w:lang w:val="ru-RU"/>
              </w:rPr>
              <w:t>самостоятельно</w:t>
            </w:r>
            <w:proofErr w:type="gramEnd"/>
            <w:r w:rsidRPr="001D458D">
              <w:rPr>
                <w:rFonts w:ascii="Times New Roman" w:eastAsia="Times New Roman" w:hAnsi="Times New Roman" w:cs="Times New Roman"/>
                <w:color w:val="000000"/>
                <w:w w:val="97"/>
                <w:sz w:val="20"/>
                <w:szCs w:val="20"/>
                <w:lang w:val="ru-RU"/>
              </w:rPr>
              <w:t xml:space="preserve"> формулировать вопросы;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Пересказывать (кратко, подробно, выборочно) текст повести;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Выделять ключевые эпизоды в тексте произведения; Составлять устный отзыв о прочитанном произведении; Определять художественные средства, создающие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фантастический настрой повести, а также картины народной жизни;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близость повести к народным сказкам и легендам;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Пользоваться библиотечным каталогом для поиска книги;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Письменный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контроль</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75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3.6.</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Внеклассное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чтение</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11.11.2022 13.11.2022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348"/>
        </w:trPr>
        <w:tc>
          <w:tcPr>
            <w:tcW w:w="53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Итого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по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16</w:t>
            </w:r>
          </w:p>
        </w:tc>
        <w:tc>
          <w:tcPr>
            <w:tcW w:w="963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017B5E">
            <w:pPr>
              <w:rPr>
                <w:rFonts w:ascii="Times New Roman" w:hAnsi="Times New Roman" w:cs="Times New Roman"/>
                <w:sz w:val="20"/>
                <w:szCs w:val="20"/>
              </w:rPr>
            </w:pPr>
          </w:p>
        </w:tc>
      </w:tr>
      <w:tr w:rsidR="00017B5E" w:rsidRPr="001D458D">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Раздел 4.</w:t>
            </w:r>
            <w:r w:rsidRPr="001D458D">
              <w:rPr>
                <w:rFonts w:ascii="Times New Roman" w:eastAsia="Times New Roman" w:hAnsi="Times New Roman" w:cs="Times New Roman"/>
                <w:b/>
                <w:color w:val="000000"/>
                <w:w w:val="97"/>
                <w:sz w:val="20"/>
                <w:szCs w:val="20"/>
                <w:lang w:val="ru-RU"/>
              </w:rPr>
              <w:t xml:space="preserve"> Литература второй половины </w:t>
            </w:r>
            <w:r w:rsidRPr="001D458D">
              <w:rPr>
                <w:rFonts w:ascii="Times New Roman" w:eastAsia="Times New Roman" w:hAnsi="Times New Roman" w:cs="Times New Roman"/>
                <w:b/>
                <w:color w:val="000000"/>
                <w:w w:val="97"/>
                <w:sz w:val="20"/>
                <w:szCs w:val="20"/>
              </w:rPr>
              <w:t>XIX</w:t>
            </w:r>
            <w:r w:rsidRPr="001D458D">
              <w:rPr>
                <w:rFonts w:ascii="Times New Roman" w:eastAsia="Times New Roman" w:hAnsi="Times New Roman" w:cs="Times New Roman"/>
                <w:b/>
                <w:color w:val="000000"/>
                <w:w w:val="97"/>
                <w:sz w:val="20"/>
                <w:szCs w:val="20"/>
                <w:lang w:val="ru-RU"/>
              </w:rPr>
              <w:t xml:space="preserve"> века </w:t>
            </w:r>
          </w:p>
        </w:tc>
      </w:tr>
      <w:tr w:rsidR="00017B5E" w:rsidRPr="001D458D">
        <w:trPr>
          <w:trHeight w:hRule="exact" w:val="188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4.1.</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И. С. Тургенев. Рассказ «Муму»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16.11.2022 24.11.2022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рассказ, отвечать на вопросы, пересказывать (подробно и сжато);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Выделять наиболее яркие эпизоды произведения; Составлять простой план рассказа;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тему, идею произведения;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Характеризовать главных героев рассказа;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Составлять устный портрет Герасима;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роль пейзажных описаний;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Писать сочинение по содержанию рассказа;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4.2.</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Развитие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речи</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25.11.2022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1672"/>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4.3.</w:t>
            </w:r>
          </w:p>
        </w:tc>
        <w:tc>
          <w:tcPr>
            <w:tcW w:w="4948"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right="288"/>
              <w:jc w:val="center"/>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Н. А. Некрасов. Стихотворения (не менее двух). «Крестьянские дети». «Школьник». Поэма «Мороз, Красный нос» (фрагмент)</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3</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30.11.2022 02.12.2022</w:t>
            </w:r>
          </w:p>
        </w:tc>
        <w:tc>
          <w:tcPr>
            <w:tcW w:w="4022"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поэтический текст, в том числе по ролям;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тематическое содержание стихотворения; Характеризовать главных героев, лирического героя (автора);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отношение автора к детям;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Выявлять средства художественной выразительности; Заучивать стихотворение наизусть;</w:t>
            </w:r>
          </w:p>
        </w:tc>
        <w:tc>
          <w:tcPr>
            <w:tcW w:w="102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78" w:after="0" w:line="25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Письменный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контроль</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Контрольная</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работа</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6840" w:h="11900"/>
          <w:pgMar w:top="284" w:right="640" w:bottom="1354" w:left="666" w:header="720" w:footer="720" w:gutter="0"/>
          <w:cols w:space="720" w:equalWidth="0">
            <w:col w:w="1553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4948"/>
        <w:gridCol w:w="528"/>
        <w:gridCol w:w="1104"/>
        <w:gridCol w:w="1140"/>
        <w:gridCol w:w="866"/>
        <w:gridCol w:w="4022"/>
        <w:gridCol w:w="1020"/>
        <w:gridCol w:w="1478"/>
      </w:tblGrid>
      <w:tr w:rsidR="00017B5E" w:rsidRPr="001D458D">
        <w:trPr>
          <w:trHeight w:hRule="exact" w:val="265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4.4.</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Л. Н. Толстой.</w:t>
            </w:r>
          </w:p>
          <w:p w:rsidR="00017B5E" w:rsidRPr="001D458D" w:rsidRDefault="005B1E35">
            <w:pPr>
              <w:autoSpaceDE w:val="0"/>
              <w:autoSpaceDN w:val="0"/>
              <w:spacing w:before="20"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 xml:space="preserve">Рассказ «Кавказский пленник»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07.12.2022 15.12.2022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текст рассказа, отвечать на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вопросы, пересказывать (подробно и сжато);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Выявлять основную мысль рассказа, определять его композиционные особенности;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Выделять ключевые эпизоды в тексте произведения; Составлять план сообщения о главных героях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произведения;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Составлять сравнительную характеристику Жилина и </w:t>
            </w:r>
            <w:proofErr w:type="spellStart"/>
            <w:r w:rsidRPr="001D458D">
              <w:rPr>
                <w:rFonts w:ascii="Times New Roman" w:eastAsia="Times New Roman" w:hAnsi="Times New Roman" w:cs="Times New Roman"/>
                <w:color w:val="000000"/>
                <w:w w:val="97"/>
                <w:sz w:val="20"/>
                <w:szCs w:val="20"/>
                <w:lang w:val="ru-RU"/>
              </w:rPr>
              <w:t>Костылина</w:t>
            </w:r>
            <w:proofErr w:type="spellEnd"/>
            <w:r w:rsidRPr="001D458D">
              <w:rPr>
                <w:rFonts w:ascii="Times New Roman" w:eastAsia="Times New Roman" w:hAnsi="Times New Roman" w:cs="Times New Roman"/>
                <w:color w:val="000000"/>
                <w:w w:val="97"/>
                <w:sz w:val="20"/>
                <w:szCs w:val="20"/>
                <w:lang w:val="ru-RU"/>
              </w:rPr>
              <w:t xml:space="preserve">;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Характеризовать горцев, их обычаи и нравы;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Давать собственную интерпретацию и оценку рассказа; Давать развёрнутый ответ на вопрос, связанный со знанием и пониманием литературного произведения;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4.5.</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Внеклассное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чтение</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16.12.2022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372"/>
        </w:trPr>
        <w:tc>
          <w:tcPr>
            <w:tcW w:w="53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Итого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по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15</w:t>
            </w:r>
          </w:p>
        </w:tc>
        <w:tc>
          <w:tcPr>
            <w:tcW w:w="963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017B5E">
            <w:pPr>
              <w:rPr>
                <w:rFonts w:ascii="Times New Roman" w:hAnsi="Times New Roman" w:cs="Times New Roman"/>
                <w:sz w:val="20"/>
                <w:szCs w:val="20"/>
              </w:rPr>
            </w:pPr>
          </w:p>
        </w:tc>
      </w:tr>
      <w:tr w:rsidR="00017B5E" w:rsidRPr="001D458D">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Раздел 5.Литература </w:t>
            </w:r>
            <w:r w:rsidRPr="001D458D">
              <w:rPr>
                <w:rFonts w:ascii="Times New Roman" w:eastAsia="Times New Roman" w:hAnsi="Times New Roman" w:cs="Times New Roman"/>
                <w:color w:val="000000"/>
                <w:w w:val="97"/>
                <w:sz w:val="20"/>
                <w:szCs w:val="20"/>
              </w:rPr>
              <w:t>XIX</w:t>
            </w:r>
            <w:r w:rsidRPr="001D458D">
              <w:rPr>
                <w:rFonts w:ascii="Times New Roman" w:eastAsia="Times New Roman" w:hAnsi="Times New Roman" w:cs="Times New Roman"/>
                <w:color w:val="000000"/>
                <w:w w:val="97"/>
                <w:sz w:val="20"/>
                <w:szCs w:val="20"/>
                <w:lang w:val="ru-RU"/>
              </w:rPr>
              <w:t>—ХХ веков</w:t>
            </w:r>
          </w:p>
        </w:tc>
      </w:tr>
      <w:tr w:rsidR="00017B5E" w:rsidRPr="001D458D">
        <w:trPr>
          <w:trHeight w:hRule="exact" w:val="169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5.1.</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 xml:space="preserve">Стихотворения отечественных поэтов </w:t>
            </w:r>
            <w:r w:rsidRPr="001D458D">
              <w:rPr>
                <w:rFonts w:ascii="Times New Roman" w:eastAsia="Times New Roman" w:hAnsi="Times New Roman" w:cs="Times New Roman"/>
                <w:b/>
                <w:color w:val="000000"/>
                <w:w w:val="97"/>
                <w:sz w:val="20"/>
                <w:szCs w:val="20"/>
              </w:rPr>
              <w:t>XIX</w:t>
            </w:r>
            <w:r w:rsidRPr="001D458D">
              <w:rPr>
                <w:rFonts w:ascii="Times New Roman" w:eastAsia="Times New Roman" w:hAnsi="Times New Roman" w:cs="Times New Roman"/>
                <w:b/>
                <w:color w:val="000000"/>
                <w:w w:val="97"/>
                <w:sz w:val="20"/>
                <w:szCs w:val="20"/>
                <w:lang w:val="ru-RU"/>
              </w:rPr>
              <w:t>—ХХ веков о родной природе и о связи человека с Родиной (не менее пяти).</w:t>
            </w:r>
          </w:p>
          <w:p w:rsidR="00017B5E" w:rsidRPr="001D458D" w:rsidRDefault="005B1E35">
            <w:pPr>
              <w:autoSpaceDE w:val="0"/>
              <w:autoSpaceDN w:val="0"/>
              <w:spacing w:before="20" w:after="0" w:line="245"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Например, стихотворения А. К. Толстого, Ф. И. Тютчева, А. А. Фета, И. А. Бунина, А. А. Блока, С. А. Есенина, Н. М. Рубцова, Ю.</w:t>
            </w:r>
          </w:p>
          <w:p w:rsidR="00017B5E" w:rsidRPr="001D458D" w:rsidRDefault="005B1E35">
            <w:pPr>
              <w:autoSpaceDE w:val="0"/>
              <w:autoSpaceDN w:val="0"/>
              <w:spacing w:before="20" w:after="0" w:line="230" w:lineRule="auto"/>
              <w:ind w:left="72"/>
              <w:rPr>
                <w:rFonts w:ascii="Times New Roman" w:hAnsi="Times New Roman" w:cs="Times New Roman"/>
                <w:sz w:val="20"/>
                <w:szCs w:val="20"/>
              </w:rPr>
            </w:pPr>
            <w:r w:rsidRPr="001D458D">
              <w:rPr>
                <w:rFonts w:ascii="Times New Roman" w:eastAsia="Times New Roman" w:hAnsi="Times New Roman" w:cs="Times New Roman"/>
                <w:b/>
                <w:color w:val="000000"/>
                <w:w w:val="97"/>
                <w:sz w:val="20"/>
                <w:szCs w:val="20"/>
              </w:rPr>
              <w:t xml:space="preserve">П. </w:t>
            </w:r>
            <w:proofErr w:type="spellStart"/>
            <w:r w:rsidRPr="001D458D">
              <w:rPr>
                <w:rFonts w:ascii="Times New Roman" w:eastAsia="Times New Roman" w:hAnsi="Times New Roman" w:cs="Times New Roman"/>
                <w:b/>
                <w:color w:val="000000"/>
                <w:w w:val="97"/>
                <w:sz w:val="20"/>
                <w:szCs w:val="20"/>
              </w:rPr>
              <w:t>Кузнецова</w:t>
            </w:r>
            <w:proofErr w:type="spellEnd"/>
            <w:r w:rsidRPr="001D458D">
              <w:rPr>
                <w:rFonts w:ascii="Times New Roman" w:eastAsia="Times New Roman" w:hAnsi="Times New Roman" w:cs="Times New Roman"/>
                <w:b/>
                <w:color w:val="000000"/>
                <w:w w:val="97"/>
                <w:sz w:val="20"/>
                <w:szCs w:val="20"/>
              </w:rPr>
              <w:t xml:space="preserve">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21.12.2022 28.12.2022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стихотворение, определять его тематическое содержание, средства художественной выразительности (эпитет, метафора, сравнение, олицетворение);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Выявлять музыкальность поэтического текста;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Выражать личное читательское отношение к </w:t>
            </w:r>
            <w:r w:rsidRPr="001D458D">
              <w:rPr>
                <w:rFonts w:ascii="Times New Roman" w:hAnsi="Times New Roman" w:cs="Times New Roman"/>
                <w:sz w:val="20"/>
                <w:szCs w:val="20"/>
                <w:lang w:val="ru-RU"/>
              </w:rPr>
              <w:br/>
            </w:r>
            <w:proofErr w:type="gramStart"/>
            <w:r w:rsidRPr="001D458D">
              <w:rPr>
                <w:rFonts w:ascii="Times New Roman" w:eastAsia="Times New Roman" w:hAnsi="Times New Roman" w:cs="Times New Roman"/>
                <w:color w:val="000000"/>
                <w:w w:val="97"/>
                <w:sz w:val="20"/>
                <w:szCs w:val="20"/>
                <w:lang w:val="ru-RU"/>
              </w:rPr>
              <w:t>прочитанному</w:t>
            </w:r>
            <w:proofErr w:type="gramEnd"/>
            <w:r w:rsidRPr="001D458D">
              <w:rPr>
                <w:rFonts w:ascii="Times New Roman" w:eastAsia="Times New Roman" w:hAnsi="Times New Roman" w:cs="Times New Roman"/>
                <w:color w:val="000000"/>
                <w:w w:val="97"/>
                <w:sz w:val="20"/>
                <w:szCs w:val="20"/>
                <w:lang w:val="ru-RU"/>
              </w:rPr>
              <w:t xml:space="preserve">;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Заучивать одно из стихотворений наизусть;</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5.2.</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Развитие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речи</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29.12.2022 30.12.2022</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324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5.3.</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 xml:space="preserve">Юмористические рассказы отечественных писателей </w:t>
            </w:r>
            <w:r w:rsidRPr="001D458D">
              <w:rPr>
                <w:rFonts w:ascii="Times New Roman" w:eastAsia="Times New Roman" w:hAnsi="Times New Roman" w:cs="Times New Roman"/>
                <w:b/>
                <w:color w:val="000000"/>
                <w:w w:val="97"/>
                <w:sz w:val="20"/>
                <w:szCs w:val="20"/>
              </w:rPr>
              <w:t>XIX</w:t>
            </w:r>
            <w:r w:rsidRPr="001D458D">
              <w:rPr>
                <w:rFonts w:ascii="Times New Roman" w:eastAsia="Times New Roman" w:hAnsi="Times New Roman" w:cs="Times New Roman"/>
                <w:b/>
                <w:color w:val="000000"/>
                <w:w w:val="97"/>
                <w:sz w:val="20"/>
                <w:szCs w:val="20"/>
                <w:lang w:val="ru-RU"/>
              </w:rPr>
              <w:t>—</w:t>
            </w:r>
            <w:r w:rsidRPr="001D458D">
              <w:rPr>
                <w:rFonts w:ascii="Times New Roman" w:eastAsia="Times New Roman" w:hAnsi="Times New Roman" w:cs="Times New Roman"/>
                <w:b/>
                <w:color w:val="000000"/>
                <w:w w:val="97"/>
                <w:sz w:val="20"/>
                <w:szCs w:val="20"/>
              </w:rPr>
              <w:t>XX</w:t>
            </w:r>
            <w:r w:rsidRPr="001D458D">
              <w:rPr>
                <w:rFonts w:ascii="Times New Roman" w:eastAsia="Times New Roman" w:hAnsi="Times New Roman" w:cs="Times New Roman"/>
                <w:b/>
                <w:color w:val="000000"/>
                <w:w w:val="97"/>
                <w:sz w:val="20"/>
                <w:szCs w:val="20"/>
                <w:lang w:val="ru-RU"/>
              </w:rPr>
              <w:t xml:space="preserve"> веков. </w:t>
            </w:r>
          </w:p>
          <w:p w:rsidR="00017B5E" w:rsidRPr="001D458D" w:rsidRDefault="005B1E35">
            <w:pPr>
              <w:autoSpaceDE w:val="0"/>
              <w:autoSpaceDN w:val="0"/>
              <w:spacing w:before="20"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А. П. Чехов (два рассказа по выбору).</w:t>
            </w:r>
          </w:p>
          <w:p w:rsidR="00017B5E" w:rsidRPr="001D458D" w:rsidRDefault="005B1E35">
            <w:pPr>
              <w:autoSpaceDE w:val="0"/>
              <w:autoSpaceDN w:val="0"/>
              <w:spacing w:before="20" w:after="0" w:line="245"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 xml:space="preserve">Например, «Лошадиная фамилия», «Мальчики», «Хирургия» и др.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11.01.2023 12.01.2023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4"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рассказ, отвечать на вопросы по прочитанному произведению, задавать вопросы с целью понимания содержания произведений, пересказывать близко к тексту;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роль названия в литературном произведении; Анализировать произведение с учётом его жанровых особенностей, с использованием методов смыслового чтения и эстетического анализа, давать собственную интерпретацию и оценку произведениям;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Характеризовать героев рассказа;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Сопоставлять произведения авторов по заданным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основаниям;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Выявлять детали, создающие комический эффект;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Инсценировать один из рассказов или его фрагмент; Пользоваться библиотечным каталогом для поиска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книги;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Письменный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контроль</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6840" w:h="11900"/>
          <w:pgMar w:top="284" w:right="640" w:bottom="760" w:left="666" w:header="720" w:footer="720" w:gutter="0"/>
          <w:cols w:space="720" w:equalWidth="0">
            <w:col w:w="1553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4948"/>
        <w:gridCol w:w="528"/>
        <w:gridCol w:w="1104"/>
        <w:gridCol w:w="1140"/>
        <w:gridCol w:w="866"/>
        <w:gridCol w:w="4022"/>
        <w:gridCol w:w="1020"/>
        <w:gridCol w:w="1478"/>
      </w:tblGrid>
      <w:tr w:rsidR="00017B5E" w:rsidRPr="001D458D">
        <w:trPr>
          <w:trHeight w:hRule="exact" w:val="324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5.4.</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М. М. Зощенко (два рассказа по выбору). Например, «Галоша», «Лёля и Минька», «Ёлка», «Золотые слова», «Встреча»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13.01.2023 18.01.2023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рассказ, отвечать на вопросы по прочитанному произведению, задавать вопросы с целью понимания содержания произведений, пересказывать близко к тексту;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роль названия в литературном произведении; Анализировать произведение с учётом его жанровых особенностей, с использованием методов смыслового чтения и эстетического анализа, давать собственную интерпретацию и оценку произведениям;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Характеризовать героев рассказа;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Сопоставлять произведения авторов по заданным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основаниям;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Выявлять детали, создающие комический эффект;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Инсценировать один из рассказов или его фрагмент; Пользоваться библиотечным каталогом для поиска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книги;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5.5.</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Произведения отечественной литературы о природе и животных (не менее трёх).</w:t>
            </w:r>
          </w:p>
          <w:p w:rsidR="00017B5E" w:rsidRPr="001D458D" w:rsidRDefault="005B1E35">
            <w:pPr>
              <w:autoSpaceDE w:val="0"/>
              <w:autoSpaceDN w:val="0"/>
              <w:spacing w:before="20"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Например, произведения А. И. Куприна, М. М. Пришвина, К. Г.</w:t>
            </w:r>
          </w:p>
          <w:p w:rsidR="00017B5E" w:rsidRPr="001D458D" w:rsidRDefault="005B1E35">
            <w:pPr>
              <w:autoSpaceDE w:val="0"/>
              <w:autoSpaceDN w:val="0"/>
              <w:spacing w:before="20"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Паустовского</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19.01.2023 27.01.2023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4"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прозаический текст, отвечать на вопросы, владеть разными видами пересказа;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Составлять план;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сюжет и тематическое своеобразие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произведения;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Находить и характеризовать образ рассказчика, его роль в повествовании;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средства художественной выразительности прозаического текста;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Писать отзыв на прочитанное произведение;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Пользоваться библиотечным каталогом для поиска книги;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207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5.6.</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1728"/>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А. П. Платонов. Рассказы (один по выбору). Например, «Корова», «Никита»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01.02.2023 03.02.2023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4"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прозаический текст, отвечать на вопросы по прочитанному произведению, задавать вопросы с целью понимания содержания произведения, владеть разными видами пересказа;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Составлять план;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тему рассказа;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средства выразительности прозаического текста;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Давать развёрнутый ответ на вопрос, связанный со знанием и пониманием литературного произведения;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71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5.7.</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Развитие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речи</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08.02.2023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6840" w:h="11900"/>
          <w:pgMar w:top="284" w:right="640" w:bottom="1402" w:left="666" w:header="720" w:footer="720" w:gutter="0"/>
          <w:cols w:space="720" w:equalWidth="0">
            <w:col w:w="1553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4948"/>
        <w:gridCol w:w="528"/>
        <w:gridCol w:w="1104"/>
        <w:gridCol w:w="1140"/>
        <w:gridCol w:w="866"/>
        <w:gridCol w:w="4022"/>
        <w:gridCol w:w="1020"/>
        <w:gridCol w:w="1478"/>
      </w:tblGrid>
      <w:tr w:rsidR="00017B5E" w:rsidRPr="001D458D">
        <w:trPr>
          <w:trHeight w:hRule="exact" w:val="233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5.8.</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В. П. Астафьев. Рассказ «</w:t>
            </w:r>
            <w:proofErr w:type="spellStart"/>
            <w:r w:rsidRPr="001D458D">
              <w:rPr>
                <w:rFonts w:ascii="Times New Roman" w:eastAsia="Times New Roman" w:hAnsi="Times New Roman" w:cs="Times New Roman"/>
                <w:b/>
                <w:color w:val="000000"/>
                <w:w w:val="97"/>
                <w:sz w:val="20"/>
                <w:szCs w:val="20"/>
                <w:lang w:val="ru-RU"/>
              </w:rPr>
              <w:t>Васюткино</w:t>
            </w:r>
            <w:proofErr w:type="spellEnd"/>
            <w:r w:rsidRPr="001D458D">
              <w:rPr>
                <w:rFonts w:ascii="Times New Roman" w:eastAsia="Times New Roman" w:hAnsi="Times New Roman" w:cs="Times New Roman"/>
                <w:b/>
                <w:color w:val="000000"/>
                <w:w w:val="97"/>
                <w:sz w:val="20"/>
                <w:szCs w:val="20"/>
                <w:lang w:val="ru-RU"/>
              </w:rPr>
              <w:t xml:space="preserve"> озеро»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09.02.2023 16.02.2023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ight="288"/>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w w:val="97"/>
                <w:sz w:val="20"/>
                <w:szCs w:val="20"/>
                <w:lang w:val="ru-RU"/>
              </w:rPr>
              <w:t xml:space="preserve">Читать прозаический текст, отвечать на вопросы, пересказывать, участвовать в беседе о произведении; Находить детали, языковые средства художественной выразительности, определять их роль в произведении; Находить значение незнакомого слова в словаре; Определять характер главного героя, его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взаимоотношение с природой;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Выявлять роль пейзажа в рассказе;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Высказывать своё отношение к герою рассказа;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Писать сочинение по самостоятельно составленному плану;</w:t>
            </w:r>
            <w:proofErr w:type="gramEnd"/>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5.9.</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Развитие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речи</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17.02.2023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348"/>
        </w:trPr>
        <w:tc>
          <w:tcPr>
            <w:tcW w:w="53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Итого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по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19</w:t>
            </w:r>
          </w:p>
        </w:tc>
        <w:tc>
          <w:tcPr>
            <w:tcW w:w="963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017B5E">
            <w:pPr>
              <w:rPr>
                <w:rFonts w:ascii="Times New Roman" w:hAnsi="Times New Roman" w:cs="Times New Roman"/>
                <w:sz w:val="20"/>
                <w:szCs w:val="20"/>
              </w:rPr>
            </w:pPr>
          </w:p>
        </w:tc>
      </w:tr>
      <w:tr w:rsidR="00017B5E" w:rsidRPr="001D458D">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Раздел 6. </w:t>
            </w:r>
            <w:r w:rsidRPr="001D458D">
              <w:rPr>
                <w:rFonts w:ascii="Times New Roman" w:eastAsia="Times New Roman" w:hAnsi="Times New Roman" w:cs="Times New Roman"/>
                <w:b/>
                <w:color w:val="000000"/>
                <w:w w:val="97"/>
                <w:sz w:val="20"/>
                <w:szCs w:val="20"/>
                <w:lang w:val="ru-RU"/>
              </w:rPr>
              <w:t xml:space="preserve">Литература </w:t>
            </w:r>
            <w:r w:rsidRPr="001D458D">
              <w:rPr>
                <w:rFonts w:ascii="Times New Roman" w:eastAsia="Times New Roman" w:hAnsi="Times New Roman" w:cs="Times New Roman"/>
                <w:b/>
                <w:color w:val="000000"/>
                <w:w w:val="97"/>
                <w:sz w:val="20"/>
                <w:szCs w:val="20"/>
              </w:rPr>
              <w:t>XX</w:t>
            </w:r>
            <w:r w:rsidRPr="001D458D">
              <w:rPr>
                <w:rFonts w:ascii="Times New Roman" w:eastAsia="Times New Roman" w:hAnsi="Times New Roman" w:cs="Times New Roman"/>
                <w:b/>
                <w:color w:val="000000"/>
                <w:w w:val="97"/>
                <w:sz w:val="20"/>
                <w:szCs w:val="20"/>
                <w:lang w:val="ru-RU"/>
              </w:rPr>
              <w:t>—</w:t>
            </w:r>
            <w:r w:rsidRPr="001D458D">
              <w:rPr>
                <w:rFonts w:ascii="Times New Roman" w:eastAsia="Times New Roman" w:hAnsi="Times New Roman" w:cs="Times New Roman"/>
                <w:b/>
                <w:color w:val="000000"/>
                <w:w w:val="97"/>
                <w:sz w:val="20"/>
                <w:szCs w:val="20"/>
              </w:rPr>
              <w:t>XXI</w:t>
            </w:r>
            <w:r w:rsidRPr="001D458D">
              <w:rPr>
                <w:rFonts w:ascii="Times New Roman" w:eastAsia="Times New Roman" w:hAnsi="Times New Roman" w:cs="Times New Roman"/>
                <w:b/>
                <w:color w:val="000000"/>
                <w:w w:val="97"/>
                <w:sz w:val="20"/>
                <w:szCs w:val="20"/>
                <w:lang w:val="ru-RU"/>
              </w:rPr>
              <w:t xml:space="preserve"> веков</w:t>
            </w:r>
          </w:p>
        </w:tc>
      </w:tr>
      <w:tr w:rsidR="00017B5E" w:rsidRPr="001D458D">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6.1.</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Произведения отечественной прозы на тему «Человек на войне</w:t>
            </w:r>
            <w:proofErr w:type="gramStart"/>
            <w:r w:rsidRPr="001D458D">
              <w:rPr>
                <w:rFonts w:ascii="Times New Roman" w:eastAsia="Times New Roman" w:hAnsi="Times New Roman" w:cs="Times New Roman"/>
                <w:b/>
                <w:color w:val="000000"/>
                <w:w w:val="97"/>
                <w:sz w:val="20"/>
                <w:szCs w:val="20"/>
                <w:lang w:val="ru-RU"/>
              </w:rPr>
              <w:t>»(</w:t>
            </w:r>
            <w:proofErr w:type="gramEnd"/>
            <w:r w:rsidRPr="001D458D">
              <w:rPr>
                <w:rFonts w:ascii="Times New Roman" w:eastAsia="Times New Roman" w:hAnsi="Times New Roman" w:cs="Times New Roman"/>
                <w:b/>
                <w:color w:val="000000"/>
                <w:w w:val="97"/>
                <w:sz w:val="20"/>
                <w:szCs w:val="20"/>
                <w:lang w:val="ru-RU"/>
              </w:rPr>
              <w:t>не менее двух).</w:t>
            </w:r>
          </w:p>
          <w:p w:rsidR="00017B5E" w:rsidRPr="001D458D" w:rsidRDefault="005B1E35">
            <w:pPr>
              <w:autoSpaceDE w:val="0"/>
              <w:autoSpaceDN w:val="0"/>
              <w:spacing w:before="20" w:after="0" w:line="247" w:lineRule="auto"/>
              <w:ind w:left="72" w:right="1008"/>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Например, Л. А. Кассиль. «Дорогие мои мальчишки»; Ю. Я. Яковлев. «Девочки с Васильевского острова»; В. П. Катаев. «Сын полка»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22.02.2023 01.03.2023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w w:val="97"/>
                <w:sz w:val="20"/>
                <w:szCs w:val="20"/>
                <w:lang w:val="ru-RU"/>
              </w:rPr>
              <w:t xml:space="preserve">Воспринимать и выразительно читать литературное произведение;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Отвечать на вопросы (с использованием цитирования) и самостоятельно формулировать вопросы к тексту;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Участвовать в коллективном диалоге;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Анализировать сюжет, тему произведения, определять его композиционные особенности;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Характеризовать и сопоставлять героев произведения, выявлять художественные средства их создания;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Выявлять средства художественной изобразительности в произведении;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Использовать различные виды пересказа произведения;</w:t>
            </w:r>
            <w:proofErr w:type="gramEnd"/>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6.2.</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Внеклассное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чтение</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02.03.2023 03.03.2023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Презентация любимого художественного произведения, устное иллюстрирование, презентация и защита </w:t>
            </w:r>
            <w:r w:rsidRPr="001D458D">
              <w:rPr>
                <w:rFonts w:ascii="Times New Roman" w:hAnsi="Times New Roman" w:cs="Times New Roman"/>
                <w:sz w:val="20"/>
                <w:szCs w:val="20"/>
                <w:lang w:val="ru-RU"/>
              </w:rPr>
              <w:br/>
            </w:r>
            <w:proofErr w:type="gramStart"/>
            <w:r w:rsidRPr="001D458D">
              <w:rPr>
                <w:rFonts w:ascii="Times New Roman" w:eastAsia="Times New Roman" w:hAnsi="Times New Roman" w:cs="Times New Roman"/>
                <w:color w:val="000000"/>
                <w:w w:val="97"/>
                <w:sz w:val="20"/>
                <w:szCs w:val="20"/>
                <w:lang w:val="ru-RU"/>
              </w:rPr>
              <w:t>собственный</w:t>
            </w:r>
            <w:proofErr w:type="gramEnd"/>
            <w:r w:rsidRPr="001D458D">
              <w:rPr>
                <w:rFonts w:ascii="Times New Roman" w:eastAsia="Times New Roman" w:hAnsi="Times New Roman" w:cs="Times New Roman"/>
                <w:color w:val="000000"/>
                <w:w w:val="97"/>
                <w:sz w:val="20"/>
                <w:szCs w:val="20"/>
                <w:lang w:val="ru-RU"/>
              </w:rPr>
              <w:t xml:space="preserve"> иллюстраций</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340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6.3.</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 xml:space="preserve">Произведения отечественных писателей </w:t>
            </w:r>
            <w:r w:rsidRPr="001D458D">
              <w:rPr>
                <w:rFonts w:ascii="Times New Roman" w:eastAsia="Times New Roman" w:hAnsi="Times New Roman" w:cs="Times New Roman"/>
                <w:b/>
                <w:color w:val="000000"/>
                <w:w w:val="97"/>
                <w:sz w:val="20"/>
                <w:szCs w:val="20"/>
              </w:rPr>
              <w:t>XIX</w:t>
            </w:r>
            <w:r w:rsidRPr="001D458D">
              <w:rPr>
                <w:rFonts w:ascii="Times New Roman" w:eastAsia="Times New Roman" w:hAnsi="Times New Roman" w:cs="Times New Roman"/>
                <w:b/>
                <w:color w:val="000000"/>
                <w:w w:val="97"/>
                <w:sz w:val="20"/>
                <w:szCs w:val="20"/>
                <w:lang w:val="ru-RU"/>
              </w:rPr>
              <w:t>–</w:t>
            </w:r>
            <w:r w:rsidRPr="001D458D">
              <w:rPr>
                <w:rFonts w:ascii="Times New Roman" w:eastAsia="Times New Roman" w:hAnsi="Times New Roman" w:cs="Times New Roman"/>
                <w:b/>
                <w:color w:val="000000"/>
                <w:w w:val="97"/>
                <w:sz w:val="20"/>
                <w:szCs w:val="20"/>
              </w:rPr>
              <w:t>XXI</w:t>
            </w:r>
            <w:r w:rsidRPr="001D458D">
              <w:rPr>
                <w:rFonts w:ascii="Times New Roman" w:eastAsia="Times New Roman" w:hAnsi="Times New Roman" w:cs="Times New Roman"/>
                <w:b/>
                <w:color w:val="000000"/>
                <w:w w:val="97"/>
                <w:sz w:val="20"/>
                <w:szCs w:val="20"/>
                <w:lang w:val="ru-RU"/>
              </w:rPr>
              <w:t xml:space="preserve"> веков на тему детства (не менее двух).</w:t>
            </w:r>
          </w:p>
          <w:p w:rsidR="00017B5E" w:rsidRPr="001D458D" w:rsidRDefault="005B1E35">
            <w:pPr>
              <w:autoSpaceDE w:val="0"/>
              <w:autoSpaceDN w:val="0"/>
              <w:spacing w:before="20"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Например, произведения В. Г. Короленко, В. П. Катаева, В. П.</w:t>
            </w:r>
          </w:p>
          <w:p w:rsidR="00017B5E" w:rsidRPr="001D458D" w:rsidRDefault="005B1E35">
            <w:pPr>
              <w:autoSpaceDE w:val="0"/>
              <w:autoSpaceDN w:val="0"/>
              <w:spacing w:before="20" w:after="0" w:line="250" w:lineRule="auto"/>
              <w:ind w:left="72" w:right="720"/>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 xml:space="preserve">Крапивина, Ю. П. Казакова, А. Г. Алексина, </w:t>
            </w:r>
            <w:r w:rsidRPr="001D458D">
              <w:rPr>
                <w:rFonts w:ascii="Times New Roman" w:hAnsi="Times New Roman" w:cs="Times New Roman"/>
                <w:sz w:val="20"/>
                <w:szCs w:val="20"/>
                <w:lang w:val="ru-RU"/>
              </w:rPr>
              <w:br/>
            </w:r>
            <w:r w:rsidRPr="001D458D">
              <w:rPr>
                <w:rFonts w:ascii="Times New Roman" w:eastAsia="Times New Roman" w:hAnsi="Times New Roman" w:cs="Times New Roman"/>
                <w:b/>
                <w:color w:val="000000"/>
                <w:w w:val="97"/>
                <w:sz w:val="20"/>
                <w:szCs w:val="20"/>
                <w:lang w:val="ru-RU"/>
              </w:rPr>
              <w:t xml:space="preserve">В. П. Астафьева, В. К. </w:t>
            </w:r>
            <w:proofErr w:type="spellStart"/>
            <w:r w:rsidRPr="001D458D">
              <w:rPr>
                <w:rFonts w:ascii="Times New Roman" w:eastAsia="Times New Roman" w:hAnsi="Times New Roman" w:cs="Times New Roman"/>
                <w:b/>
                <w:color w:val="000000"/>
                <w:w w:val="97"/>
                <w:sz w:val="20"/>
                <w:szCs w:val="20"/>
                <w:lang w:val="ru-RU"/>
              </w:rPr>
              <w:t>Железникова</w:t>
            </w:r>
            <w:proofErr w:type="spellEnd"/>
            <w:r w:rsidRPr="001D458D">
              <w:rPr>
                <w:rFonts w:ascii="Times New Roman" w:eastAsia="Times New Roman" w:hAnsi="Times New Roman" w:cs="Times New Roman"/>
                <w:b/>
                <w:color w:val="000000"/>
                <w:w w:val="97"/>
                <w:sz w:val="20"/>
                <w:szCs w:val="20"/>
                <w:lang w:val="ru-RU"/>
              </w:rPr>
              <w:t xml:space="preserve">, Ю. Я. Яковлева, Ю. И. Коваля, А. А. </w:t>
            </w:r>
            <w:proofErr w:type="spellStart"/>
            <w:r w:rsidRPr="001D458D">
              <w:rPr>
                <w:rFonts w:ascii="Times New Roman" w:eastAsia="Times New Roman" w:hAnsi="Times New Roman" w:cs="Times New Roman"/>
                <w:b/>
                <w:color w:val="000000"/>
                <w:w w:val="97"/>
                <w:sz w:val="20"/>
                <w:szCs w:val="20"/>
                <w:lang w:val="ru-RU"/>
              </w:rPr>
              <w:t>Гиваргизова</w:t>
            </w:r>
            <w:proofErr w:type="spellEnd"/>
            <w:r w:rsidRPr="001D458D">
              <w:rPr>
                <w:rFonts w:ascii="Times New Roman" w:eastAsia="Times New Roman" w:hAnsi="Times New Roman" w:cs="Times New Roman"/>
                <w:b/>
                <w:color w:val="000000"/>
                <w:w w:val="97"/>
                <w:sz w:val="20"/>
                <w:szCs w:val="20"/>
                <w:lang w:val="ru-RU"/>
              </w:rPr>
              <w:t xml:space="preserve">, М. С. </w:t>
            </w:r>
            <w:proofErr w:type="spellStart"/>
            <w:r w:rsidRPr="001D458D">
              <w:rPr>
                <w:rFonts w:ascii="Times New Roman" w:eastAsia="Times New Roman" w:hAnsi="Times New Roman" w:cs="Times New Roman"/>
                <w:b/>
                <w:color w:val="000000"/>
                <w:w w:val="97"/>
                <w:sz w:val="20"/>
                <w:szCs w:val="20"/>
                <w:lang w:val="ru-RU"/>
              </w:rPr>
              <w:t>Аромштам</w:t>
            </w:r>
            <w:proofErr w:type="spellEnd"/>
            <w:r w:rsidRPr="001D458D">
              <w:rPr>
                <w:rFonts w:ascii="Times New Roman" w:eastAsia="Times New Roman" w:hAnsi="Times New Roman" w:cs="Times New Roman"/>
                <w:b/>
                <w:color w:val="000000"/>
                <w:w w:val="97"/>
                <w:sz w:val="20"/>
                <w:szCs w:val="20"/>
                <w:lang w:val="ru-RU"/>
              </w:rPr>
              <w:t xml:space="preserve">, </w:t>
            </w:r>
            <w:r w:rsidRPr="001D458D">
              <w:rPr>
                <w:rFonts w:ascii="Times New Roman" w:hAnsi="Times New Roman" w:cs="Times New Roman"/>
                <w:sz w:val="20"/>
                <w:szCs w:val="20"/>
                <w:lang w:val="ru-RU"/>
              </w:rPr>
              <w:br/>
            </w:r>
            <w:r w:rsidRPr="001D458D">
              <w:rPr>
                <w:rFonts w:ascii="Times New Roman" w:eastAsia="Times New Roman" w:hAnsi="Times New Roman" w:cs="Times New Roman"/>
                <w:b/>
                <w:color w:val="000000"/>
                <w:w w:val="97"/>
                <w:sz w:val="20"/>
                <w:szCs w:val="20"/>
                <w:lang w:val="ru-RU"/>
              </w:rPr>
              <w:t xml:space="preserve">Н. Ю. </w:t>
            </w:r>
            <w:proofErr w:type="spellStart"/>
            <w:r w:rsidRPr="001D458D">
              <w:rPr>
                <w:rFonts w:ascii="Times New Roman" w:eastAsia="Times New Roman" w:hAnsi="Times New Roman" w:cs="Times New Roman"/>
                <w:b/>
                <w:color w:val="000000"/>
                <w:w w:val="97"/>
                <w:sz w:val="20"/>
                <w:szCs w:val="20"/>
                <w:lang w:val="ru-RU"/>
              </w:rPr>
              <w:t>Абгарян</w:t>
            </w:r>
            <w:proofErr w:type="spellEnd"/>
            <w:r w:rsidRPr="001D458D">
              <w:rPr>
                <w:rFonts w:ascii="Times New Roman" w:eastAsia="Times New Roman" w:hAnsi="Times New Roman" w:cs="Times New Roman"/>
                <w:b/>
                <w:color w:val="000000"/>
                <w:w w:val="97"/>
                <w:sz w:val="20"/>
                <w:szCs w:val="20"/>
                <w:lang w:val="ru-RU"/>
              </w:rPr>
              <w:t xml:space="preserve">, А. В. </w:t>
            </w:r>
            <w:proofErr w:type="spellStart"/>
            <w:r w:rsidRPr="001D458D">
              <w:rPr>
                <w:rFonts w:ascii="Times New Roman" w:eastAsia="Times New Roman" w:hAnsi="Times New Roman" w:cs="Times New Roman"/>
                <w:b/>
                <w:color w:val="000000"/>
                <w:w w:val="97"/>
                <w:sz w:val="20"/>
                <w:szCs w:val="20"/>
                <w:lang w:val="ru-RU"/>
              </w:rPr>
              <w:t>Жвалевского</w:t>
            </w:r>
            <w:proofErr w:type="spellEnd"/>
            <w:r w:rsidRPr="001D458D">
              <w:rPr>
                <w:rFonts w:ascii="Times New Roman" w:eastAsia="Times New Roman" w:hAnsi="Times New Roman" w:cs="Times New Roman"/>
                <w:b/>
                <w:color w:val="000000"/>
                <w:w w:val="97"/>
                <w:sz w:val="20"/>
                <w:szCs w:val="20"/>
                <w:lang w:val="ru-RU"/>
              </w:rPr>
              <w:t xml:space="preserve"> и Е. Б. Пастернак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09.03.2023 15.03.2023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Pr>
                <w:rFonts w:ascii="Times New Roman" w:hAnsi="Times New Roman" w:cs="Times New Roman"/>
                <w:sz w:val="20"/>
                <w:szCs w:val="20"/>
              </w:rPr>
            </w:pPr>
            <w:proofErr w:type="gramStart"/>
            <w:r w:rsidRPr="001D458D">
              <w:rPr>
                <w:rFonts w:ascii="Times New Roman" w:eastAsia="Times New Roman" w:hAnsi="Times New Roman" w:cs="Times New Roman"/>
                <w:color w:val="000000"/>
                <w:w w:val="97"/>
                <w:sz w:val="20"/>
                <w:szCs w:val="20"/>
                <w:lang w:val="ru-RU"/>
              </w:rPr>
              <w:t xml:space="preserve">Воспринимать и выразительно читать литературное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произведение;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Отвечать на вопросы, формулировать самостоятельно вопросы к тексту, пересказывать прозаические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произведения;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тему, идею произведения;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Характеризовать главных героев, составлять их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словесный портрет;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Сопоставлять героев и их поступки с другими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персонажами прочитанного произведения и персонажами других произведений;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Выявлять авторскую позицию;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Высказывать своё отношение к событиям, изображённым в произведении;</w:t>
            </w:r>
            <w:proofErr w:type="gramEnd"/>
            <w:r w:rsidRPr="001D458D">
              <w:rPr>
                <w:rFonts w:ascii="Times New Roman" w:eastAsia="Times New Roman" w:hAnsi="Times New Roman" w:cs="Times New Roman"/>
                <w:color w:val="000000"/>
                <w:w w:val="97"/>
                <w:sz w:val="20"/>
                <w:szCs w:val="20"/>
                <w:lang w:val="ru-RU"/>
              </w:rPr>
              <w:t xml:space="preserve">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Писать отзыв на прочитанную книгу;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Выстраивать с помощью учителя траекторию </w:t>
            </w:r>
            <w:r w:rsidRPr="001D458D">
              <w:rPr>
                <w:rFonts w:ascii="Times New Roman" w:hAnsi="Times New Roman" w:cs="Times New Roman"/>
                <w:sz w:val="20"/>
                <w:szCs w:val="20"/>
                <w:lang w:val="ru-RU"/>
              </w:rPr>
              <w:br/>
            </w:r>
            <w:proofErr w:type="spellStart"/>
            <w:r w:rsidRPr="001D458D">
              <w:rPr>
                <w:rFonts w:ascii="Times New Roman" w:eastAsia="Times New Roman" w:hAnsi="Times New Roman" w:cs="Times New Roman"/>
                <w:color w:val="000000"/>
                <w:w w:val="97"/>
                <w:sz w:val="20"/>
                <w:szCs w:val="20"/>
              </w:rPr>
              <w:t>самостоятельного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чтения</w:t>
            </w:r>
            <w:proofErr w:type="spellEnd"/>
            <w:r w:rsidRPr="001D458D">
              <w:rPr>
                <w:rFonts w:ascii="Times New Roman" w:eastAsia="Times New Roman" w:hAnsi="Times New Roman" w:cs="Times New Roman"/>
                <w:color w:val="000000"/>
                <w:w w:val="97"/>
                <w:sz w:val="20"/>
                <w:szCs w:val="20"/>
              </w:rPr>
              <w:t>;</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Письменный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контроль</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6840" w:h="11900"/>
          <w:pgMar w:top="284" w:right="640" w:bottom="472" w:left="666" w:header="720" w:footer="720" w:gutter="0"/>
          <w:cols w:space="720" w:equalWidth="0">
            <w:col w:w="1553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4948"/>
        <w:gridCol w:w="528"/>
        <w:gridCol w:w="1104"/>
        <w:gridCol w:w="1140"/>
        <w:gridCol w:w="866"/>
        <w:gridCol w:w="4022"/>
        <w:gridCol w:w="1020"/>
        <w:gridCol w:w="1478"/>
      </w:tblGrid>
      <w:tr w:rsidR="00017B5E" w:rsidRPr="001D458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6.4.</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Развитие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речи</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16.03.2023 17.03.2023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22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6.5.</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Произведения приключенческого жанра отечественных писателей (одно по выбору). Например, К. Булычёв «Девочка, с </w:t>
            </w:r>
            <w:proofErr w:type="spellStart"/>
            <w:r w:rsidRPr="001D458D">
              <w:rPr>
                <w:rFonts w:ascii="Times New Roman" w:eastAsia="Times New Roman" w:hAnsi="Times New Roman" w:cs="Times New Roman"/>
                <w:color w:val="000000"/>
                <w:w w:val="97"/>
                <w:sz w:val="20"/>
                <w:szCs w:val="20"/>
                <w:lang w:val="ru-RU"/>
              </w:rPr>
              <w:t>которойничегоне</w:t>
            </w:r>
            <w:proofErr w:type="spellEnd"/>
            <w:r w:rsidRPr="001D458D">
              <w:rPr>
                <w:rFonts w:ascii="Times New Roman" w:eastAsia="Times New Roman" w:hAnsi="Times New Roman" w:cs="Times New Roman"/>
                <w:color w:val="000000"/>
                <w:w w:val="97"/>
                <w:sz w:val="20"/>
                <w:szCs w:val="20"/>
                <w:lang w:val="ru-RU"/>
              </w:rPr>
              <w:t xml:space="preserve"> случится», «Миллион приключений» (главы по выбору)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29.03.2023 31.03.2023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ight="288"/>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lang w:val="ru-RU"/>
              </w:rPr>
              <w:t xml:space="preserve">Воспринимать и выразительно читать прозаический текст, отвечать на вопросы, пересказывать текст, используя авторские средства художественной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выразительности;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тему, идею произведения;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Характеризовать главных героев, основные события; Писать отзыв на прочитанное произведение,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аргументировать своё мнение;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Выстраивать с помощью учителя траекторию </w:t>
            </w:r>
            <w:r w:rsidRPr="001D458D">
              <w:rPr>
                <w:rFonts w:ascii="Times New Roman" w:hAnsi="Times New Roman" w:cs="Times New Roman"/>
                <w:sz w:val="20"/>
                <w:szCs w:val="20"/>
                <w:lang w:val="ru-RU"/>
              </w:rPr>
              <w:br/>
            </w:r>
            <w:proofErr w:type="spellStart"/>
            <w:r w:rsidRPr="001D458D">
              <w:rPr>
                <w:rFonts w:ascii="Times New Roman" w:eastAsia="Times New Roman" w:hAnsi="Times New Roman" w:cs="Times New Roman"/>
                <w:color w:val="000000"/>
                <w:w w:val="97"/>
                <w:sz w:val="20"/>
                <w:szCs w:val="20"/>
              </w:rPr>
              <w:t>самостоятельного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чтения</w:t>
            </w:r>
            <w:proofErr w:type="spellEnd"/>
            <w:r w:rsidRPr="001D458D">
              <w:rPr>
                <w:rFonts w:ascii="Times New Roman" w:eastAsia="Times New Roman" w:hAnsi="Times New Roman" w:cs="Times New Roman"/>
                <w:color w:val="000000"/>
                <w:w w:val="97"/>
                <w:sz w:val="20"/>
                <w:szCs w:val="20"/>
              </w:rPr>
              <w:t>;</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6.6.</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Внеклассное</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чтение</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05.04.2023 06.04.2023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348"/>
        </w:trPr>
        <w:tc>
          <w:tcPr>
            <w:tcW w:w="53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Итого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по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11</w:t>
            </w:r>
          </w:p>
        </w:tc>
        <w:tc>
          <w:tcPr>
            <w:tcW w:w="963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017B5E">
            <w:pPr>
              <w:rPr>
                <w:rFonts w:ascii="Times New Roman" w:hAnsi="Times New Roman" w:cs="Times New Roman"/>
                <w:sz w:val="20"/>
                <w:szCs w:val="20"/>
              </w:rPr>
            </w:pPr>
          </w:p>
        </w:tc>
      </w:tr>
      <w:tr w:rsidR="00017B5E" w:rsidRPr="001D458D">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Раздел 7. </w:t>
            </w:r>
            <w:r w:rsidRPr="001D458D">
              <w:rPr>
                <w:rFonts w:ascii="Times New Roman" w:eastAsia="Times New Roman" w:hAnsi="Times New Roman" w:cs="Times New Roman"/>
                <w:b/>
                <w:color w:val="000000"/>
                <w:w w:val="97"/>
                <w:sz w:val="20"/>
                <w:szCs w:val="20"/>
                <w:lang w:val="ru-RU"/>
              </w:rPr>
              <w:t>Литература народов Российской Федерации</w:t>
            </w:r>
          </w:p>
        </w:tc>
      </w:tr>
      <w:tr w:rsidR="00017B5E" w:rsidRPr="001D458D">
        <w:trPr>
          <w:trHeight w:hRule="exact" w:val="131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7.1.</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Стихотворения (одно по выбору). Например, Р. Г. Гамзатов. «Песня соловья»; М. </w:t>
            </w:r>
            <w:proofErr w:type="gramStart"/>
            <w:r w:rsidRPr="001D458D">
              <w:rPr>
                <w:rFonts w:ascii="Times New Roman" w:eastAsia="Times New Roman" w:hAnsi="Times New Roman" w:cs="Times New Roman"/>
                <w:color w:val="000000"/>
                <w:w w:val="97"/>
                <w:sz w:val="20"/>
                <w:szCs w:val="20"/>
                <w:lang w:val="ru-RU"/>
              </w:rPr>
              <w:t>Карим</w:t>
            </w:r>
            <w:proofErr w:type="gramEnd"/>
            <w:r w:rsidRPr="001D458D">
              <w:rPr>
                <w:rFonts w:ascii="Times New Roman" w:eastAsia="Times New Roman" w:hAnsi="Times New Roman" w:cs="Times New Roman"/>
                <w:color w:val="000000"/>
                <w:w w:val="97"/>
                <w:sz w:val="20"/>
                <w:szCs w:val="20"/>
                <w:lang w:val="ru-RU"/>
              </w:rPr>
              <w:t xml:space="preserve">. «Эту песню мать мне пела»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07.04.2023 12.04.2023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2"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и анализировать поэтический текст; Характеризовать лирического героя;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общность темы и её художественное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воплощение в стихотворениях русской поэзии и в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произведениях поэтов народов России;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Выявлять художественные средства выразительности;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78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7.2.</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Развитие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речи</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13.04.2023 14.04.2023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348"/>
        </w:trPr>
        <w:tc>
          <w:tcPr>
            <w:tcW w:w="53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Итого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по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963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017B5E">
            <w:pPr>
              <w:rPr>
                <w:rFonts w:ascii="Times New Roman" w:hAnsi="Times New Roman" w:cs="Times New Roman"/>
                <w:sz w:val="20"/>
                <w:szCs w:val="20"/>
              </w:rPr>
            </w:pPr>
          </w:p>
        </w:tc>
      </w:tr>
      <w:tr w:rsidR="00017B5E" w:rsidRPr="001D458D">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Раздел</w:t>
            </w:r>
            <w:proofErr w:type="spellEnd"/>
            <w:r w:rsidRPr="001D458D">
              <w:rPr>
                <w:rFonts w:ascii="Times New Roman" w:eastAsia="Times New Roman" w:hAnsi="Times New Roman" w:cs="Times New Roman"/>
                <w:color w:val="000000"/>
                <w:w w:val="97"/>
                <w:sz w:val="20"/>
                <w:szCs w:val="20"/>
              </w:rPr>
              <w:t xml:space="preserve"> 8. </w:t>
            </w:r>
            <w:proofErr w:type="spellStart"/>
            <w:r w:rsidRPr="001D458D">
              <w:rPr>
                <w:rFonts w:ascii="Times New Roman" w:eastAsia="Times New Roman" w:hAnsi="Times New Roman" w:cs="Times New Roman"/>
                <w:b/>
                <w:color w:val="000000"/>
                <w:w w:val="97"/>
                <w:sz w:val="20"/>
                <w:szCs w:val="20"/>
              </w:rPr>
              <w:t>Зарубежная</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литература</w:t>
            </w:r>
            <w:proofErr w:type="spellEnd"/>
          </w:p>
        </w:tc>
      </w:tr>
      <w:tr w:rsidR="00017B5E" w:rsidRPr="001D458D">
        <w:trPr>
          <w:trHeight w:hRule="exact" w:val="26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8.1.</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1728"/>
              <w:rPr>
                <w:rFonts w:ascii="Times New Roman" w:hAnsi="Times New Roman" w:cs="Times New Roman"/>
                <w:sz w:val="20"/>
                <w:szCs w:val="20"/>
              </w:rPr>
            </w:pPr>
            <w:r w:rsidRPr="001D458D">
              <w:rPr>
                <w:rFonts w:ascii="Times New Roman" w:eastAsia="Times New Roman" w:hAnsi="Times New Roman" w:cs="Times New Roman"/>
                <w:b/>
                <w:color w:val="000000"/>
                <w:w w:val="97"/>
                <w:sz w:val="20"/>
                <w:szCs w:val="20"/>
                <w:lang w:val="ru-RU"/>
              </w:rPr>
              <w:t xml:space="preserve">Х. К. Андерсен. Сказки (одна по выбору). </w:t>
            </w:r>
            <w:proofErr w:type="spellStart"/>
            <w:r w:rsidRPr="001D458D">
              <w:rPr>
                <w:rFonts w:ascii="Times New Roman" w:eastAsia="Times New Roman" w:hAnsi="Times New Roman" w:cs="Times New Roman"/>
                <w:b/>
                <w:color w:val="000000"/>
                <w:w w:val="97"/>
                <w:sz w:val="20"/>
                <w:szCs w:val="20"/>
              </w:rPr>
              <w:t>Например</w:t>
            </w:r>
            <w:proofErr w:type="spellEnd"/>
            <w:r w:rsidRPr="001D458D">
              <w:rPr>
                <w:rFonts w:ascii="Times New Roman" w:eastAsia="Times New Roman" w:hAnsi="Times New Roman" w:cs="Times New Roman"/>
                <w:b/>
                <w:color w:val="000000"/>
                <w:w w:val="97"/>
                <w:sz w:val="20"/>
                <w:szCs w:val="20"/>
              </w:rPr>
              <w:t>, «</w:t>
            </w:r>
            <w:proofErr w:type="spellStart"/>
            <w:r w:rsidRPr="001D458D">
              <w:rPr>
                <w:rFonts w:ascii="Times New Roman" w:eastAsia="Times New Roman" w:hAnsi="Times New Roman" w:cs="Times New Roman"/>
                <w:b/>
                <w:color w:val="000000"/>
                <w:w w:val="97"/>
                <w:sz w:val="20"/>
                <w:szCs w:val="20"/>
              </w:rPr>
              <w:t>Снежная</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королева</w:t>
            </w:r>
            <w:proofErr w:type="spellEnd"/>
            <w:r w:rsidRPr="001D458D">
              <w:rPr>
                <w:rFonts w:ascii="Times New Roman" w:eastAsia="Times New Roman" w:hAnsi="Times New Roman" w:cs="Times New Roman"/>
                <w:b/>
                <w:color w:val="000000"/>
                <w:w w:val="97"/>
                <w:sz w:val="20"/>
                <w:szCs w:val="20"/>
              </w:rPr>
              <w:t>», «</w:t>
            </w:r>
            <w:proofErr w:type="spellStart"/>
            <w:r w:rsidRPr="001D458D">
              <w:rPr>
                <w:rFonts w:ascii="Times New Roman" w:eastAsia="Times New Roman" w:hAnsi="Times New Roman" w:cs="Times New Roman"/>
                <w:b/>
                <w:color w:val="000000"/>
                <w:w w:val="97"/>
                <w:sz w:val="20"/>
                <w:szCs w:val="20"/>
              </w:rPr>
              <w:t>Соловей</w:t>
            </w:r>
            <w:proofErr w:type="spellEnd"/>
            <w:r w:rsidRPr="001D458D">
              <w:rPr>
                <w:rFonts w:ascii="Times New Roman" w:eastAsia="Times New Roman" w:hAnsi="Times New Roman" w:cs="Times New Roman"/>
                <w:b/>
                <w:color w:val="000000"/>
                <w:w w:val="97"/>
                <w:sz w:val="20"/>
                <w:szCs w:val="20"/>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19.04.2023 20.04.2023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Читать сказку, отвечать на вопросы, пересказывать; Определять сюжет, композиционные и художественные особенности произведения;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Формулировать вопросы к отдельным фрагментам сказки;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Характеризовать главных героев, сравнивать их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поступки; </w:t>
            </w:r>
            <w:r w:rsidRPr="001D458D">
              <w:rPr>
                <w:rFonts w:ascii="Times New Roman" w:hAnsi="Times New Roman" w:cs="Times New Roman"/>
                <w:sz w:val="20"/>
                <w:szCs w:val="20"/>
                <w:lang w:val="ru-RU"/>
              </w:rPr>
              <w:br/>
            </w:r>
            <w:proofErr w:type="gramStart"/>
            <w:r w:rsidRPr="001D458D">
              <w:rPr>
                <w:rFonts w:ascii="Times New Roman" w:eastAsia="Times New Roman" w:hAnsi="Times New Roman" w:cs="Times New Roman"/>
                <w:color w:val="000000"/>
                <w:w w:val="97"/>
                <w:sz w:val="20"/>
                <w:szCs w:val="20"/>
                <w:lang w:val="ru-RU"/>
              </w:rPr>
              <w:t>Высказывать своё отношение</w:t>
            </w:r>
            <w:proofErr w:type="gramEnd"/>
            <w:r w:rsidRPr="001D458D">
              <w:rPr>
                <w:rFonts w:ascii="Times New Roman" w:eastAsia="Times New Roman" w:hAnsi="Times New Roman" w:cs="Times New Roman"/>
                <w:color w:val="000000"/>
                <w:w w:val="97"/>
                <w:sz w:val="20"/>
                <w:szCs w:val="20"/>
                <w:lang w:val="ru-RU"/>
              </w:rPr>
              <w:t xml:space="preserve"> к событиям и героям сказки;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Определять связь сказки Х. К. Андерсена с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фольклорными произведениями;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Пользоваться библиотечным каталогом для поиска книги;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Контрольная</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работа</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6840" w:h="11900"/>
          <w:pgMar w:top="284" w:right="640" w:bottom="742" w:left="666" w:header="720" w:footer="720" w:gutter="0"/>
          <w:cols w:space="720" w:equalWidth="0">
            <w:col w:w="1553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4948"/>
        <w:gridCol w:w="528"/>
        <w:gridCol w:w="1104"/>
        <w:gridCol w:w="1140"/>
        <w:gridCol w:w="866"/>
        <w:gridCol w:w="4022"/>
        <w:gridCol w:w="1020"/>
        <w:gridCol w:w="1478"/>
      </w:tblGrid>
      <w:tr w:rsidR="00017B5E" w:rsidRPr="001D458D">
        <w:trPr>
          <w:trHeight w:hRule="exact" w:val="227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8.2.</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ight="144"/>
              <w:rPr>
                <w:rFonts w:ascii="Times New Roman" w:hAnsi="Times New Roman" w:cs="Times New Roman"/>
                <w:sz w:val="20"/>
                <w:szCs w:val="20"/>
              </w:rPr>
            </w:pPr>
            <w:r w:rsidRPr="001D458D">
              <w:rPr>
                <w:rFonts w:ascii="Times New Roman" w:eastAsia="Times New Roman" w:hAnsi="Times New Roman" w:cs="Times New Roman"/>
                <w:b/>
                <w:color w:val="000000"/>
                <w:w w:val="97"/>
                <w:sz w:val="20"/>
                <w:szCs w:val="20"/>
                <w:lang w:val="ru-RU"/>
              </w:rPr>
              <w:t xml:space="preserve">Зарубежная сказочная проза (одно произведение по выбору). Например, Л. Кэрролл. «Алиса в Стране Чудес» (главы); Дж. Р. Р. </w:t>
            </w:r>
            <w:proofErr w:type="spellStart"/>
            <w:r w:rsidRPr="001D458D">
              <w:rPr>
                <w:rFonts w:ascii="Times New Roman" w:eastAsia="Times New Roman" w:hAnsi="Times New Roman" w:cs="Times New Roman"/>
                <w:b/>
                <w:color w:val="000000"/>
                <w:w w:val="97"/>
                <w:sz w:val="20"/>
                <w:szCs w:val="20"/>
                <w:lang w:val="ru-RU"/>
              </w:rPr>
              <w:t>Толкин</w:t>
            </w:r>
            <w:proofErr w:type="spellEnd"/>
            <w:r w:rsidRPr="001D458D">
              <w:rPr>
                <w:rFonts w:ascii="Times New Roman" w:eastAsia="Times New Roman" w:hAnsi="Times New Roman" w:cs="Times New Roman"/>
                <w:b/>
                <w:color w:val="000000"/>
                <w:w w:val="97"/>
                <w:sz w:val="20"/>
                <w:szCs w:val="20"/>
                <w:lang w:val="ru-RU"/>
              </w:rPr>
              <w:t xml:space="preserve">. </w:t>
            </w:r>
            <w:r w:rsidRPr="001D458D">
              <w:rPr>
                <w:rFonts w:ascii="Times New Roman" w:eastAsia="Times New Roman" w:hAnsi="Times New Roman" w:cs="Times New Roman"/>
                <w:b/>
                <w:color w:val="000000"/>
                <w:w w:val="97"/>
                <w:sz w:val="20"/>
                <w:szCs w:val="20"/>
              </w:rPr>
              <w:t>«</w:t>
            </w:r>
            <w:proofErr w:type="spellStart"/>
            <w:r w:rsidRPr="001D458D">
              <w:rPr>
                <w:rFonts w:ascii="Times New Roman" w:eastAsia="Times New Roman" w:hAnsi="Times New Roman" w:cs="Times New Roman"/>
                <w:b/>
                <w:color w:val="000000"/>
                <w:w w:val="97"/>
                <w:sz w:val="20"/>
                <w:szCs w:val="20"/>
              </w:rPr>
              <w:t>Хоббит</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или</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Туда</w:t>
            </w:r>
            <w:proofErr w:type="spellEnd"/>
            <w:r w:rsidRPr="001D458D">
              <w:rPr>
                <w:rFonts w:ascii="Times New Roman" w:eastAsia="Times New Roman" w:hAnsi="Times New Roman" w:cs="Times New Roman"/>
                <w:b/>
                <w:color w:val="000000"/>
                <w:w w:val="97"/>
                <w:sz w:val="20"/>
                <w:szCs w:val="20"/>
              </w:rPr>
              <w:t xml:space="preserve"> и </w:t>
            </w:r>
            <w:proofErr w:type="spellStart"/>
            <w:r w:rsidRPr="001D458D">
              <w:rPr>
                <w:rFonts w:ascii="Times New Roman" w:eastAsia="Times New Roman" w:hAnsi="Times New Roman" w:cs="Times New Roman"/>
                <w:b/>
                <w:color w:val="000000"/>
                <w:w w:val="97"/>
                <w:sz w:val="20"/>
                <w:szCs w:val="20"/>
              </w:rPr>
              <w:t>обратно</w:t>
            </w:r>
            <w:proofErr w:type="spellEnd"/>
            <w:r w:rsidRPr="001D458D">
              <w:rPr>
                <w:rFonts w:ascii="Times New Roman" w:eastAsia="Times New Roman" w:hAnsi="Times New Roman" w:cs="Times New Roman"/>
                <w:b/>
                <w:color w:val="000000"/>
                <w:w w:val="97"/>
                <w:sz w:val="20"/>
                <w:szCs w:val="20"/>
              </w:rPr>
              <w:t>» (</w:t>
            </w:r>
            <w:proofErr w:type="spellStart"/>
            <w:r w:rsidRPr="001D458D">
              <w:rPr>
                <w:rFonts w:ascii="Times New Roman" w:eastAsia="Times New Roman" w:hAnsi="Times New Roman" w:cs="Times New Roman"/>
                <w:b/>
                <w:color w:val="000000"/>
                <w:w w:val="97"/>
                <w:sz w:val="20"/>
                <w:szCs w:val="20"/>
              </w:rPr>
              <w:t>главы</w:t>
            </w:r>
            <w:proofErr w:type="spellEnd"/>
            <w:r w:rsidRPr="001D458D">
              <w:rPr>
                <w:rFonts w:ascii="Times New Roman" w:eastAsia="Times New Roman" w:hAnsi="Times New Roman" w:cs="Times New Roman"/>
                <w:b/>
                <w:color w:val="000000"/>
                <w:w w:val="97"/>
                <w:sz w:val="20"/>
                <w:szCs w:val="20"/>
              </w:rPr>
              <w:t xml:space="preserve">) и </w:t>
            </w:r>
            <w:proofErr w:type="spellStart"/>
            <w:r w:rsidRPr="001D458D">
              <w:rPr>
                <w:rFonts w:ascii="Times New Roman" w:eastAsia="Times New Roman" w:hAnsi="Times New Roman" w:cs="Times New Roman"/>
                <w:b/>
                <w:color w:val="000000"/>
                <w:w w:val="97"/>
                <w:sz w:val="20"/>
                <w:szCs w:val="20"/>
              </w:rPr>
              <w:t>др</w:t>
            </w:r>
            <w:proofErr w:type="spellEnd"/>
            <w:r w:rsidRPr="001D458D">
              <w:rPr>
                <w:rFonts w:ascii="Times New Roman" w:eastAsia="Times New Roman" w:hAnsi="Times New Roman" w:cs="Times New Roman"/>
                <w:b/>
                <w:color w:val="000000"/>
                <w:w w:val="97"/>
                <w:sz w:val="20"/>
                <w:szCs w:val="20"/>
              </w:rPr>
              <w:t xml:space="preserve">.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21.04.2023 26.04.2023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4"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Выразительно читать произведение, задавать вопросы к отдельным фрагментам, формулировать тему и основную идею прочитанных глав;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Рассуждать о героях и проблематике произведения,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обосновывать свои суждения с опорой на текст;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Выявлять своеобразие авторской сказочной прозы и её отличие от народной сказки;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Выделять ключевые эпизоды в тексте произведения; Писать отзыв на прочитанное произведение;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Пользоваться библиотечным каталогом для поиска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книги;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w w:val="97"/>
                <w:sz w:val="20"/>
                <w:szCs w:val="20"/>
              </w:rPr>
              <w:t>Письменный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контроль</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207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8.3.</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2"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 xml:space="preserve">Зарубежная проза о детях </w:t>
            </w:r>
            <w:r w:rsidRPr="001D458D">
              <w:rPr>
                <w:rFonts w:ascii="Times New Roman" w:hAnsi="Times New Roman" w:cs="Times New Roman"/>
                <w:sz w:val="20"/>
                <w:szCs w:val="20"/>
                <w:lang w:val="ru-RU"/>
              </w:rPr>
              <w:br/>
            </w:r>
            <w:r w:rsidRPr="001D458D">
              <w:rPr>
                <w:rFonts w:ascii="Times New Roman" w:eastAsia="Times New Roman" w:hAnsi="Times New Roman" w:cs="Times New Roman"/>
                <w:b/>
                <w:color w:val="000000"/>
                <w:w w:val="97"/>
                <w:sz w:val="20"/>
                <w:szCs w:val="20"/>
                <w:lang w:val="ru-RU"/>
              </w:rPr>
              <w:t xml:space="preserve">и подростках (два произведения по выбору). Например, М. </w:t>
            </w:r>
            <w:proofErr w:type="spellStart"/>
            <w:r w:rsidRPr="001D458D">
              <w:rPr>
                <w:rFonts w:ascii="Times New Roman" w:eastAsia="Times New Roman" w:hAnsi="Times New Roman" w:cs="Times New Roman"/>
                <w:b/>
                <w:color w:val="000000"/>
                <w:w w:val="97"/>
                <w:sz w:val="20"/>
                <w:szCs w:val="20"/>
                <w:lang w:val="ru-RU"/>
              </w:rPr>
              <w:t>Твен</w:t>
            </w:r>
            <w:proofErr w:type="gramStart"/>
            <w:r w:rsidRPr="001D458D">
              <w:rPr>
                <w:rFonts w:ascii="Times New Roman" w:eastAsia="Times New Roman" w:hAnsi="Times New Roman" w:cs="Times New Roman"/>
                <w:b/>
                <w:color w:val="000000"/>
                <w:w w:val="97"/>
                <w:sz w:val="20"/>
                <w:szCs w:val="20"/>
                <w:lang w:val="ru-RU"/>
              </w:rPr>
              <w:t>.«</w:t>
            </w:r>
            <w:proofErr w:type="gramEnd"/>
            <w:r w:rsidRPr="001D458D">
              <w:rPr>
                <w:rFonts w:ascii="Times New Roman" w:eastAsia="Times New Roman" w:hAnsi="Times New Roman" w:cs="Times New Roman"/>
                <w:b/>
                <w:color w:val="000000"/>
                <w:w w:val="97"/>
                <w:sz w:val="20"/>
                <w:szCs w:val="20"/>
                <w:lang w:val="ru-RU"/>
              </w:rPr>
              <w:t>Приключения</w:t>
            </w:r>
            <w:proofErr w:type="spellEnd"/>
            <w:r w:rsidRPr="001D458D">
              <w:rPr>
                <w:rFonts w:ascii="Times New Roman" w:eastAsia="Times New Roman" w:hAnsi="Times New Roman" w:cs="Times New Roman"/>
                <w:b/>
                <w:color w:val="000000"/>
                <w:w w:val="97"/>
                <w:sz w:val="20"/>
                <w:szCs w:val="20"/>
                <w:lang w:val="ru-RU"/>
              </w:rPr>
              <w:t xml:space="preserve"> Тома </w:t>
            </w:r>
            <w:proofErr w:type="spellStart"/>
            <w:r w:rsidRPr="001D458D">
              <w:rPr>
                <w:rFonts w:ascii="Times New Roman" w:eastAsia="Times New Roman" w:hAnsi="Times New Roman" w:cs="Times New Roman"/>
                <w:b/>
                <w:color w:val="000000"/>
                <w:w w:val="97"/>
                <w:sz w:val="20"/>
                <w:szCs w:val="20"/>
                <w:lang w:val="ru-RU"/>
              </w:rPr>
              <w:t>Сойера</w:t>
            </w:r>
            <w:proofErr w:type="spellEnd"/>
            <w:r w:rsidRPr="001D458D">
              <w:rPr>
                <w:rFonts w:ascii="Times New Roman" w:eastAsia="Times New Roman" w:hAnsi="Times New Roman" w:cs="Times New Roman"/>
                <w:b/>
                <w:color w:val="000000"/>
                <w:w w:val="97"/>
                <w:sz w:val="20"/>
                <w:szCs w:val="20"/>
                <w:lang w:val="ru-RU"/>
              </w:rPr>
              <w:t xml:space="preserve">» (главы); Дж. Лондон. «Сказание о </w:t>
            </w:r>
            <w:proofErr w:type="spellStart"/>
            <w:r w:rsidRPr="001D458D">
              <w:rPr>
                <w:rFonts w:ascii="Times New Roman" w:eastAsia="Times New Roman" w:hAnsi="Times New Roman" w:cs="Times New Roman"/>
                <w:b/>
                <w:color w:val="000000"/>
                <w:w w:val="97"/>
                <w:sz w:val="20"/>
                <w:szCs w:val="20"/>
                <w:lang w:val="ru-RU"/>
              </w:rPr>
              <w:t>Кише</w:t>
            </w:r>
            <w:proofErr w:type="spellEnd"/>
            <w:r w:rsidRPr="001D458D">
              <w:rPr>
                <w:rFonts w:ascii="Times New Roman" w:eastAsia="Times New Roman" w:hAnsi="Times New Roman" w:cs="Times New Roman"/>
                <w:b/>
                <w:color w:val="000000"/>
                <w:w w:val="97"/>
                <w:sz w:val="20"/>
                <w:szCs w:val="20"/>
                <w:lang w:val="ru-RU"/>
              </w:rPr>
              <w:t xml:space="preserve">»; </w:t>
            </w:r>
            <w:r w:rsidRPr="001D458D">
              <w:rPr>
                <w:rFonts w:ascii="Times New Roman" w:hAnsi="Times New Roman" w:cs="Times New Roman"/>
                <w:sz w:val="20"/>
                <w:szCs w:val="20"/>
                <w:lang w:val="ru-RU"/>
              </w:rPr>
              <w:br/>
            </w:r>
            <w:r w:rsidRPr="001D458D">
              <w:rPr>
                <w:rFonts w:ascii="Times New Roman" w:eastAsia="Times New Roman" w:hAnsi="Times New Roman" w:cs="Times New Roman"/>
                <w:b/>
                <w:color w:val="000000"/>
                <w:w w:val="97"/>
                <w:sz w:val="20"/>
                <w:szCs w:val="20"/>
                <w:lang w:val="ru-RU"/>
              </w:rPr>
              <w:t xml:space="preserve">Р. </w:t>
            </w:r>
            <w:proofErr w:type="spellStart"/>
            <w:r w:rsidRPr="001D458D">
              <w:rPr>
                <w:rFonts w:ascii="Times New Roman" w:eastAsia="Times New Roman" w:hAnsi="Times New Roman" w:cs="Times New Roman"/>
                <w:b/>
                <w:color w:val="000000"/>
                <w:w w:val="97"/>
                <w:sz w:val="20"/>
                <w:szCs w:val="20"/>
                <w:lang w:val="ru-RU"/>
              </w:rPr>
              <w:t>Брэдбери</w:t>
            </w:r>
            <w:proofErr w:type="spellEnd"/>
            <w:r w:rsidRPr="001D458D">
              <w:rPr>
                <w:rFonts w:ascii="Times New Roman" w:eastAsia="Times New Roman" w:hAnsi="Times New Roman" w:cs="Times New Roman"/>
                <w:b/>
                <w:color w:val="000000"/>
                <w:w w:val="97"/>
                <w:sz w:val="20"/>
                <w:szCs w:val="20"/>
                <w:lang w:val="ru-RU"/>
              </w:rPr>
              <w:t>. Рассказы.</w:t>
            </w:r>
          </w:p>
          <w:p w:rsidR="00017B5E" w:rsidRPr="001D458D" w:rsidRDefault="005B1E35">
            <w:pPr>
              <w:autoSpaceDE w:val="0"/>
              <w:autoSpaceDN w:val="0"/>
              <w:spacing w:before="18" w:after="0" w:line="233" w:lineRule="auto"/>
              <w:ind w:left="72"/>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Например, «Каникулы», «Звук бегущих ног», «Зелёное утро»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27.04.2023 28.04.2023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4"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 xml:space="preserve">Воспринимать и выразительно читать литературное произведение;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Отвечать на вопросы, самостоятельно формулировать вопросы, пересказывать содержание отдельных глав; Определять тему, идею произведения;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Характеризовать главных героев, составлять их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словесные портреты;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Сопоставлять героев и их поступки с другими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персонажами прочитанного произведения;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Писать отзыв на прочитанную книгу;</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131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8.4.</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Зарубежная приключенческая проза (два произведения по выбору).</w:t>
            </w:r>
          </w:p>
          <w:p w:rsidR="00017B5E" w:rsidRPr="001D458D" w:rsidRDefault="005B1E35">
            <w:pPr>
              <w:autoSpaceDE w:val="0"/>
              <w:autoSpaceDN w:val="0"/>
              <w:spacing w:before="20" w:after="0" w:line="245"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Например, Р. Л. Стивенсон. «Остров сокровищ», «Чёрная стрела</w:t>
            </w:r>
            <w:proofErr w:type="gramStart"/>
            <w:r w:rsidRPr="001D458D">
              <w:rPr>
                <w:rFonts w:ascii="Times New Roman" w:eastAsia="Times New Roman" w:hAnsi="Times New Roman" w:cs="Times New Roman"/>
                <w:b/>
                <w:color w:val="000000"/>
                <w:w w:val="97"/>
                <w:sz w:val="20"/>
                <w:szCs w:val="20"/>
                <w:lang w:val="ru-RU"/>
              </w:rPr>
              <w:t>»(</w:t>
            </w:r>
            <w:proofErr w:type="gramEnd"/>
            <w:r w:rsidRPr="001D458D">
              <w:rPr>
                <w:rFonts w:ascii="Times New Roman" w:eastAsia="Times New Roman" w:hAnsi="Times New Roman" w:cs="Times New Roman"/>
                <w:b/>
                <w:color w:val="000000"/>
                <w:w w:val="97"/>
                <w:sz w:val="20"/>
                <w:szCs w:val="20"/>
                <w:lang w:val="ru-RU"/>
              </w:rPr>
              <w:t>главы по выбору)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03.05.2023 04.05.2023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2"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lang w:val="ru-RU"/>
              </w:rPr>
              <w:t xml:space="preserve">Читать литературное произведение, отвечать на вопросы; Самостоятельно формулировать вопросы к произведению в процессе его анализа;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Сопоставлять произведения по жанровым особенностям; Выстраивать с помощью учителя траекторию </w:t>
            </w:r>
            <w:r w:rsidRPr="001D458D">
              <w:rPr>
                <w:rFonts w:ascii="Times New Roman" w:hAnsi="Times New Roman" w:cs="Times New Roman"/>
                <w:sz w:val="20"/>
                <w:szCs w:val="20"/>
                <w:lang w:val="ru-RU"/>
              </w:rPr>
              <w:br/>
            </w:r>
            <w:proofErr w:type="spellStart"/>
            <w:r w:rsidRPr="001D458D">
              <w:rPr>
                <w:rFonts w:ascii="Times New Roman" w:eastAsia="Times New Roman" w:hAnsi="Times New Roman" w:cs="Times New Roman"/>
                <w:color w:val="000000"/>
                <w:w w:val="97"/>
                <w:sz w:val="20"/>
                <w:szCs w:val="20"/>
              </w:rPr>
              <w:t>самостоятельного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чтения</w:t>
            </w:r>
            <w:proofErr w:type="spellEnd"/>
            <w:r w:rsidRPr="001D458D">
              <w:rPr>
                <w:rFonts w:ascii="Times New Roman" w:eastAsia="Times New Roman" w:hAnsi="Times New Roman" w:cs="Times New Roman"/>
                <w:color w:val="000000"/>
                <w:w w:val="97"/>
                <w:sz w:val="20"/>
                <w:szCs w:val="20"/>
              </w:rPr>
              <w:t>;</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169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8.5.</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jc w:val="center"/>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Зарубежная проза о животных (одно-два произведения по выбору).</w:t>
            </w:r>
          </w:p>
          <w:p w:rsidR="00017B5E" w:rsidRPr="001D458D" w:rsidRDefault="005B1E35">
            <w:pPr>
              <w:autoSpaceDE w:val="0"/>
              <w:autoSpaceDN w:val="0"/>
              <w:spacing w:before="18" w:after="0" w:line="245"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b/>
                <w:color w:val="000000"/>
                <w:w w:val="97"/>
                <w:sz w:val="20"/>
                <w:szCs w:val="20"/>
                <w:lang w:val="ru-RU"/>
              </w:rPr>
              <w:t>Например, Э. Сетон-Томпсон. «</w:t>
            </w:r>
            <w:proofErr w:type="gramStart"/>
            <w:r w:rsidRPr="001D458D">
              <w:rPr>
                <w:rFonts w:ascii="Times New Roman" w:eastAsia="Times New Roman" w:hAnsi="Times New Roman" w:cs="Times New Roman"/>
                <w:b/>
                <w:color w:val="000000"/>
                <w:w w:val="97"/>
                <w:sz w:val="20"/>
                <w:szCs w:val="20"/>
                <w:lang w:val="ru-RU"/>
              </w:rPr>
              <w:t>Королевская</w:t>
            </w:r>
            <w:proofErr w:type="gramEnd"/>
            <w:r w:rsidRPr="001D458D">
              <w:rPr>
                <w:rFonts w:ascii="Times New Roman" w:eastAsia="Times New Roman" w:hAnsi="Times New Roman" w:cs="Times New Roman"/>
                <w:b/>
                <w:color w:val="000000"/>
                <w:w w:val="97"/>
                <w:sz w:val="20"/>
                <w:szCs w:val="20"/>
                <w:lang w:val="ru-RU"/>
              </w:rPr>
              <w:t xml:space="preserve"> </w:t>
            </w:r>
            <w:proofErr w:type="spellStart"/>
            <w:r w:rsidRPr="001D458D">
              <w:rPr>
                <w:rFonts w:ascii="Times New Roman" w:eastAsia="Times New Roman" w:hAnsi="Times New Roman" w:cs="Times New Roman"/>
                <w:b/>
                <w:color w:val="000000"/>
                <w:w w:val="97"/>
                <w:sz w:val="20"/>
                <w:szCs w:val="20"/>
                <w:lang w:val="ru-RU"/>
              </w:rPr>
              <w:t>аналостанка</w:t>
            </w:r>
            <w:proofErr w:type="spellEnd"/>
            <w:r w:rsidRPr="001D458D">
              <w:rPr>
                <w:rFonts w:ascii="Times New Roman" w:eastAsia="Times New Roman" w:hAnsi="Times New Roman" w:cs="Times New Roman"/>
                <w:b/>
                <w:color w:val="000000"/>
                <w:w w:val="97"/>
                <w:sz w:val="20"/>
                <w:szCs w:val="20"/>
                <w:lang w:val="ru-RU"/>
              </w:rPr>
              <w:t xml:space="preserve">»; Дж. Даррелл. «Говорящий свёрток»; Дж. Лондон. «Белый Клык»; </w:t>
            </w:r>
            <w:proofErr w:type="gramStart"/>
            <w:r w:rsidRPr="001D458D">
              <w:rPr>
                <w:rFonts w:ascii="Times New Roman" w:eastAsia="Times New Roman" w:hAnsi="Times New Roman" w:cs="Times New Roman"/>
                <w:b/>
                <w:color w:val="000000"/>
                <w:w w:val="97"/>
                <w:sz w:val="20"/>
                <w:szCs w:val="20"/>
                <w:lang w:val="ru-RU"/>
              </w:rPr>
              <w:t>Дж</w:t>
            </w:r>
            <w:proofErr w:type="gramEnd"/>
            <w:r w:rsidRPr="001D458D">
              <w:rPr>
                <w:rFonts w:ascii="Times New Roman" w:eastAsia="Times New Roman" w:hAnsi="Times New Roman" w:cs="Times New Roman"/>
                <w:b/>
                <w:color w:val="000000"/>
                <w:w w:val="97"/>
                <w:sz w:val="20"/>
                <w:szCs w:val="20"/>
                <w:lang w:val="ru-RU"/>
              </w:rPr>
              <w:t>.</w:t>
            </w:r>
          </w:p>
          <w:p w:rsidR="00017B5E" w:rsidRPr="001D458D" w:rsidRDefault="005B1E35">
            <w:pPr>
              <w:autoSpaceDE w:val="0"/>
              <w:autoSpaceDN w:val="0"/>
              <w:spacing w:before="18" w:after="0" w:line="233" w:lineRule="auto"/>
              <w:ind w:left="72"/>
              <w:rPr>
                <w:rFonts w:ascii="Times New Roman" w:hAnsi="Times New Roman" w:cs="Times New Roman"/>
                <w:sz w:val="20"/>
                <w:szCs w:val="20"/>
              </w:rPr>
            </w:pPr>
            <w:r w:rsidRPr="001D458D">
              <w:rPr>
                <w:rFonts w:ascii="Times New Roman" w:eastAsia="Times New Roman" w:hAnsi="Times New Roman" w:cs="Times New Roman"/>
                <w:b/>
                <w:color w:val="000000"/>
                <w:w w:val="97"/>
                <w:sz w:val="20"/>
                <w:szCs w:val="20"/>
                <w:lang w:val="ru-RU"/>
              </w:rPr>
              <w:t xml:space="preserve">Р. Киплинг. </w:t>
            </w:r>
            <w:r w:rsidRPr="001D458D">
              <w:rPr>
                <w:rFonts w:ascii="Times New Roman" w:eastAsia="Times New Roman" w:hAnsi="Times New Roman" w:cs="Times New Roman"/>
                <w:b/>
                <w:color w:val="000000"/>
                <w:w w:val="97"/>
                <w:sz w:val="20"/>
                <w:szCs w:val="20"/>
              </w:rPr>
              <w:t>«</w:t>
            </w:r>
            <w:proofErr w:type="spellStart"/>
            <w:r w:rsidRPr="001D458D">
              <w:rPr>
                <w:rFonts w:ascii="Times New Roman" w:eastAsia="Times New Roman" w:hAnsi="Times New Roman" w:cs="Times New Roman"/>
                <w:b/>
                <w:color w:val="000000"/>
                <w:w w:val="97"/>
                <w:sz w:val="20"/>
                <w:szCs w:val="20"/>
              </w:rPr>
              <w:t>Маугли</w:t>
            </w:r>
            <w:proofErr w:type="spellEnd"/>
            <w:r w:rsidRPr="001D458D">
              <w:rPr>
                <w:rFonts w:ascii="Times New Roman" w:eastAsia="Times New Roman" w:hAnsi="Times New Roman" w:cs="Times New Roman"/>
                <w:b/>
                <w:color w:val="000000"/>
                <w:w w:val="97"/>
                <w:sz w:val="20"/>
                <w:szCs w:val="20"/>
              </w:rPr>
              <w:t>», «</w:t>
            </w:r>
            <w:proofErr w:type="spellStart"/>
            <w:r w:rsidRPr="001D458D">
              <w:rPr>
                <w:rFonts w:ascii="Times New Roman" w:eastAsia="Times New Roman" w:hAnsi="Times New Roman" w:cs="Times New Roman"/>
                <w:b/>
                <w:color w:val="000000"/>
                <w:w w:val="97"/>
                <w:sz w:val="20"/>
                <w:szCs w:val="20"/>
              </w:rPr>
              <w:t>Рикки-Тикки-Тави</w:t>
            </w:r>
            <w:proofErr w:type="spellEnd"/>
            <w:r w:rsidRPr="001D458D">
              <w:rPr>
                <w:rFonts w:ascii="Times New Roman" w:eastAsia="Times New Roman" w:hAnsi="Times New Roman" w:cs="Times New Roman"/>
                <w:b/>
                <w:color w:val="000000"/>
                <w:w w:val="97"/>
                <w:sz w:val="20"/>
                <w:szCs w:val="20"/>
              </w:rPr>
              <w:t xml:space="preserve">»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05.05.2023 10.05.2023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4"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lang w:val="ru-RU"/>
              </w:rPr>
              <w:t xml:space="preserve">Воспринимать и выразительно читать литературное произведение;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Отвечать на вопросы, самостоятельно формулировать вопросы, пересказывать содержание произведения или отдельных глав;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w w:val="97"/>
                <w:sz w:val="20"/>
                <w:szCs w:val="20"/>
                <w:lang w:val="ru-RU"/>
              </w:rPr>
              <w:t xml:space="preserve">Сопоставлять произведения по жанровым особенностям; Выстраивать с помощью учителя траекторию </w:t>
            </w:r>
            <w:r w:rsidRPr="001D458D">
              <w:rPr>
                <w:rFonts w:ascii="Times New Roman" w:hAnsi="Times New Roman" w:cs="Times New Roman"/>
                <w:sz w:val="20"/>
                <w:szCs w:val="20"/>
                <w:lang w:val="ru-RU"/>
              </w:rPr>
              <w:br/>
            </w:r>
            <w:proofErr w:type="spellStart"/>
            <w:r w:rsidRPr="001D458D">
              <w:rPr>
                <w:rFonts w:ascii="Times New Roman" w:eastAsia="Times New Roman" w:hAnsi="Times New Roman" w:cs="Times New Roman"/>
                <w:color w:val="000000"/>
                <w:w w:val="97"/>
                <w:sz w:val="20"/>
                <w:szCs w:val="20"/>
              </w:rPr>
              <w:t>самостоятельного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чтения</w:t>
            </w:r>
            <w:proofErr w:type="spellEnd"/>
            <w:r w:rsidRPr="001D458D">
              <w:rPr>
                <w:rFonts w:ascii="Times New Roman" w:eastAsia="Times New Roman" w:hAnsi="Times New Roman" w:cs="Times New Roman"/>
                <w:color w:val="000000"/>
                <w:w w:val="97"/>
                <w:sz w:val="20"/>
                <w:szCs w:val="20"/>
              </w:rPr>
              <w:t>;</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8.6.</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Внеклассное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чтение</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11.05.2023 17.05.2023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Устный</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опрос</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7"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348"/>
        </w:trPr>
        <w:tc>
          <w:tcPr>
            <w:tcW w:w="53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Итого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по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9</w:t>
            </w:r>
          </w:p>
        </w:tc>
        <w:tc>
          <w:tcPr>
            <w:tcW w:w="963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017B5E">
            <w:pPr>
              <w:rPr>
                <w:rFonts w:ascii="Times New Roman" w:hAnsi="Times New Roman" w:cs="Times New Roman"/>
                <w:sz w:val="20"/>
                <w:szCs w:val="20"/>
              </w:rPr>
            </w:pPr>
          </w:p>
        </w:tc>
      </w:tr>
      <w:tr w:rsidR="00017B5E" w:rsidRPr="001D458D">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Раздел</w:t>
            </w:r>
            <w:proofErr w:type="spellEnd"/>
            <w:r w:rsidRPr="001D458D">
              <w:rPr>
                <w:rFonts w:ascii="Times New Roman" w:eastAsia="Times New Roman" w:hAnsi="Times New Roman" w:cs="Times New Roman"/>
                <w:color w:val="000000"/>
                <w:w w:val="97"/>
                <w:sz w:val="20"/>
                <w:szCs w:val="20"/>
              </w:rPr>
              <w:t xml:space="preserve"> 9. </w:t>
            </w:r>
            <w:proofErr w:type="spellStart"/>
            <w:r w:rsidRPr="001D458D">
              <w:rPr>
                <w:rFonts w:ascii="Times New Roman" w:eastAsia="Times New Roman" w:hAnsi="Times New Roman" w:cs="Times New Roman"/>
                <w:b/>
                <w:color w:val="000000"/>
                <w:w w:val="97"/>
                <w:sz w:val="20"/>
                <w:szCs w:val="20"/>
              </w:rPr>
              <w:t>Итоговый</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контроль</w:t>
            </w:r>
            <w:proofErr w:type="spellEnd"/>
          </w:p>
        </w:tc>
      </w:tr>
      <w:tr w:rsidR="00017B5E" w:rsidRPr="001D458D">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9.1.</w:t>
            </w:r>
          </w:p>
        </w:tc>
        <w:tc>
          <w:tcPr>
            <w:tcW w:w="494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w w:val="97"/>
                <w:sz w:val="20"/>
                <w:szCs w:val="20"/>
              </w:rPr>
              <w:t>Итоговые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контрольные</w:t>
            </w:r>
            <w:proofErr w:type="spellEnd"/>
            <w:r w:rsidRPr="001D458D">
              <w:rPr>
                <w:rFonts w:ascii="Times New Roman" w:eastAsia="Times New Roman" w:hAnsi="Times New Roman" w:cs="Times New Roman"/>
                <w:b/>
                <w:color w:val="000000"/>
                <w:w w:val="97"/>
                <w:sz w:val="20"/>
                <w:szCs w:val="20"/>
              </w:rPr>
              <w:t xml:space="preserve"> </w:t>
            </w:r>
            <w:proofErr w:type="spellStart"/>
            <w:r w:rsidRPr="001D458D">
              <w:rPr>
                <w:rFonts w:ascii="Times New Roman" w:eastAsia="Times New Roman" w:hAnsi="Times New Roman" w:cs="Times New Roman"/>
                <w:b/>
                <w:color w:val="000000"/>
                <w:w w:val="97"/>
                <w:sz w:val="20"/>
                <w:szCs w:val="20"/>
              </w:rPr>
              <w:t>работы</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18.05.2023 24.05.2023</w:t>
            </w:r>
          </w:p>
        </w:tc>
        <w:tc>
          <w:tcPr>
            <w:tcW w:w="402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ight="864"/>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Написание итоговой контрольной работы по прочитанным произведениям</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45"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Контрольная</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работа</w:t>
            </w:r>
            <w:proofErr w:type="spellEnd"/>
            <w:r w:rsidRPr="001D458D">
              <w:rPr>
                <w:rFonts w:ascii="Times New Roman" w:eastAsia="Times New Roman" w:hAnsi="Times New Roman" w:cs="Times New Roman"/>
                <w:color w:val="000000"/>
                <w:w w:val="97"/>
                <w:sz w:val="20"/>
                <w:szCs w:val="20"/>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8" w:after="0" w:line="250"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 xml:space="preserve">www.edu.ru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 xml:space="preserve">https://resh.ru </w:t>
            </w:r>
            <w:r w:rsidRPr="001D458D">
              <w:rPr>
                <w:rFonts w:ascii="Times New Roman" w:hAnsi="Times New Roman" w:cs="Times New Roman"/>
                <w:sz w:val="20"/>
                <w:szCs w:val="20"/>
              </w:rPr>
              <w:br/>
            </w:r>
            <w:r w:rsidRPr="001D458D">
              <w:rPr>
                <w:rFonts w:ascii="Times New Roman" w:eastAsia="Times New Roman" w:hAnsi="Times New Roman" w:cs="Times New Roman"/>
                <w:color w:val="000000"/>
                <w:w w:val="97"/>
                <w:sz w:val="20"/>
                <w:szCs w:val="20"/>
              </w:rPr>
              <w:t>https://do2.rcokoit.ru</w:t>
            </w:r>
          </w:p>
        </w:tc>
      </w:tr>
      <w:tr w:rsidR="00017B5E" w:rsidRPr="001D458D">
        <w:trPr>
          <w:trHeight w:hRule="exact" w:val="348"/>
        </w:trPr>
        <w:tc>
          <w:tcPr>
            <w:tcW w:w="53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Итого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по</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2</w:t>
            </w:r>
          </w:p>
        </w:tc>
        <w:tc>
          <w:tcPr>
            <w:tcW w:w="963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017B5E">
            <w:pPr>
              <w:rPr>
                <w:rFonts w:ascii="Times New Roman" w:hAnsi="Times New Roman" w:cs="Times New Roman"/>
                <w:sz w:val="20"/>
                <w:szCs w:val="20"/>
              </w:rPr>
            </w:pPr>
          </w:p>
        </w:tc>
      </w:tr>
      <w:tr w:rsidR="00017B5E" w:rsidRPr="001D458D">
        <w:trPr>
          <w:trHeight w:hRule="exact" w:val="348"/>
        </w:trPr>
        <w:tc>
          <w:tcPr>
            <w:tcW w:w="53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w w:val="97"/>
                <w:sz w:val="20"/>
                <w:szCs w:val="20"/>
              </w:rPr>
              <w:t>Резервное</w:t>
            </w:r>
            <w:proofErr w:type="spellEnd"/>
            <w:r w:rsidRPr="001D458D">
              <w:rPr>
                <w:rFonts w:ascii="Times New Roman" w:eastAsia="Times New Roman" w:hAnsi="Times New Roman" w:cs="Times New Roman"/>
                <w:color w:val="000000"/>
                <w:w w:val="97"/>
                <w:sz w:val="20"/>
                <w:szCs w:val="20"/>
              </w:rPr>
              <w:t xml:space="preserve"> </w:t>
            </w:r>
            <w:proofErr w:type="spellStart"/>
            <w:r w:rsidRPr="001D458D">
              <w:rPr>
                <w:rFonts w:ascii="Times New Roman" w:eastAsia="Times New Roman" w:hAnsi="Times New Roman" w:cs="Times New Roman"/>
                <w:color w:val="000000"/>
                <w:w w:val="97"/>
                <w:sz w:val="20"/>
                <w:szCs w:val="20"/>
              </w:rPr>
              <w:t>время</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15</w:t>
            </w:r>
          </w:p>
        </w:tc>
        <w:tc>
          <w:tcPr>
            <w:tcW w:w="963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017B5E">
            <w:pPr>
              <w:rPr>
                <w:rFonts w:ascii="Times New Roman" w:hAnsi="Times New Roman" w:cs="Times New Roman"/>
                <w:sz w:val="20"/>
                <w:szCs w:val="20"/>
              </w:rPr>
            </w:pPr>
          </w:p>
        </w:tc>
      </w:tr>
      <w:tr w:rsidR="00017B5E" w:rsidRPr="001D458D">
        <w:trPr>
          <w:trHeight w:hRule="exact" w:val="328"/>
        </w:trPr>
        <w:tc>
          <w:tcPr>
            <w:tcW w:w="534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w w:val="97"/>
                <w:sz w:val="20"/>
                <w:szCs w:val="20"/>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102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5</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76" w:after="0" w:line="233" w:lineRule="auto"/>
              <w:ind w:left="72"/>
              <w:rPr>
                <w:rFonts w:ascii="Times New Roman" w:hAnsi="Times New Roman" w:cs="Times New Roman"/>
                <w:sz w:val="20"/>
                <w:szCs w:val="20"/>
              </w:rPr>
            </w:pPr>
            <w:r w:rsidRPr="001D458D">
              <w:rPr>
                <w:rFonts w:ascii="Times New Roman" w:eastAsia="Times New Roman" w:hAnsi="Times New Roman" w:cs="Times New Roman"/>
                <w:color w:val="000000"/>
                <w:w w:val="97"/>
                <w:sz w:val="20"/>
                <w:szCs w:val="20"/>
              </w:rPr>
              <w:t>0</w:t>
            </w:r>
          </w:p>
        </w:tc>
        <w:tc>
          <w:tcPr>
            <w:tcW w:w="738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017B5E">
            <w:pPr>
              <w:rPr>
                <w:rFonts w:ascii="Times New Roman" w:hAnsi="Times New Roman" w:cs="Times New Roman"/>
                <w:sz w:val="20"/>
                <w:szCs w:val="20"/>
              </w:rPr>
            </w:pP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6840" w:h="11900"/>
          <w:pgMar w:top="284" w:right="640" w:bottom="382" w:left="666" w:header="720" w:footer="720" w:gutter="0"/>
          <w:cols w:space="720" w:equalWidth="0">
            <w:col w:w="15534" w:space="0"/>
          </w:cols>
          <w:docGrid w:linePitch="360"/>
        </w:sectPr>
      </w:pPr>
    </w:p>
    <w:p w:rsidR="00017B5E" w:rsidRPr="001D458D" w:rsidRDefault="00017B5E">
      <w:pPr>
        <w:rPr>
          <w:rFonts w:ascii="Times New Roman" w:hAnsi="Times New Roman" w:cs="Times New Roman"/>
          <w:sz w:val="20"/>
          <w:szCs w:val="20"/>
        </w:rPr>
        <w:sectPr w:rsidR="00017B5E" w:rsidRPr="001D458D">
          <w:pgSz w:w="16840" w:h="11900"/>
          <w:pgMar w:top="1440" w:right="1440" w:bottom="1440" w:left="1440" w:header="720" w:footer="720" w:gutter="0"/>
          <w:cols w:space="720" w:equalWidth="0">
            <w:col w:w="15534" w:space="0"/>
          </w:cols>
          <w:docGrid w:linePitch="360"/>
        </w:sectPr>
      </w:pPr>
    </w:p>
    <w:p w:rsidR="00017B5E" w:rsidRPr="001D458D" w:rsidRDefault="00017B5E">
      <w:pPr>
        <w:autoSpaceDE w:val="0"/>
        <w:autoSpaceDN w:val="0"/>
        <w:spacing w:after="78" w:line="220" w:lineRule="exact"/>
        <w:rPr>
          <w:rFonts w:ascii="Times New Roman" w:hAnsi="Times New Roman" w:cs="Times New Roman"/>
          <w:sz w:val="20"/>
          <w:szCs w:val="20"/>
        </w:rPr>
      </w:pPr>
    </w:p>
    <w:p w:rsidR="00017B5E" w:rsidRPr="001D458D" w:rsidRDefault="005B1E35">
      <w:pPr>
        <w:autoSpaceDE w:val="0"/>
        <w:autoSpaceDN w:val="0"/>
        <w:spacing w:after="320" w:line="230" w:lineRule="auto"/>
        <w:rPr>
          <w:rFonts w:ascii="Times New Roman" w:hAnsi="Times New Roman" w:cs="Times New Roman"/>
          <w:sz w:val="20"/>
          <w:szCs w:val="20"/>
        </w:rPr>
      </w:pPr>
      <w:r w:rsidRPr="001D458D">
        <w:rPr>
          <w:rFonts w:ascii="Times New Roman" w:eastAsia="Times New Roman" w:hAnsi="Times New Roman" w:cs="Times New Roman"/>
          <w:b/>
          <w:color w:val="000000"/>
          <w:sz w:val="20"/>
          <w:szCs w:val="20"/>
        </w:rPr>
        <w:t xml:space="preserve">ПОУРОЧНОЕ ПЛАНИРОВАНИЕ </w:t>
      </w:r>
    </w:p>
    <w:tbl>
      <w:tblPr>
        <w:tblW w:w="0" w:type="auto"/>
        <w:tblInd w:w="6" w:type="dxa"/>
        <w:tblLayout w:type="fixed"/>
        <w:tblLook w:val="04A0" w:firstRow="1" w:lastRow="0" w:firstColumn="1" w:lastColumn="0" w:noHBand="0" w:noVBand="1"/>
      </w:tblPr>
      <w:tblGrid>
        <w:gridCol w:w="576"/>
        <w:gridCol w:w="3230"/>
        <w:gridCol w:w="732"/>
        <w:gridCol w:w="1620"/>
        <w:gridCol w:w="1668"/>
        <w:gridCol w:w="1236"/>
        <w:gridCol w:w="1490"/>
      </w:tblGrid>
      <w:tr w:rsidR="00017B5E" w:rsidRPr="001D458D">
        <w:trPr>
          <w:trHeight w:hRule="exact" w:val="492"/>
        </w:trPr>
        <w:tc>
          <w:tcPr>
            <w:tcW w:w="57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144"/>
              <w:rPr>
                <w:rFonts w:ascii="Times New Roman" w:hAnsi="Times New Roman" w:cs="Times New Roman"/>
                <w:sz w:val="20"/>
                <w:szCs w:val="20"/>
              </w:rPr>
            </w:pPr>
            <w:r w:rsidRPr="001D458D">
              <w:rPr>
                <w:rFonts w:ascii="Times New Roman" w:eastAsia="Times New Roman" w:hAnsi="Times New Roman" w:cs="Times New Roman"/>
                <w:b/>
                <w:color w:val="000000"/>
                <w:sz w:val="20"/>
                <w:szCs w:val="20"/>
              </w:rPr>
              <w:t>№</w:t>
            </w:r>
            <w:r w:rsidRPr="001D458D">
              <w:rPr>
                <w:rFonts w:ascii="Times New Roman" w:hAnsi="Times New Roman" w:cs="Times New Roman"/>
                <w:sz w:val="20"/>
                <w:szCs w:val="20"/>
              </w:rPr>
              <w:br/>
            </w:r>
            <w:r w:rsidRPr="001D458D">
              <w:rPr>
                <w:rFonts w:ascii="Times New Roman" w:eastAsia="Times New Roman" w:hAnsi="Times New Roman" w:cs="Times New Roman"/>
                <w:b/>
                <w:color w:val="000000"/>
                <w:sz w:val="20"/>
                <w:szCs w:val="20"/>
              </w:rPr>
              <w:t>п/п</w:t>
            </w:r>
          </w:p>
        </w:tc>
        <w:tc>
          <w:tcPr>
            <w:tcW w:w="323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sz w:val="20"/>
                <w:szCs w:val="20"/>
              </w:rPr>
              <w:t>Тема</w:t>
            </w:r>
            <w:proofErr w:type="spellEnd"/>
            <w:r w:rsidRPr="001D458D">
              <w:rPr>
                <w:rFonts w:ascii="Times New Roman" w:eastAsia="Times New Roman" w:hAnsi="Times New Roman" w:cs="Times New Roman"/>
                <w:b/>
                <w:color w:val="000000"/>
                <w:sz w:val="20"/>
                <w:szCs w:val="20"/>
              </w:rPr>
              <w:t xml:space="preserve"> </w:t>
            </w:r>
            <w:proofErr w:type="spellStart"/>
            <w:r w:rsidRPr="001D458D">
              <w:rPr>
                <w:rFonts w:ascii="Times New Roman" w:eastAsia="Times New Roman" w:hAnsi="Times New Roman" w:cs="Times New Roman"/>
                <w:b/>
                <w:color w:val="000000"/>
                <w:sz w:val="20"/>
                <w:szCs w:val="20"/>
              </w:rPr>
              <w:t>урока</w:t>
            </w:r>
            <w:proofErr w:type="spellEnd"/>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sz w:val="20"/>
                <w:szCs w:val="20"/>
              </w:rPr>
              <w:t>Количество</w:t>
            </w:r>
            <w:proofErr w:type="spellEnd"/>
            <w:r w:rsidRPr="001D458D">
              <w:rPr>
                <w:rFonts w:ascii="Times New Roman" w:eastAsia="Times New Roman" w:hAnsi="Times New Roman" w:cs="Times New Roman"/>
                <w:b/>
                <w:color w:val="000000"/>
                <w:sz w:val="20"/>
                <w:szCs w:val="20"/>
              </w:rPr>
              <w:t xml:space="preserve"> </w:t>
            </w:r>
            <w:proofErr w:type="spellStart"/>
            <w:r w:rsidRPr="001D458D">
              <w:rPr>
                <w:rFonts w:ascii="Times New Roman" w:eastAsia="Times New Roman" w:hAnsi="Times New Roman" w:cs="Times New Roman"/>
                <w:b/>
                <w:color w:val="000000"/>
                <w:sz w:val="20"/>
                <w:szCs w:val="20"/>
              </w:rPr>
              <w:t>часов</w:t>
            </w:r>
            <w:proofErr w:type="spellEnd"/>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144"/>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sz w:val="20"/>
                <w:szCs w:val="20"/>
              </w:rPr>
              <w:t>Дата</w:t>
            </w:r>
            <w:proofErr w:type="spellEnd"/>
            <w:r w:rsidRPr="001D458D">
              <w:rPr>
                <w:rFonts w:ascii="Times New Roman" w:eastAsia="Times New Roman" w:hAnsi="Times New Roman" w:cs="Times New Roman"/>
                <w:b/>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b/>
                <w:color w:val="000000"/>
                <w:sz w:val="20"/>
                <w:szCs w:val="20"/>
              </w:rPr>
              <w:t>изучения</w:t>
            </w:r>
            <w:proofErr w:type="spellEnd"/>
          </w:p>
        </w:tc>
        <w:tc>
          <w:tcPr>
            <w:tcW w:w="149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288"/>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sz w:val="20"/>
                <w:szCs w:val="20"/>
              </w:rPr>
              <w:t>Виды</w:t>
            </w:r>
            <w:proofErr w:type="spellEnd"/>
            <w:r w:rsidRPr="001D458D">
              <w:rPr>
                <w:rFonts w:ascii="Times New Roman" w:eastAsia="Times New Roman" w:hAnsi="Times New Roman" w:cs="Times New Roman"/>
                <w:b/>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b/>
                <w:color w:val="000000"/>
                <w:sz w:val="20"/>
                <w:szCs w:val="20"/>
              </w:rPr>
              <w:t>формы</w:t>
            </w:r>
            <w:proofErr w:type="spellEnd"/>
            <w:r w:rsidRPr="001D458D">
              <w:rPr>
                <w:rFonts w:ascii="Times New Roman" w:eastAsia="Times New Roman" w:hAnsi="Times New Roman" w:cs="Times New Roman"/>
                <w:b/>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b/>
                <w:color w:val="000000"/>
                <w:sz w:val="20"/>
                <w:szCs w:val="20"/>
              </w:rPr>
              <w:t>контроля</w:t>
            </w:r>
            <w:proofErr w:type="spellEnd"/>
          </w:p>
        </w:tc>
      </w:tr>
      <w:tr w:rsidR="00017B5E" w:rsidRPr="001D458D">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017B5E" w:rsidRPr="001D458D" w:rsidRDefault="00017B5E">
            <w:pPr>
              <w:rPr>
                <w:rFonts w:ascii="Times New Roman" w:hAnsi="Times New Roman" w:cs="Times New Roman"/>
                <w:sz w:val="20"/>
                <w:szCs w:val="20"/>
              </w:rPr>
            </w:pPr>
          </w:p>
        </w:tc>
        <w:tc>
          <w:tcPr>
            <w:tcW w:w="1512" w:type="dxa"/>
            <w:vMerge/>
            <w:tcBorders>
              <w:top w:val="single" w:sz="4" w:space="0" w:color="000000"/>
              <w:left w:val="single" w:sz="4" w:space="0" w:color="000000"/>
              <w:bottom w:val="single" w:sz="4" w:space="0" w:color="000000"/>
              <w:right w:val="single" w:sz="4" w:space="0" w:color="000000"/>
            </w:tcBorders>
          </w:tcPr>
          <w:p w:rsidR="00017B5E" w:rsidRPr="001D458D" w:rsidRDefault="00017B5E">
            <w:pPr>
              <w:rPr>
                <w:rFonts w:ascii="Times New Roman" w:hAnsi="Times New Roman" w:cs="Times New Roman"/>
                <w:sz w:val="20"/>
                <w:szCs w:val="20"/>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sz w:val="20"/>
                <w:szCs w:val="20"/>
              </w:rPr>
              <w:t>всего</w:t>
            </w:r>
            <w:proofErr w:type="spellEnd"/>
            <w:r w:rsidRPr="001D458D">
              <w:rPr>
                <w:rFonts w:ascii="Times New Roman" w:eastAsia="Times New Roman" w:hAnsi="Times New Roman" w:cs="Times New Roman"/>
                <w:b/>
                <w:color w:val="000000"/>
                <w:sz w:val="20"/>
                <w:szCs w:val="20"/>
              </w:rPr>
              <w:t xml:space="preserve">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sz w:val="20"/>
                <w:szCs w:val="20"/>
              </w:rPr>
              <w:t>контрольные</w:t>
            </w:r>
            <w:proofErr w:type="spellEnd"/>
            <w:r w:rsidRPr="001D458D">
              <w:rPr>
                <w:rFonts w:ascii="Times New Roman" w:eastAsia="Times New Roman" w:hAnsi="Times New Roman" w:cs="Times New Roman"/>
                <w:b/>
                <w:color w:val="000000"/>
                <w:sz w:val="20"/>
                <w:szCs w:val="20"/>
              </w:rPr>
              <w:t xml:space="preserve"> </w:t>
            </w:r>
            <w:proofErr w:type="spellStart"/>
            <w:r w:rsidRPr="001D458D">
              <w:rPr>
                <w:rFonts w:ascii="Times New Roman" w:eastAsia="Times New Roman" w:hAnsi="Times New Roman" w:cs="Times New Roman"/>
                <w:b/>
                <w:color w:val="000000"/>
                <w:sz w:val="20"/>
                <w:szCs w:val="20"/>
              </w:rPr>
              <w:t>работы</w:t>
            </w:r>
            <w:proofErr w:type="spellEnd"/>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b/>
                <w:color w:val="000000"/>
                <w:sz w:val="20"/>
                <w:szCs w:val="20"/>
              </w:rPr>
              <w:t>практические</w:t>
            </w:r>
            <w:proofErr w:type="spellEnd"/>
            <w:r w:rsidRPr="001D458D">
              <w:rPr>
                <w:rFonts w:ascii="Times New Roman" w:eastAsia="Times New Roman" w:hAnsi="Times New Roman" w:cs="Times New Roman"/>
                <w:b/>
                <w:color w:val="000000"/>
                <w:sz w:val="20"/>
                <w:szCs w:val="20"/>
              </w:rPr>
              <w:t xml:space="preserve"> </w:t>
            </w:r>
            <w:proofErr w:type="spellStart"/>
            <w:r w:rsidRPr="001D458D">
              <w:rPr>
                <w:rFonts w:ascii="Times New Roman" w:eastAsia="Times New Roman" w:hAnsi="Times New Roman" w:cs="Times New Roman"/>
                <w:b/>
                <w:color w:val="000000"/>
                <w:sz w:val="20"/>
                <w:szCs w:val="20"/>
              </w:rPr>
              <w:t>работы</w:t>
            </w:r>
            <w:proofErr w:type="spellEnd"/>
          </w:p>
        </w:tc>
        <w:tc>
          <w:tcPr>
            <w:tcW w:w="1512" w:type="dxa"/>
            <w:vMerge/>
            <w:tcBorders>
              <w:top w:val="single" w:sz="4" w:space="0" w:color="000000"/>
              <w:left w:val="single" w:sz="4" w:space="0" w:color="000000"/>
              <w:bottom w:val="single" w:sz="4" w:space="0" w:color="000000"/>
              <w:right w:val="single" w:sz="4" w:space="0" w:color="000000"/>
            </w:tcBorders>
          </w:tcPr>
          <w:p w:rsidR="00017B5E" w:rsidRPr="001D458D" w:rsidRDefault="00017B5E">
            <w:pPr>
              <w:rPr>
                <w:rFonts w:ascii="Times New Roman" w:hAnsi="Times New Roman" w:cs="Times New Roman"/>
                <w:sz w:val="20"/>
                <w:szCs w:val="20"/>
              </w:rPr>
            </w:pPr>
          </w:p>
        </w:tc>
        <w:tc>
          <w:tcPr>
            <w:tcW w:w="1512" w:type="dxa"/>
            <w:vMerge/>
            <w:tcBorders>
              <w:top w:val="single" w:sz="4" w:space="0" w:color="000000"/>
              <w:left w:val="single" w:sz="4" w:space="0" w:color="000000"/>
              <w:bottom w:val="single" w:sz="4" w:space="0" w:color="000000"/>
              <w:right w:val="single" w:sz="4" w:space="0" w:color="000000"/>
            </w:tcBorders>
          </w:tcPr>
          <w:p w:rsidR="00017B5E" w:rsidRPr="001D458D" w:rsidRDefault="00017B5E">
            <w:pPr>
              <w:rPr>
                <w:rFonts w:ascii="Times New Roman" w:hAnsi="Times New Roman" w:cs="Times New Roman"/>
                <w:sz w:val="20"/>
                <w:szCs w:val="20"/>
              </w:rPr>
            </w:pP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Введение. Книга в жизни человека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01.09.2022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2.</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Фольклор - коллективное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устное народное творчество.</w:t>
            </w:r>
          </w:p>
          <w:p w:rsidR="00017B5E" w:rsidRPr="001D458D" w:rsidRDefault="005B1E35">
            <w:pPr>
              <w:autoSpaceDE w:val="0"/>
              <w:autoSpaceDN w:val="0"/>
              <w:spacing w:before="72"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Малые</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жанры</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фольклора</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02.09.2022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3.</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71"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Русские народные </w:t>
            </w:r>
            <w:proofErr w:type="spellStart"/>
            <w:r w:rsidRPr="001D458D">
              <w:rPr>
                <w:rFonts w:ascii="Times New Roman" w:eastAsia="Times New Roman" w:hAnsi="Times New Roman" w:cs="Times New Roman"/>
                <w:color w:val="000000"/>
                <w:sz w:val="20"/>
                <w:szCs w:val="20"/>
                <w:lang w:val="ru-RU"/>
              </w:rPr>
              <w:t>сказки</w:t>
            </w:r>
            <w:proofErr w:type="gramStart"/>
            <w:r w:rsidRPr="001D458D">
              <w:rPr>
                <w:rFonts w:ascii="Times New Roman" w:eastAsia="Times New Roman" w:hAnsi="Times New Roman" w:cs="Times New Roman"/>
                <w:color w:val="000000"/>
                <w:sz w:val="20"/>
                <w:szCs w:val="20"/>
                <w:lang w:val="ru-RU"/>
              </w:rPr>
              <w:t>.«</w:t>
            </w:r>
            <w:proofErr w:type="gramEnd"/>
            <w:r w:rsidRPr="001D458D">
              <w:rPr>
                <w:rFonts w:ascii="Times New Roman" w:eastAsia="Times New Roman" w:hAnsi="Times New Roman" w:cs="Times New Roman"/>
                <w:color w:val="000000"/>
                <w:sz w:val="20"/>
                <w:szCs w:val="20"/>
                <w:lang w:val="ru-RU"/>
              </w:rPr>
              <w:t>Царевна</w:t>
            </w:r>
            <w:proofErr w:type="spellEnd"/>
            <w:r w:rsidRPr="001D458D">
              <w:rPr>
                <w:rFonts w:ascii="Times New Roman" w:eastAsia="Times New Roman" w:hAnsi="Times New Roman" w:cs="Times New Roman"/>
                <w:color w:val="000000"/>
                <w:sz w:val="20"/>
                <w:szCs w:val="20"/>
                <w:lang w:val="ru-RU"/>
              </w:rPr>
              <w:t xml:space="preserve">-лягушка» как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волшебная сказка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07.09.2022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4.</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ight="576"/>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 xml:space="preserve">Народная мораль в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характерах и поступках героев. </w:t>
            </w:r>
            <w:proofErr w:type="spellStart"/>
            <w:r w:rsidRPr="001D458D">
              <w:rPr>
                <w:rFonts w:ascii="Times New Roman" w:eastAsia="Times New Roman" w:hAnsi="Times New Roman" w:cs="Times New Roman"/>
                <w:color w:val="000000"/>
                <w:sz w:val="20"/>
                <w:szCs w:val="20"/>
              </w:rPr>
              <w:t>Образ</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невесты-волшебницы</w:t>
            </w:r>
            <w:proofErr w:type="spellEnd"/>
            <w:r w:rsidRPr="001D458D">
              <w:rPr>
                <w:rFonts w:ascii="Times New Roman" w:eastAsia="Times New Roman" w:hAnsi="Times New Roman" w:cs="Times New Roman"/>
                <w:color w:val="000000"/>
                <w:sz w:val="20"/>
                <w:szCs w:val="20"/>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08.09.2022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21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5.</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Иван-царевич – победитель житейских невзгод.</w:t>
            </w:r>
          </w:p>
          <w:p w:rsidR="00017B5E" w:rsidRPr="001D458D" w:rsidRDefault="005B1E35">
            <w:pPr>
              <w:autoSpaceDE w:val="0"/>
              <w:autoSpaceDN w:val="0"/>
              <w:spacing w:before="70" w:after="0"/>
              <w:ind w:left="72" w:right="720"/>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 xml:space="preserve">Животные-помощники. Особая роль чудесных противников. </w:t>
            </w:r>
            <w:proofErr w:type="spellStart"/>
            <w:r w:rsidRPr="001D458D">
              <w:rPr>
                <w:rFonts w:ascii="Times New Roman" w:eastAsia="Times New Roman" w:hAnsi="Times New Roman" w:cs="Times New Roman"/>
                <w:color w:val="000000"/>
                <w:sz w:val="20"/>
                <w:szCs w:val="20"/>
              </w:rPr>
              <w:t>Поэтика</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волшебной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сказки</w:t>
            </w:r>
            <w:proofErr w:type="spellEnd"/>
            <w:r w:rsidRPr="001D458D">
              <w:rPr>
                <w:rFonts w:ascii="Times New Roman" w:eastAsia="Times New Roman" w:hAnsi="Times New Roman" w:cs="Times New Roman"/>
                <w:color w:val="000000"/>
                <w:sz w:val="20"/>
                <w:szCs w:val="20"/>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09.09.2022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6.</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Входной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мониторинг</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14.09.2022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Контрольная</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работа</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7.</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100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Сказки о </w:t>
            </w:r>
            <w:proofErr w:type="spellStart"/>
            <w:r w:rsidRPr="001D458D">
              <w:rPr>
                <w:rFonts w:ascii="Times New Roman" w:eastAsia="Times New Roman" w:hAnsi="Times New Roman" w:cs="Times New Roman"/>
                <w:color w:val="000000"/>
                <w:sz w:val="20"/>
                <w:szCs w:val="20"/>
                <w:lang w:val="ru-RU"/>
              </w:rPr>
              <w:t>животных</w:t>
            </w:r>
            <w:proofErr w:type="gramStart"/>
            <w:r w:rsidRPr="001D458D">
              <w:rPr>
                <w:rFonts w:ascii="Times New Roman" w:eastAsia="Times New Roman" w:hAnsi="Times New Roman" w:cs="Times New Roman"/>
                <w:color w:val="000000"/>
                <w:sz w:val="20"/>
                <w:szCs w:val="20"/>
                <w:lang w:val="ru-RU"/>
              </w:rPr>
              <w:t>.«</w:t>
            </w:r>
            <w:proofErr w:type="gramEnd"/>
            <w:r w:rsidRPr="001D458D">
              <w:rPr>
                <w:rFonts w:ascii="Times New Roman" w:eastAsia="Times New Roman" w:hAnsi="Times New Roman" w:cs="Times New Roman"/>
                <w:color w:val="000000"/>
                <w:sz w:val="20"/>
                <w:szCs w:val="20"/>
                <w:lang w:val="ru-RU"/>
              </w:rPr>
              <w:t>Журавль</w:t>
            </w:r>
            <w:proofErr w:type="spellEnd"/>
            <w:r w:rsidRPr="001D458D">
              <w:rPr>
                <w:rFonts w:ascii="Times New Roman" w:eastAsia="Times New Roman" w:hAnsi="Times New Roman" w:cs="Times New Roman"/>
                <w:color w:val="000000"/>
                <w:sz w:val="20"/>
                <w:szCs w:val="20"/>
                <w:lang w:val="ru-RU"/>
              </w:rPr>
              <w:t xml:space="preserve"> и цапля»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15.09.2022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8.</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Бытовые</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сказки</w:t>
            </w:r>
            <w:proofErr w:type="spellEnd"/>
            <w:r w:rsidRPr="001D458D">
              <w:rPr>
                <w:rFonts w:ascii="Times New Roman" w:eastAsia="Times New Roman" w:hAnsi="Times New Roman" w:cs="Times New Roman"/>
                <w:color w:val="000000"/>
                <w:sz w:val="20"/>
                <w:szCs w:val="20"/>
              </w:rPr>
              <w:t>. «</w:t>
            </w:r>
            <w:proofErr w:type="spellStart"/>
            <w:r w:rsidRPr="001D458D">
              <w:rPr>
                <w:rFonts w:ascii="Times New Roman" w:eastAsia="Times New Roman" w:hAnsi="Times New Roman" w:cs="Times New Roman"/>
                <w:color w:val="000000"/>
                <w:sz w:val="20"/>
                <w:szCs w:val="20"/>
              </w:rPr>
              <w:t>Солдатская</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шинель</w:t>
            </w:r>
            <w:proofErr w:type="spellEnd"/>
            <w:r w:rsidRPr="001D458D">
              <w:rPr>
                <w:rFonts w:ascii="Times New Roman" w:eastAsia="Times New Roman" w:hAnsi="Times New Roman" w:cs="Times New Roman"/>
                <w:color w:val="000000"/>
                <w:sz w:val="20"/>
                <w:szCs w:val="20"/>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16.09.2022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9.</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Вводный урок по проектной деятельности Художники-иллюстраторы сказок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21.09.2022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10.</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Вводный урок по проектной деятельности Художники-иллюстраторы сказок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22.09.2022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right="576"/>
              <w:jc w:val="center"/>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81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11.</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Русские басни. Жанр басни. Истоки басенного жанра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(Эзоп, Лафонтен, русские баснописцы </w:t>
            </w:r>
            <w:proofErr w:type="gramStart"/>
            <w:r w:rsidRPr="001D458D">
              <w:rPr>
                <w:rFonts w:ascii="Times New Roman" w:eastAsia="Times New Roman" w:hAnsi="Times New Roman" w:cs="Times New Roman"/>
                <w:color w:val="000000"/>
                <w:sz w:val="20"/>
                <w:szCs w:val="20"/>
                <w:lang w:val="ru-RU"/>
              </w:rPr>
              <w:t>Х</w:t>
            </w:r>
            <w:proofErr w:type="gramEnd"/>
            <w:r w:rsidRPr="001D458D">
              <w:rPr>
                <w:rFonts w:ascii="Times New Roman" w:eastAsia="Times New Roman" w:hAnsi="Times New Roman" w:cs="Times New Roman"/>
                <w:color w:val="000000"/>
                <w:sz w:val="20"/>
                <w:szCs w:val="20"/>
              </w:rPr>
              <w:t>VIII</w:t>
            </w:r>
            <w:r w:rsidRPr="001D458D">
              <w:rPr>
                <w:rFonts w:ascii="Times New Roman" w:eastAsia="Times New Roman" w:hAnsi="Times New Roman" w:cs="Times New Roman"/>
                <w:color w:val="000000"/>
                <w:sz w:val="20"/>
                <w:szCs w:val="20"/>
                <w:lang w:val="ru-RU"/>
              </w:rPr>
              <w:t xml:space="preserve"> века).</w:t>
            </w:r>
          </w:p>
          <w:p w:rsidR="00017B5E" w:rsidRPr="001D458D" w:rsidRDefault="005B1E35">
            <w:pPr>
              <w:autoSpaceDE w:val="0"/>
              <w:autoSpaceDN w:val="0"/>
              <w:spacing w:before="7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w:t>
            </w:r>
            <w:proofErr w:type="spellStart"/>
            <w:r w:rsidRPr="001D458D">
              <w:rPr>
                <w:rFonts w:ascii="Times New Roman" w:eastAsia="Times New Roman" w:hAnsi="Times New Roman" w:cs="Times New Roman"/>
                <w:color w:val="000000"/>
                <w:sz w:val="20"/>
                <w:szCs w:val="20"/>
              </w:rPr>
              <w:t>Обзор</w:t>
            </w:r>
            <w:proofErr w:type="spellEnd"/>
            <w:r w:rsidRPr="001D458D">
              <w:rPr>
                <w:rFonts w:ascii="Times New Roman" w:eastAsia="Times New Roman" w:hAnsi="Times New Roman" w:cs="Times New Roman"/>
                <w:color w:val="000000"/>
                <w:sz w:val="20"/>
                <w:szCs w:val="20"/>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23.09.2022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Письменный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контроль</w:t>
            </w:r>
            <w:proofErr w:type="spellEnd"/>
            <w:r w:rsidRPr="001D458D">
              <w:rPr>
                <w:rFonts w:ascii="Times New Roman" w:eastAsia="Times New Roman" w:hAnsi="Times New Roman" w:cs="Times New Roman"/>
                <w:color w:val="000000"/>
                <w:sz w:val="20"/>
                <w:szCs w:val="20"/>
              </w:rPr>
              <w:t>;</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1900" w:h="16840"/>
          <w:pgMar w:top="298" w:right="650" w:bottom="422" w:left="666" w:header="720" w:footer="720" w:gutter="0"/>
          <w:cols w:space="720" w:equalWidth="0">
            <w:col w:w="1058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576"/>
        <w:gridCol w:w="3230"/>
        <w:gridCol w:w="732"/>
        <w:gridCol w:w="1620"/>
        <w:gridCol w:w="1668"/>
        <w:gridCol w:w="1236"/>
        <w:gridCol w:w="1490"/>
      </w:tblGrid>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12.</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А.П.Сумароков</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Кокушка</w:t>
            </w:r>
            <w:proofErr w:type="spellEnd"/>
            <w:r w:rsidRPr="001D458D">
              <w:rPr>
                <w:rFonts w:ascii="Times New Roman" w:eastAsia="Times New Roman" w:hAnsi="Times New Roman" w:cs="Times New Roman"/>
                <w:color w:val="000000"/>
                <w:sz w:val="20"/>
                <w:szCs w:val="20"/>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28.09.2022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13.</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И.И.Дмитриев</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Муха</w:t>
            </w:r>
            <w:proofErr w:type="spellEnd"/>
            <w:r w:rsidRPr="001D458D">
              <w:rPr>
                <w:rFonts w:ascii="Times New Roman" w:eastAsia="Times New Roman" w:hAnsi="Times New Roman" w:cs="Times New Roman"/>
                <w:color w:val="000000"/>
                <w:sz w:val="20"/>
                <w:szCs w:val="20"/>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29.09.2022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14.</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И.А.Крылов</w:t>
            </w:r>
            <w:proofErr w:type="spellEnd"/>
            <w:r w:rsidRPr="001D458D">
              <w:rPr>
                <w:rFonts w:ascii="Times New Roman" w:eastAsia="Times New Roman" w:hAnsi="Times New Roman" w:cs="Times New Roman"/>
                <w:color w:val="000000"/>
                <w:sz w:val="20"/>
                <w:szCs w:val="20"/>
                <w:lang w:val="ru-RU"/>
              </w:rPr>
              <w:t xml:space="preserve">. Краткий рассказ о баснописце (детство,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начало литературной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деятельности)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30.09.2022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83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15.</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81"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«Ворона и Лисица», «Волк и Ягненок», «Свинья под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дубом». Осмеяние пороков— </w:t>
            </w:r>
            <w:proofErr w:type="gramStart"/>
            <w:r w:rsidRPr="001D458D">
              <w:rPr>
                <w:rFonts w:ascii="Times New Roman" w:eastAsia="Times New Roman" w:hAnsi="Times New Roman" w:cs="Times New Roman"/>
                <w:color w:val="000000"/>
                <w:sz w:val="20"/>
                <w:szCs w:val="20"/>
                <w:lang w:val="ru-RU"/>
              </w:rPr>
              <w:t>гр</w:t>
            </w:r>
            <w:proofErr w:type="gramEnd"/>
            <w:r w:rsidRPr="001D458D">
              <w:rPr>
                <w:rFonts w:ascii="Times New Roman" w:eastAsia="Times New Roman" w:hAnsi="Times New Roman" w:cs="Times New Roman"/>
                <w:color w:val="000000"/>
                <w:sz w:val="20"/>
                <w:szCs w:val="20"/>
                <w:lang w:val="ru-RU"/>
              </w:rPr>
              <w:t>убой силы, жадности, неблагодарности, хитрости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05.10.2022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16.</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81" w:lineRule="auto"/>
              <w:ind w:left="72" w:right="576"/>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«Волк на псарне»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отражение исторических событий в басне;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патриотическая позиция автора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06.10.2022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17.</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Театральный проект «Герои басен И.А. Крылова»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07.10.2022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18.</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В.А. Жуковский. Понятие о балладе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12.10.2022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19.</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В.А. Жуковский. </w:t>
            </w:r>
            <w:proofErr w:type="spellStart"/>
            <w:r w:rsidRPr="001D458D">
              <w:rPr>
                <w:rFonts w:ascii="Times New Roman" w:eastAsia="Times New Roman" w:hAnsi="Times New Roman" w:cs="Times New Roman"/>
                <w:color w:val="000000"/>
                <w:sz w:val="20"/>
                <w:szCs w:val="20"/>
                <w:lang w:val="ru-RU"/>
              </w:rPr>
              <w:t>Баллада</w:t>
            </w:r>
            <w:proofErr w:type="gramStart"/>
            <w:r w:rsidRPr="001D458D">
              <w:rPr>
                <w:rFonts w:ascii="Times New Roman" w:eastAsia="Times New Roman" w:hAnsi="Times New Roman" w:cs="Times New Roman"/>
                <w:color w:val="000000"/>
                <w:sz w:val="20"/>
                <w:szCs w:val="20"/>
                <w:lang w:val="ru-RU"/>
              </w:rPr>
              <w:t>«С</w:t>
            </w:r>
            <w:proofErr w:type="gramEnd"/>
            <w:r w:rsidRPr="001D458D">
              <w:rPr>
                <w:rFonts w:ascii="Times New Roman" w:eastAsia="Times New Roman" w:hAnsi="Times New Roman" w:cs="Times New Roman"/>
                <w:color w:val="000000"/>
                <w:sz w:val="20"/>
                <w:szCs w:val="20"/>
                <w:lang w:val="ru-RU"/>
              </w:rPr>
              <w:t>пящая</w:t>
            </w:r>
            <w:proofErr w:type="spellEnd"/>
            <w:r w:rsidRPr="001D458D">
              <w:rPr>
                <w:rFonts w:ascii="Times New Roman" w:eastAsia="Times New Roman" w:hAnsi="Times New Roman" w:cs="Times New Roman"/>
                <w:color w:val="000000"/>
                <w:sz w:val="20"/>
                <w:szCs w:val="20"/>
                <w:lang w:val="ru-RU"/>
              </w:rPr>
              <w:t xml:space="preserve"> царевна»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13.10.2022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20.</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В.А. Жуковский. </w:t>
            </w:r>
            <w:proofErr w:type="spellStart"/>
            <w:r w:rsidRPr="001D458D">
              <w:rPr>
                <w:rFonts w:ascii="Times New Roman" w:eastAsia="Times New Roman" w:hAnsi="Times New Roman" w:cs="Times New Roman"/>
                <w:color w:val="000000"/>
                <w:sz w:val="20"/>
                <w:szCs w:val="20"/>
                <w:lang w:val="ru-RU"/>
              </w:rPr>
              <w:t>Баллада</w:t>
            </w:r>
            <w:proofErr w:type="gramStart"/>
            <w:r w:rsidRPr="001D458D">
              <w:rPr>
                <w:rFonts w:ascii="Times New Roman" w:eastAsia="Times New Roman" w:hAnsi="Times New Roman" w:cs="Times New Roman"/>
                <w:color w:val="000000"/>
                <w:sz w:val="20"/>
                <w:szCs w:val="20"/>
                <w:lang w:val="ru-RU"/>
              </w:rPr>
              <w:t>«С</w:t>
            </w:r>
            <w:proofErr w:type="gramEnd"/>
            <w:r w:rsidRPr="001D458D">
              <w:rPr>
                <w:rFonts w:ascii="Times New Roman" w:eastAsia="Times New Roman" w:hAnsi="Times New Roman" w:cs="Times New Roman"/>
                <w:color w:val="000000"/>
                <w:sz w:val="20"/>
                <w:szCs w:val="20"/>
                <w:lang w:val="ru-RU"/>
              </w:rPr>
              <w:t>пящая</w:t>
            </w:r>
            <w:proofErr w:type="spellEnd"/>
            <w:r w:rsidRPr="001D458D">
              <w:rPr>
                <w:rFonts w:ascii="Times New Roman" w:eastAsia="Times New Roman" w:hAnsi="Times New Roman" w:cs="Times New Roman"/>
                <w:color w:val="000000"/>
                <w:sz w:val="20"/>
                <w:szCs w:val="20"/>
                <w:lang w:val="ru-RU"/>
              </w:rPr>
              <w:t xml:space="preserve"> царевна»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14.10.2022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21.</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В.А. Жуковский. </w:t>
            </w:r>
            <w:proofErr w:type="spellStart"/>
            <w:r w:rsidRPr="001D458D">
              <w:rPr>
                <w:rFonts w:ascii="Times New Roman" w:eastAsia="Times New Roman" w:hAnsi="Times New Roman" w:cs="Times New Roman"/>
                <w:color w:val="000000"/>
                <w:sz w:val="20"/>
                <w:szCs w:val="20"/>
                <w:lang w:val="ru-RU"/>
              </w:rPr>
              <w:t>Баллад</w:t>
            </w:r>
            <w:proofErr w:type="gramStart"/>
            <w:r w:rsidRPr="001D458D">
              <w:rPr>
                <w:rFonts w:ascii="Times New Roman" w:eastAsia="Times New Roman" w:hAnsi="Times New Roman" w:cs="Times New Roman"/>
                <w:color w:val="000000"/>
                <w:sz w:val="20"/>
                <w:szCs w:val="20"/>
                <w:lang w:val="ru-RU"/>
              </w:rPr>
              <w:t>а«</w:t>
            </w:r>
            <w:proofErr w:type="gramEnd"/>
            <w:r w:rsidRPr="001D458D">
              <w:rPr>
                <w:rFonts w:ascii="Times New Roman" w:eastAsia="Times New Roman" w:hAnsi="Times New Roman" w:cs="Times New Roman"/>
                <w:color w:val="000000"/>
                <w:sz w:val="20"/>
                <w:szCs w:val="20"/>
                <w:lang w:val="ru-RU"/>
              </w:rPr>
              <w:t>Кубок</w:t>
            </w:r>
            <w:proofErr w:type="spellEnd"/>
            <w:r w:rsidRPr="001D458D">
              <w:rPr>
                <w:rFonts w:ascii="Times New Roman" w:eastAsia="Times New Roman" w:hAnsi="Times New Roman" w:cs="Times New Roman"/>
                <w:color w:val="000000"/>
                <w:sz w:val="20"/>
                <w:szCs w:val="20"/>
                <w:lang w:val="ru-RU"/>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19.10.2022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right="576"/>
              <w:jc w:val="center"/>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22.</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71" w:lineRule="auto"/>
              <w:ind w:left="72" w:right="144"/>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А.С.Пушкин</w:t>
            </w:r>
            <w:proofErr w:type="spellEnd"/>
            <w:r w:rsidRPr="001D458D">
              <w:rPr>
                <w:rFonts w:ascii="Times New Roman" w:eastAsia="Times New Roman" w:hAnsi="Times New Roman" w:cs="Times New Roman"/>
                <w:color w:val="000000"/>
                <w:sz w:val="20"/>
                <w:szCs w:val="20"/>
                <w:lang w:val="ru-RU"/>
              </w:rPr>
              <w:t xml:space="preserve">. Биография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писателя. Отрывок из </w:t>
            </w:r>
            <w:proofErr w:type="spellStart"/>
            <w:r w:rsidRPr="001D458D">
              <w:rPr>
                <w:rFonts w:ascii="Times New Roman" w:eastAsia="Times New Roman" w:hAnsi="Times New Roman" w:cs="Times New Roman"/>
                <w:color w:val="000000"/>
                <w:sz w:val="20"/>
                <w:szCs w:val="20"/>
                <w:lang w:val="ru-RU"/>
              </w:rPr>
              <w:t>поэмы</w:t>
            </w:r>
            <w:proofErr w:type="gramStart"/>
            <w:r w:rsidRPr="001D458D">
              <w:rPr>
                <w:rFonts w:ascii="Times New Roman" w:eastAsia="Times New Roman" w:hAnsi="Times New Roman" w:cs="Times New Roman"/>
                <w:color w:val="000000"/>
                <w:sz w:val="20"/>
                <w:szCs w:val="20"/>
                <w:lang w:val="ru-RU"/>
              </w:rPr>
              <w:t>«Р</w:t>
            </w:r>
            <w:proofErr w:type="gramEnd"/>
            <w:r w:rsidRPr="001D458D">
              <w:rPr>
                <w:rFonts w:ascii="Times New Roman" w:eastAsia="Times New Roman" w:hAnsi="Times New Roman" w:cs="Times New Roman"/>
                <w:color w:val="000000"/>
                <w:sz w:val="20"/>
                <w:szCs w:val="20"/>
                <w:lang w:val="ru-RU"/>
              </w:rPr>
              <w:t>услан</w:t>
            </w:r>
            <w:proofErr w:type="spellEnd"/>
            <w:r w:rsidRPr="001D458D">
              <w:rPr>
                <w:rFonts w:ascii="Times New Roman" w:eastAsia="Times New Roman" w:hAnsi="Times New Roman" w:cs="Times New Roman"/>
                <w:color w:val="000000"/>
                <w:sz w:val="20"/>
                <w:szCs w:val="20"/>
                <w:lang w:val="ru-RU"/>
              </w:rPr>
              <w:t xml:space="preserve"> и Людмила»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20.10.2022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right="576"/>
              <w:jc w:val="center"/>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23.</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144"/>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А.С.Пушкин</w:t>
            </w:r>
            <w:proofErr w:type="spellEnd"/>
            <w:r w:rsidRPr="001D458D">
              <w:rPr>
                <w:rFonts w:ascii="Times New Roman" w:eastAsia="Times New Roman" w:hAnsi="Times New Roman" w:cs="Times New Roman"/>
                <w:color w:val="000000"/>
                <w:sz w:val="20"/>
                <w:szCs w:val="20"/>
                <w:lang w:val="ru-RU"/>
              </w:rPr>
              <w:t>. «У лукоморья дуб зелёный…»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21.10.2022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24.</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288"/>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А.С.Пушкин</w:t>
            </w:r>
            <w:proofErr w:type="spellEnd"/>
            <w:r w:rsidRPr="001D458D">
              <w:rPr>
                <w:rFonts w:ascii="Times New Roman" w:eastAsia="Times New Roman" w:hAnsi="Times New Roman" w:cs="Times New Roman"/>
                <w:color w:val="000000"/>
                <w:sz w:val="20"/>
                <w:szCs w:val="20"/>
                <w:lang w:val="ru-RU"/>
              </w:rPr>
              <w:t xml:space="preserve">. «Сказка 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мёртвой царевне и о семи богатырях» и другие сказки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02.11.2022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48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25.</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288"/>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А.С.Пушкин</w:t>
            </w:r>
            <w:proofErr w:type="spellEnd"/>
            <w:r w:rsidRPr="001D458D">
              <w:rPr>
                <w:rFonts w:ascii="Times New Roman" w:eastAsia="Times New Roman" w:hAnsi="Times New Roman" w:cs="Times New Roman"/>
                <w:color w:val="000000"/>
                <w:sz w:val="20"/>
                <w:szCs w:val="20"/>
                <w:lang w:val="ru-RU"/>
              </w:rPr>
              <w:t xml:space="preserve">. «Сказка 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мёртвой царевне и о семи богатырях» и другие сказки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03.11.2022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Письменный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контроль</w:t>
            </w:r>
            <w:proofErr w:type="spellEnd"/>
            <w:r w:rsidRPr="001D458D">
              <w:rPr>
                <w:rFonts w:ascii="Times New Roman" w:eastAsia="Times New Roman" w:hAnsi="Times New Roman" w:cs="Times New Roman"/>
                <w:color w:val="000000"/>
                <w:sz w:val="20"/>
                <w:szCs w:val="20"/>
              </w:rPr>
              <w:t>;</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1900" w:h="16840"/>
          <w:pgMar w:top="284" w:right="650" w:bottom="316" w:left="666" w:header="720" w:footer="720" w:gutter="0"/>
          <w:cols w:space="720" w:equalWidth="0">
            <w:col w:w="1058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576"/>
        <w:gridCol w:w="3230"/>
        <w:gridCol w:w="732"/>
        <w:gridCol w:w="1620"/>
        <w:gridCol w:w="1668"/>
        <w:gridCol w:w="1236"/>
        <w:gridCol w:w="1490"/>
      </w:tblGrid>
      <w:tr w:rsidR="00017B5E" w:rsidRPr="001D458D">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26.</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Сравнительный анализ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сказки Жуковского «Спящая царевна» и Пушкина «Сказка о мёртвой царевне 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04.11.2022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27.</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Внеклассное чтение. Уроки сказок Пушкина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09.11.2022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28.</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Рифма</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Способы</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рифмовки</w:t>
            </w:r>
            <w:proofErr w:type="spellEnd"/>
            <w:r w:rsidRPr="001D458D">
              <w:rPr>
                <w:rFonts w:ascii="Times New Roman" w:eastAsia="Times New Roman" w:hAnsi="Times New Roman" w:cs="Times New Roman"/>
                <w:color w:val="000000"/>
                <w:sz w:val="20"/>
                <w:szCs w:val="20"/>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10.11.2022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29.</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86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Ритм. Стихотворная и прозаическая речь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11.11.2022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21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30.</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jc w:val="center"/>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Русская литературная сказка.</w:t>
            </w:r>
          </w:p>
          <w:p w:rsidR="00017B5E" w:rsidRPr="001D458D" w:rsidRDefault="005B1E35">
            <w:pPr>
              <w:autoSpaceDE w:val="0"/>
              <w:autoSpaceDN w:val="0"/>
              <w:spacing w:before="70" w:after="0" w:line="281" w:lineRule="auto"/>
              <w:ind w:left="72" w:right="288"/>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 xml:space="preserve">Понятие о литературной сказке. Антоний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Погорельский. «Чёрная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курица, или Подземные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жители»</w:t>
            </w:r>
            <w:proofErr w:type="gramStart"/>
            <w:r w:rsidRPr="001D458D">
              <w:rPr>
                <w:rFonts w:ascii="Times New Roman" w:eastAsia="Times New Roman" w:hAnsi="Times New Roman" w:cs="Times New Roman"/>
                <w:color w:val="000000"/>
                <w:sz w:val="20"/>
                <w:szCs w:val="20"/>
                <w:lang w:val="ru-RU"/>
              </w:rPr>
              <w:t xml:space="preserve"> .</w:t>
            </w:r>
            <w:proofErr w:type="gramEnd"/>
            <w:r w:rsidRPr="001D458D">
              <w:rPr>
                <w:rFonts w:ascii="Times New Roman" w:eastAsia="Times New Roman" w:hAnsi="Times New Roman" w:cs="Times New Roman"/>
                <w:color w:val="000000"/>
                <w:sz w:val="20"/>
                <w:szCs w:val="20"/>
                <w:lang w:val="ru-RU"/>
              </w:rPr>
              <w:t xml:space="preserve"> </w:t>
            </w:r>
            <w:proofErr w:type="spellStart"/>
            <w:r w:rsidRPr="001D458D">
              <w:rPr>
                <w:rFonts w:ascii="Times New Roman" w:eastAsia="Times New Roman" w:hAnsi="Times New Roman" w:cs="Times New Roman"/>
                <w:color w:val="000000"/>
                <w:sz w:val="20"/>
                <w:szCs w:val="20"/>
              </w:rPr>
              <w:t>Чтение</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по</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ролям</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16.11.2022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21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31.</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jc w:val="center"/>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Русская литературная сказка.</w:t>
            </w:r>
          </w:p>
          <w:p w:rsidR="00017B5E" w:rsidRPr="001D458D" w:rsidRDefault="005B1E35">
            <w:pPr>
              <w:autoSpaceDE w:val="0"/>
              <w:autoSpaceDN w:val="0"/>
              <w:spacing w:before="70" w:after="0" w:line="281" w:lineRule="auto"/>
              <w:ind w:left="72" w:right="288"/>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 xml:space="preserve">Понятие о литературной сказке. Антоний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Погорельский. «Чёрная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курица, или Подземные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жители»</w:t>
            </w:r>
            <w:proofErr w:type="gramStart"/>
            <w:r w:rsidRPr="001D458D">
              <w:rPr>
                <w:rFonts w:ascii="Times New Roman" w:eastAsia="Times New Roman" w:hAnsi="Times New Roman" w:cs="Times New Roman"/>
                <w:color w:val="000000"/>
                <w:sz w:val="20"/>
                <w:szCs w:val="20"/>
                <w:lang w:val="ru-RU"/>
              </w:rPr>
              <w:t xml:space="preserve"> .</w:t>
            </w:r>
            <w:proofErr w:type="gramEnd"/>
            <w:r w:rsidRPr="001D458D">
              <w:rPr>
                <w:rFonts w:ascii="Times New Roman" w:eastAsia="Times New Roman" w:hAnsi="Times New Roman" w:cs="Times New Roman"/>
                <w:color w:val="000000"/>
                <w:sz w:val="20"/>
                <w:szCs w:val="20"/>
                <w:lang w:val="ru-RU"/>
              </w:rPr>
              <w:t xml:space="preserve"> </w:t>
            </w:r>
            <w:proofErr w:type="spellStart"/>
            <w:r w:rsidRPr="001D458D">
              <w:rPr>
                <w:rFonts w:ascii="Times New Roman" w:eastAsia="Times New Roman" w:hAnsi="Times New Roman" w:cs="Times New Roman"/>
                <w:color w:val="000000"/>
                <w:sz w:val="20"/>
                <w:szCs w:val="20"/>
              </w:rPr>
              <w:t>Чтение</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по</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ролям</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17.11.2022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21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32.</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jc w:val="center"/>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Русская литературная сказка.</w:t>
            </w:r>
          </w:p>
          <w:p w:rsidR="00017B5E" w:rsidRPr="001D458D" w:rsidRDefault="005B1E35">
            <w:pPr>
              <w:autoSpaceDE w:val="0"/>
              <w:autoSpaceDN w:val="0"/>
              <w:spacing w:before="70" w:after="0" w:line="281" w:lineRule="auto"/>
              <w:ind w:left="72" w:right="288"/>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 xml:space="preserve">Понятие о литературной сказке. Антоний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Погорельский. «Чёрная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курица, или Подземные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жители»</w:t>
            </w:r>
            <w:proofErr w:type="gramStart"/>
            <w:r w:rsidRPr="001D458D">
              <w:rPr>
                <w:rFonts w:ascii="Times New Roman" w:eastAsia="Times New Roman" w:hAnsi="Times New Roman" w:cs="Times New Roman"/>
                <w:color w:val="000000"/>
                <w:sz w:val="20"/>
                <w:szCs w:val="20"/>
                <w:lang w:val="ru-RU"/>
              </w:rPr>
              <w:t xml:space="preserve"> .</w:t>
            </w:r>
            <w:proofErr w:type="gramEnd"/>
            <w:r w:rsidRPr="001D458D">
              <w:rPr>
                <w:rFonts w:ascii="Times New Roman" w:eastAsia="Times New Roman" w:hAnsi="Times New Roman" w:cs="Times New Roman"/>
                <w:color w:val="000000"/>
                <w:sz w:val="20"/>
                <w:szCs w:val="20"/>
                <w:lang w:val="ru-RU"/>
              </w:rPr>
              <w:t xml:space="preserve"> </w:t>
            </w:r>
            <w:proofErr w:type="spellStart"/>
            <w:r w:rsidRPr="001D458D">
              <w:rPr>
                <w:rFonts w:ascii="Times New Roman" w:eastAsia="Times New Roman" w:hAnsi="Times New Roman" w:cs="Times New Roman"/>
                <w:color w:val="000000"/>
                <w:sz w:val="20"/>
                <w:szCs w:val="20"/>
              </w:rPr>
              <w:t>Чтение</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по</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ролям</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18.11.2022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33.</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М.Ю. Лермонтов.</w:t>
            </w:r>
          </w:p>
          <w:p w:rsidR="00017B5E" w:rsidRPr="001D458D" w:rsidRDefault="005B1E35">
            <w:pPr>
              <w:autoSpaceDE w:val="0"/>
              <w:autoSpaceDN w:val="0"/>
              <w:spacing w:before="72" w:after="0" w:line="262"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«Бородино». Патриотический пафос стихотворения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23.11.2022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34.</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М.Ю. Лермонтов.</w:t>
            </w:r>
          </w:p>
          <w:p w:rsidR="00017B5E" w:rsidRPr="001D458D" w:rsidRDefault="005B1E35">
            <w:pPr>
              <w:autoSpaceDE w:val="0"/>
              <w:autoSpaceDN w:val="0"/>
              <w:spacing w:before="70" w:after="0" w:line="262"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«Бородино». Патриотический пафос стихотворения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24.11.2022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35.</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Практическая работа по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стихотворению </w:t>
            </w:r>
            <w:proofErr w:type="spellStart"/>
            <w:r w:rsidRPr="001D458D">
              <w:rPr>
                <w:rFonts w:ascii="Times New Roman" w:eastAsia="Times New Roman" w:hAnsi="Times New Roman" w:cs="Times New Roman"/>
                <w:color w:val="000000"/>
                <w:sz w:val="20"/>
                <w:szCs w:val="20"/>
                <w:lang w:val="ru-RU"/>
              </w:rPr>
              <w:t>Лермонтов</w:t>
            </w:r>
            <w:proofErr w:type="gramStart"/>
            <w:r w:rsidRPr="001D458D">
              <w:rPr>
                <w:rFonts w:ascii="Times New Roman" w:eastAsia="Times New Roman" w:hAnsi="Times New Roman" w:cs="Times New Roman"/>
                <w:color w:val="000000"/>
                <w:sz w:val="20"/>
                <w:szCs w:val="20"/>
                <w:lang w:val="ru-RU"/>
              </w:rPr>
              <w:t>а«</w:t>
            </w:r>
            <w:proofErr w:type="gramEnd"/>
            <w:r w:rsidRPr="001D458D">
              <w:rPr>
                <w:rFonts w:ascii="Times New Roman" w:eastAsia="Times New Roman" w:hAnsi="Times New Roman" w:cs="Times New Roman"/>
                <w:color w:val="000000"/>
                <w:sz w:val="20"/>
                <w:szCs w:val="20"/>
                <w:lang w:val="ru-RU"/>
              </w:rPr>
              <w:t>Бородино</w:t>
            </w:r>
            <w:proofErr w:type="spellEnd"/>
            <w:r w:rsidRPr="001D458D">
              <w:rPr>
                <w:rFonts w:ascii="Times New Roman" w:eastAsia="Times New Roman" w:hAnsi="Times New Roman" w:cs="Times New Roman"/>
                <w:color w:val="000000"/>
                <w:sz w:val="20"/>
                <w:szCs w:val="20"/>
                <w:lang w:val="ru-RU"/>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25.11.2022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tabs>
                <w:tab w:val="left" w:pos="156"/>
              </w:tabs>
              <w:autoSpaceDE w:val="0"/>
              <w:autoSpaceDN w:val="0"/>
              <w:spacing w:before="98" w:after="0" w:line="262" w:lineRule="auto"/>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Письменный</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tab/>
            </w:r>
            <w:proofErr w:type="spellStart"/>
            <w:r w:rsidRPr="001D458D">
              <w:rPr>
                <w:rFonts w:ascii="Times New Roman" w:eastAsia="Times New Roman" w:hAnsi="Times New Roman" w:cs="Times New Roman"/>
                <w:color w:val="000000"/>
                <w:sz w:val="20"/>
                <w:szCs w:val="20"/>
              </w:rPr>
              <w:t>контроль</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36.</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432"/>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 xml:space="preserve">Н.В. Гоголь. Биография писателя. </w:t>
            </w:r>
            <w:r w:rsidRPr="001D458D">
              <w:rPr>
                <w:rFonts w:ascii="Times New Roman" w:eastAsia="Times New Roman" w:hAnsi="Times New Roman" w:cs="Times New Roman"/>
                <w:color w:val="000000"/>
                <w:sz w:val="20"/>
                <w:szCs w:val="20"/>
              </w:rPr>
              <w:t>«</w:t>
            </w:r>
            <w:proofErr w:type="spellStart"/>
            <w:r w:rsidRPr="001D458D">
              <w:rPr>
                <w:rFonts w:ascii="Times New Roman" w:eastAsia="Times New Roman" w:hAnsi="Times New Roman" w:cs="Times New Roman"/>
                <w:color w:val="000000"/>
                <w:sz w:val="20"/>
                <w:szCs w:val="20"/>
              </w:rPr>
              <w:t>Заколдованное</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место</w:t>
            </w:r>
            <w:proofErr w:type="spellEnd"/>
            <w:r w:rsidRPr="001D458D">
              <w:rPr>
                <w:rFonts w:ascii="Times New Roman" w:eastAsia="Times New Roman" w:hAnsi="Times New Roman" w:cs="Times New Roman"/>
                <w:color w:val="000000"/>
                <w:sz w:val="20"/>
                <w:szCs w:val="20"/>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30.11.2022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1900" w:h="16840"/>
          <w:pgMar w:top="284" w:right="650" w:bottom="550" w:left="666" w:header="720" w:footer="720" w:gutter="0"/>
          <w:cols w:space="720" w:equalWidth="0">
            <w:col w:w="1058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576"/>
        <w:gridCol w:w="3230"/>
        <w:gridCol w:w="732"/>
        <w:gridCol w:w="1620"/>
        <w:gridCol w:w="1668"/>
        <w:gridCol w:w="1236"/>
        <w:gridCol w:w="1490"/>
      </w:tblGrid>
      <w:tr w:rsidR="00017B5E" w:rsidRPr="001D458D">
        <w:trPr>
          <w:trHeight w:hRule="exact" w:val="28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37.</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86"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Поэтизация народной жизни, народных преданий,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сочетание светлого 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мрачного, комического 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лирического, реального 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фантастического в повести Н.В. Гоголя «Заколдованное место»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01.12.2022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38.</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Внеклассное чтение. Н.В. Гоголь «Ночь перед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Рождеством»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02.12.2022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39.</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 Проект Фантастические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картины «Вечеров на хуторе близ Диканьки» в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иллюстрациях</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07.12.2022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40.</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144"/>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 xml:space="preserve">Н.А. Некрасов. «Мороз,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красный нос». </w:t>
            </w:r>
            <w:proofErr w:type="spellStart"/>
            <w:r w:rsidRPr="001D458D">
              <w:rPr>
                <w:rFonts w:ascii="Times New Roman" w:eastAsia="Times New Roman" w:hAnsi="Times New Roman" w:cs="Times New Roman"/>
                <w:color w:val="000000"/>
                <w:sz w:val="20"/>
                <w:szCs w:val="20"/>
              </w:rPr>
              <w:t>Изображение</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судьбы</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русской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женщины</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08.12.2022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41.</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Н.А. Некрасов.</w:t>
            </w:r>
          </w:p>
          <w:p w:rsidR="00017B5E" w:rsidRPr="001D458D" w:rsidRDefault="005B1E35">
            <w:pPr>
              <w:autoSpaceDE w:val="0"/>
              <w:autoSpaceDN w:val="0"/>
              <w:spacing w:before="70"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«Крестьянские дети»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09.12.2022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42.</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jc w:val="center"/>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Промежуточный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мониторинг</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14.12.2022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Контрольная</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работа</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43.</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И.С. Тургенев. «Муму». Реальная основа рассказа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15.12.2022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50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44.</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И.С. Тургенев. «Муму».</w:t>
            </w:r>
          </w:p>
          <w:p w:rsidR="00017B5E" w:rsidRPr="001D458D" w:rsidRDefault="005B1E35">
            <w:pPr>
              <w:autoSpaceDE w:val="0"/>
              <w:autoSpaceDN w:val="0"/>
              <w:spacing w:before="70" w:after="0" w:line="271"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Развитие представлений 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литературном герое, портрете и пейзаже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16.12.2022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351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45.</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И.С.Тургенев</w:t>
            </w:r>
            <w:proofErr w:type="spellEnd"/>
            <w:r w:rsidRPr="001D458D">
              <w:rPr>
                <w:rFonts w:ascii="Times New Roman" w:eastAsia="Times New Roman" w:hAnsi="Times New Roman" w:cs="Times New Roman"/>
                <w:color w:val="000000"/>
                <w:sz w:val="20"/>
                <w:szCs w:val="20"/>
                <w:lang w:val="ru-RU"/>
              </w:rPr>
              <w:t xml:space="preserve"> «Муму».</w:t>
            </w:r>
          </w:p>
          <w:p w:rsidR="00017B5E" w:rsidRPr="001D458D" w:rsidRDefault="005B1E35">
            <w:pPr>
              <w:autoSpaceDE w:val="0"/>
              <w:autoSpaceDN w:val="0"/>
              <w:spacing w:before="72" w:after="0" w:line="286"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Нравственное преображение Герасима. Немота главного героя – символ немого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протеста крепостных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Подготовка к устному рас </w:t>
            </w:r>
            <w:r w:rsidRPr="001D458D">
              <w:rPr>
                <w:rFonts w:ascii="Cambria Math" w:eastAsia="DejaVu Serif" w:hAnsi="Cambria Math" w:cs="Cambria Math"/>
                <w:color w:val="000000"/>
                <w:sz w:val="20"/>
                <w:szCs w:val="20"/>
                <w:lang w:val="ru-RU"/>
              </w:rPr>
              <w:t>‐</w:t>
            </w:r>
            <w:r w:rsidRPr="001D458D">
              <w:rPr>
                <w:rFonts w:ascii="Times New Roman" w:eastAsia="Times New Roman" w:hAnsi="Times New Roman" w:cs="Times New Roman"/>
                <w:color w:val="000000"/>
                <w:sz w:val="20"/>
                <w:szCs w:val="20"/>
                <w:lang w:val="ru-RU"/>
              </w:rPr>
              <w:t xml:space="preserve">сказу о герое по плану (с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использованием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цитирования) и его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письменная характеристика.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21.12.2022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46.</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288"/>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sz w:val="20"/>
                <w:szCs w:val="20"/>
                <w:lang w:val="ru-RU"/>
              </w:rPr>
              <w:t>Р</w:t>
            </w:r>
            <w:proofErr w:type="gramEnd"/>
            <w:r w:rsidRPr="001D458D">
              <w:rPr>
                <w:rFonts w:ascii="Times New Roman" w:eastAsia="Times New Roman" w:hAnsi="Times New Roman" w:cs="Times New Roman"/>
                <w:color w:val="000000"/>
                <w:sz w:val="20"/>
                <w:szCs w:val="20"/>
                <w:lang w:val="ru-RU"/>
              </w:rPr>
              <w:t xml:space="preserve">/Р Сочинение -отзыв о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прочитанном произведении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22.12.2022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1900" w:h="16840"/>
          <w:pgMar w:top="284" w:right="650" w:bottom="628" w:left="666" w:header="720" w:footer="720" w:gutter="0"/>
          <w:cols w:space="720" w:equalWidth="0">
            <w:col w:w="1058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576"/>
        <w:gridCol w:w="3230"/>
        <w:gridCol w:w="732"/>
        <w:gridCol w:w="1620"/>
        <w:gridCol w:w="1668"/>
        <w:gridCol w:w="1236"/>
        <w:gridCol w:w="1490"/>
      </w:tblGrid>
      <w:tr w:rsidR="00017B5E" w:rsidRPr="001D458D">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47.</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144"/>
              <w:rPr>
                <w:rFonts w:ascii="Times New Roman" w:hAnsi="Times New Roman" w:cs="Times New Roman"/>
                <w:sz w:val="20"/>
                <w:szCs w:val="20"/>
              </w:rPr>
            </w:pPr>
            <w:bookmarkStart w:id="0" w:name="_GoBack"/>
            <w:r w:rsidRPr="001D458D">
              <w:rPr>
                <w:rFonts w:ascii="Times New Roman" w:eastAsia="Times New Roman" w:hAnsi="Times New Roman" w:cs="Times New Roman"/>
                <w:color w:val="000000"/>
                <w:sz w:val="20"/>
                <w:szCs w:val="20"/>
                <w:lang w:val="ru-RU"/>
              </w:rPr>
              <w:t xml:space="preserve">А.А. Фет. В художественном мире поэта. </w:t>
            </w:r>
            <w:r w:rsidRPr="001D458D">
              <w:rPr>
                <w:rFonts w:ascii="Times New Roman" w:eastAsia="Times New Roman" w:hAnsi="Times New Roman" w:cs="Times New Roman"/>
                <w:color w:val="000000"/>
                <w:sz w:val="20"/>
                <w:szCs w:val="20"/>
              </w:rPr>
              <w:t>«</w:t>
            </w:r>
            <w:proofErr w:type="spellStart"/>
            <w:r w:rsidRPr="001D458D">
              <w:rPr>
                <w:rFonts w:ascii="Times New Roman" w:eastAsia="Times New Roman" w:hAnsi="Times New Roman" w:cs="Times New Roman"/>
                <w:color w:val="000000"/>
                <w:sz w:val="20"/>
                <w:szCs w:val="20"/>
              </w:rPr>
              <w:t>Весенний</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дождь</w:t>
            </w:r>
            <w:proofErr w:type="spellEnd"/>
            <w:r w:rsidRPr="001D458D">
              <w:rPr>
                <w:rFonts w:ascii="Times New Roman" w:eastAsia="Times New Roman" w:hAnsi="Times New Roman" w:cs="Times New Roman"/>
                <w:color w:val="000000"/>
                <w:sz w:val="20"/>
                <w:szCs w:val="20"/>
              </w:rPr>
              <w:t>»</w:t>
            </w:r>
            <w:bookmarkEnd w:id="0"/>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23.12.2022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48.</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Л.Н. Толстой. «Кавказский пленник». Бессмысленность и жестокость национальной вражды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28.12.2022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49.</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288"/>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 xml:space="preserve">Л.Н. Толстой. «Кавказский пленник». </w:t>
            </w:r>
            <w:proofErr w:type="spellStart"/>
            <w:r w:rsidRPr="001D458D">
              <w:rPr>
                <w:rFonts w:ascii="Times New Roman" w:eastAsia="Times New Roman" w:hAnsi="Times New Roman" w:cs="Times New Roman"/>
                <w:color w:val="000000"/>
                <w:sz w:val="20"/>
                <w:szCs w:val="20"/>
              </w:rPr>
              <w:t>Жилин</w:t>
            </w:r>
            <w:proofErr w:type="spellEnd"/>
            <w:r w:rsidRPr="001D458D">
              <w:rPr>
                <w:rFonts w:ascii="Times New Roman" w:eastAsia="Times New Roman" w:hAnsi="Times New Roman" w:cs="Times New Roman"/>
                <w:color w:val="000000"/>
                <w:sz w:val="20"/>
                <w:szCs w:val="20"/>
              </w:rPr>
              <w:t xml:space="preserve"> и </w:t>
            </w:r>
            <w:proofErr w:type="spellStart"/>
            <w:r w:rsidRPr="001D458D">
              <w:rPr>
                <w:rFonts w:ascii="Times New Roman" w:eastAsia="Times New Roman" w:hAnsi="Times New Roman" w:cs="Times New Roman"/>
                <w:color w:val="000000"/>
                <w:sz w:val="20"/>
                <w:szCs w:val="20"/>
              </w:rPr>
              <w:t>Дина</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29.12.2022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50.</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Жилин и </w:t>
            </w:r>
            <w:proofErr w:type="spellStart"/>
            <w:r w:rsidRPr="001D458D">
              <w:rPr>
                <w:rFonts w:ascii="Times New Roman" w:eastAsia="Times New Roman" w:hAnsi="Times New Roman" w:cs="Times New Roman"/>
                <w:color w:val="000000"/>
                <w:sz w:val="20"/>
                <w:szCs w:val="20"/>
                <w:lang w:val="ru-RU"/>
              </w:rPr>
              <w:t>Костылин</w:t>
            </w:r>
            <w:proofErr w:type="spellEnd"/>
            <w:r w:rsidRPr="001D458D">
              <w:rPr>
                <w:rFonts w:ascii="Times New Roman" w:eastAsia="Times New Roman" w:hAnsi="Times New Roman" w:cs="Times New Roman"/>
                <w:color w:val="000000"/>
                <w:sz w:val="20"/>
                <w:szCs w:val="20"/>
                <w:lang w:val="ru-RU"/>
              </w:rPr>
              <w:t xml:space="preserve"> – два характера, две судьбы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30.12.2022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51.</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Сочинение</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11.01.2023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Письменный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контроль</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21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52.</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81" w:lineRule="auto"/>
              <w:ind w:left="72" w:right="144"/>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А.П.Чехов</w:t>
            </w:r>
            <w:proofErr w:type="spellEnd"/>
            <w:r w:rsidRPr="001D458D">
              <w:rPr>
                <w:rFonts w:ascii="Times New Roman" w:eastAsia="Times New Roman" w:hAnsi="Times New Roman" w:cs="Times New Roman"/>
                <w:color w:val="000000"/>
                <w:sz w:val="20"/>
                <w:szCs w:val="20"/>
                <w:lang w:val="ru-RU"/>
              </w:rPr>
              <w:t xml:space="preserve">. Юмористические рассказы. «Хирургия» 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другие рассказы. Развитие понятия о юморе. Понятие о речевой характеристике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персонажей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12.01.2023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21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53.</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81" w:lineRule="auto"/>
              <w:ind w:left="72" w:right="144"/>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А.П.Чехов</w:t>
            </w:r>
            <w:proofErr w:type="spellEnd"/>
            <w:r w:rsidRPr="001D458D">
              <w:rPr>
                <w:rFonts w:ascii="Times New Roman" w:eastAsia="Times New Roman" w:hAnsi="Times New Roman" w:cs="Times New Roman"/>
                <w:color w:val="000000"/>
                <w:sz w:val="20"/>
                <w:szCs w:val="20"/>
                <w:lang w:val="ru-RU"/>
              </w:rPr>
              <w:t xml:space="preserve">. Юмористические рассказы. «Хирургия» 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другие рассказы. Развитие понятия о юморе. Понятие о речевой характеристике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персонажей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13.01.2023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0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54.</w:t>
            </w:r>
          </w:p>
        </w:tc>
        <w:tc>
          <w:tcPr>
            <w:tcW w:w="323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144"/>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А.П.Чехов</w:t>
            </w:r>
            <w:proofErr w:type="spellEnd"/>
            <w:r w:rsidRPr="001D458D">
              <w:rPr>
                <w:rFonts w:ascii="Times New Roman" w:eastAsia="Times New Roman" w:hAnsi="Times New Roman" w:cs="Times New Roman"/>
                <w:color w:val="000000"/>
                <w:sz w:val="20"/>
                <w:szCs w:val="20"/>
                <w:lang w:val="ru-RU"/>
              </w:rPr>
              <w:t xml:space="preserve">. Юмористические рассказы </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18.01.2023 </w:t>
            </w:r>
          </w:p>
        </w:tc>
        <w:tc>
          <w:tcPr>
            <w:tcW w:w="149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1900" w:h="16840"/>
          <w:pgMar w:top="284" w:right="650" w:bottom="1440" w:left="666" w:header="720" w:footer="720" w:gutter="0"/>
          <w:cols w:space="720" w:equalWidth="0">
            <w:col w:w="1058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576"/>
        <w:gridCol w:w="3230"/>
        <w:gridCol w:w="732"/>
        <w:gridCol w:w="1620"/>
        <w:gridCol w:w="1668"/>
        <w:gridCol w:w="1236"/>
        <w:gridCol w:w="1490"/>
      </w:tblGrid>
      <w:tr w:rsidR="00017B5E" w:rsidRPr="001D458D">
        <w:trPr>
          <w:trHeight w:hRule="exact" w:val="486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55.</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right="432"/>
              <w:jc w:val="center"/>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Русские поэты </w:t>
            </w:r>
            <w:r w:rsidRPr="001D458D">
              <w:rPr>
                <w:rFonts w:ascii="Times New Roman" w:eastAsia="Times New Roman" w:hAnsi="Times New Roman" w:cs="Times New Roman"/>
                <w:color w:val="000000"/>
                <w:sz w:val="20"/>
                <w:szCs w:val="20"/>
              </w:rPr>
              <w:t>XIX</w:t>
            </w:r>
            <w:r w:rsidRPr="001D458D">
              <w:rPr>
                <w:rFonts w:ascii="Times New Roman" w:eastAsia="Times New Roman" w:hAnsi="Times New Roman" w:cs="Times New Roman"/>
                <w:color w:val="000000"/>
                <w:sz w:val="20"/>
                <w:szCs w:val="20"/>
                <w:lang w:val="ru-RU"/>
              </w:rPr>
              <w:t xml:space="preserve"> века о Родине и родной природе.</w:t>
            </w:r>
          </w:p>
          <w:p w:rsidR="00017B5E" w:rsidRPr="001D458D" w:rsidRDefault="005B1E35">
            <w:pPr>
              <w:autoSpaceDE w:val="0"/>
              <w:autoSpaceDN w:val="0"/>
              <w:spacing w:before="70" w:after="0" w:line="281"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Ф.И. Тютчев. «Зима недаром злится…», «Как весел грохот летних бурь…», «Есть в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осени первоначальной…»</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А.В. Кольцов «В степи». А.Н. Майков «Ласточки». И.С.</w:t>
            </w:r>
          </w:p>
          <w:p w:rsidR="00017B5E" w:rsidRPr="001D458D" w:rsidRDefault="005B1E35">
            <w:pPr>
              <w:autoSpaceDE w:val="0"/>
              <w:autoSpaceDN w:val="0"/>
              <w:spacing w:before="70" w:after="0" w:line="262" w:lineRule="auto"/>
              <w:ind w:right="288"/>
              <w:jc w:val="center"/>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Никитин «Утро», «Зимняя ночь в деревне» (отрывок).</w:t>
            </w:r>
          </w:p>
          <w:p w:rsidR="00017B5E" w:rsidRPr="001D458D" w:rsidRDefault="005B1E35">
            <w:pPr>
              <w:autoSpaceDE w:val="0"/>
              <w:autoSpaceDN w:val="0"/>
              <w:spacing w:before="72" w:after="0"/>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И.З. Суриков «Зима»</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(отрывок). А.Н. </w:t>
            </w:r>
            <w:proofErr w:type="spellStart"/>
            <w:r w:rsidRPr="001D458D">
              <w:rPr>
                <w:rFonts w:ascii="Times New Roman" w:eastAsia="Times New Roman" w:hAnsi="Times New Roman" w:cs="Times New Roman"/>
                <w:color w:val="000000"/>
                <w:sz w:val="20"/>
                <w:szCs w:val="20"/>
                <w:lang w:val="ru-RU"/>
              </w:rPr>
              <w:t>Плещее</w:t>
            </w:r>
            <w:proofErr w:type="gramStart"/>
            <w:r w:rsidRPr="001D458D">
              <w:rPr>
                <w:rFonts w:ascii="Times New Roman" w:eastAsia="Times New Roman" w:hAnsi="Times New Roman" w:cs="Times New Roman"/>
                <w:color w:val="000000"/>
                <w:sz w:val="20"/>
                <w:szCs w:val="20"/>
                <w:lang w:val="ru-RU"/>
              </w:rPr>
              <w:t>в«</w:t>
            </w:r>
            <w:proofErr w:type="gramEnd"/>
            <w:r w:rsidRPr="001D458D">
              <w:rPr>
                <w:rFonts w:ascii="Times New Roman" w:eastAsia="Times New Roman" w:hAnsi="Times New Roman" w:cs="Times New Roman"/>
                <w:color w:val="000000"/>
                <w:sz w:val="20"/>
                <w:szCs w:val="20"/>
                <w:lang w:val="ru-RU"/>
              </w:rPr>
              <w:t>Весна</w:t>
            </w:r>
            <w:proofErr w:type="spellEnd"/>
            <w:r w:rsidRPr="001D458D">
              <w:rPr>
                <w:rFonts w:ascii="Times New Roman" w:eastAsia="Times New Roman" w:hAnsi="Times New Roman" w:cs="Times New Roman"/>
                <w:color w:val="000000"/>
                <w:sz w:val="20"/>
                <w:szCs w:val="20"/>
                <w:lang w:val="ru-RU"/>
              </w:rPr>
              <w:t xml:space="preserve">» (отрывок). – к.1 </w:t>
            </w:r>
            <w:proofErr w:type="spellStart"/>
            <w:r w:rsidRPr="001D458D">
              <w:rPr>
                <w:rFonts w:ascii="Times New Roman" w:eastAsia="Times New Roman" w:hAnsi="Times New Roman" w:cs="Times New Roman"/>
                <w:color w:val="000000"/>
                <w:sz w:val="20"/>
                <w:szCs w:val="20"/>
                <w:lang w:val="ru-RU"/>
              </w:rPr>
              <w:t>ч.учебника</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19.01.2023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486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56.</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right="432"/>
              <w:jc w:val="center"/>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Русские поэты </w:t>
            </w:r>
            <w:r w:rsidRPr="001D458D">
              <w:rPr>
                <w:rFonts w:ascii="Times New Roman" w:eastAsia="Times New Roman" w:hAnsi="Times New Roman" w:cs="Times New Roman"/>
                <w:color w:val="000000"/>
                <w:sz w:val="20"/>
                <w:szCs w:val="20"/>
              </w:rPr>
              <w:t>XIX</w:t>
            </w:r>
            <w:r w:rsidRPr="001D458D">
              <w:rPr>
                <w:rFonts w:ascii="Times New Roman" w:eastAsia="Times New Roman" w:hAnsi="Times New Roman" w:cs="Times New Roman"/>
                <w:color w:val="000000"/>
                <w:sz w:val="20"/>
                <w:szCs w:val="20"/>
                <w:lang w:val="ru-RU"/>
              </w:rPr>
              <w:t xml:space="preserve"> века о Родине и родной природе.</w:t>
            </w:r>
          </w:p>
          <w:p w:rsidR="00017B5E" w:rsidRPr="001D458D" w:rsidRDefault="005B1E35">
            <w:pPr>
              <w:autoSpaceDE w:val="0"/>
              <w:autoSpaceDN w:val="0"/>
              <w:spacing w:before="70" w:after="0" w:line="281"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Ф.И. Тютчев. «Зима недаром злится…», «Как весел грохот летних бурь…», «Есть в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осени первоначальной…»</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А.В. Кольцов «В степи». А.Н. Майков «Ласточки». И.С.</w:t>
            </w:r>
          </w:p>
          <w:p w:rsidR="00017B5E" w:rsidRPr="001D458D" w:rsidRDefault="005B1E35">
            <w:pPr>
              <w:autoSpaceDE w:val="0"/>
              <w:autoSpaceDN w:val="0"/>
              <w:spacing w:before="70" w:after="0" w:line="262" w:lineRule="auto"/>
              <w:ind w:right="288"/>
              <w:jc w:val="center"/>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Никитин «Утро», «Зимняя ночь в деревне» (отрывок).</w:t>
            </w:r>
          </w:p>
          <w:p w:rsidR="00017B5E" w:rsidRPr="001D458D" w:rsidRDefault="005B1E35">
            <w:pPr>
              <w:autoSpaceDE w:val="0"/>
              <w:autoSpaceDN w:val="0"/>
              <w:spacing w:before="70" w:after="0"/>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И.З. Суриков «Зима»</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(отрывок). А.Н. </w:t>
            </w:r>
            <w:proofErr w:type="spellStart"/>
            <w:r w:rsidRPr="001D458D">
              <w:rPr>
                <w:rFonts w:ascii="Times New Roman" w:eastAsia="Times New Roman" w:hAnsi="Times New Roman" w:cs="Times New Roman"/>
                <w:color w:val="000000"/>
                <w:sz w:val="20"/>
                <w:szCs w:val="20"/>
                <w:lang w:val="ru-RU"/>
              </w:rPr>
              <w:t>Плещее</w:t>
            </w:r>
            <w:proofErr w:type="gramStart"/>
            <w:r w:rsidRPr="001D458D">
              <w:rPr>
                <w:rFonts w:ascii="Times New Roman" w:eastAsia="Times New Roman" w:hAnsi="Times New Roman" w:cs="Times New Roman"/>
                <w:color w:val="000000"/>
                <w:sz w:val="20"/>
                <w:szCs w:val="20"/>
                <w:lang w:val="ru-RU"/>
              </w:rPr>
              <w:t>в«</w:t>
            </w:r>
            <w:proofErr w:type="gramEnd"/>
            <w:r w:rsidRPr="001D458D">
              <w:rPr>
                <w:rFonts w:ascii="Times New Roman" w:eastAsia="Times New Roman" w:hAnsi="Times New Roman" w:cs="Times New Roman"/>
                <w:color w:val="000000"/>
                <w:sz w:val="20"/>
                <w:szCs w:val="20"/>
                <w:lang w:val="ru-RU"/>
              </w:rPr>
              <w:t>Весна</w:t>
            </w:r>
            <w:proofErr w:type="spellEnd"/>
            <w:r w:rsidRPr="001D458D">
              <w:rPr>
                <w:rFonts w:ascii="Times New Roman" w:eastAsia="Times New Roman" w:hAnsi="Times New Roman" w:cs="Times New Roman"/>
                <w:color w:val="000000"/>
                <w:sz w:val="20"/>
                <w:szCs w:val="20"/>
                <w:lang w:val="ru-RU"/>
              </w:rPr>
              <w:t xml:space="preserve">» (отрывок). – к.1 </w:t>
            </w:r>
            <w:proofErr w:type="spellStart"/>
            <w:r w:rsidRPr="001D458D">
              <w:rPr>
                <w:rFonts w:ascii="Times New Roman" w:eastAsia="Times New Roman" w:hAnsi="Times New Roman" w:cs="Times New Roman"/>
                <w:color w:val="000000"/>
                <w:sz w:val="20"/>
                <w:szCs w:val="20"/>
                <w:lang w:val="ru-RU"/>
              </w:rPr>
              <w:t>ч.учебника</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20.01.2023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57.</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И.А. Бунин «В деревне»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25.01.2023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right="576"/>
              <w:jc w:val="center"/>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58.</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И.А. </w:t>
            </w:r>
            <w:proofErr w:type="spellStart"/>
            <w:r w:rsidRPr="001D458D">
              <w:rPr>
                <w:rFonts w:ascii="Times New Roman" w:eastAsia="Times New Roman" w:hAnsi="Times New Roman" w:cs="Times New Roman"/>
                <w:color w:val="000000"/>
                <w:sz w:val="20"/>
                <w:szCs w:val="20"/>
              </w:rPr>
              <w:t>Бунин</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Лапти</w:t>
            </w:r>
            <w:proofErr w:type="spellEnd"/>
            <w:r w:rsidRPr="001D458D">
              <w:rPr>
                <w:rFonts w:ascii="Times New Roman" w:eastAsia="Times New Roman" w:hAnsi="Times New Roman" w:cs="Times New Roman"/>
                <w:color w:val="000000"/>
                <w:sz w:val="20"/>
                <w:szCs w:val="20"/>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26.01.2023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59.</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 xml:space="preserve">В.Г. Короленко. «В дурном обществе». </w:t>
            </w:r>
            <w:proofErr w:type="spellStart"/>
            <w:r w:rsidRPr="001D458D">
              <w:rPr>
                <w:rFonts w:ascii="Times New Roman" w:eastAsia="Times New Roman" w:hAnsi="Times New Roman" w:cs="Times New Roman"/>
                <w:color w:val="000000"/>
                <w:sz w:val="20"/>
                <w:szCs w:val="20"/>
              </w:rPr>
              <w:t>Гуманистический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пафос</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произведения</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27.01.2023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60.</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ight="144"/>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 xml:space="preserve">В.Г. Короленко. «В дурном обществе». Мир детей и мир взрослых. </w:t>
            </w:r>
            <w:proofErr w:type="spellStart"/>
            <w:r w:rsidRPr="001D458D">
              <w:rPr>
                <w:rFonts w:ascii="Times New Roman" w:eastAsia="Times New Roman" w:hAnsi="Times New Roman" w:cs="Times New Roman"/>
                <w:color w:val="000000"/>
                <w:sz w:val="20"/>
                <w:szCs w:val="20"/>
              </w:rPr>
              <w:t>Контрасты</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судеб</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героев</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01.02.2023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Письменный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контроль</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48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61.</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ight="144"/>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 xml:space="preserve">В.Г. Короленко. «В дурном обществе». Мир детей и мир взрослых. </w:t>
            </w:r>
            <w:proofErr w:type="spellStart"/>
            <w:r w:rsidRPr="001D458D">
              <w:rPr>
                <w:rFonts w:ascii="Times New Roman" w:eastAsia="Times New Roman" w:hAnsi="Times New Roman" w:cs="Times New Roman"/>
                <w:color w:val="000000"/>
                <w:sz w:val="20"/>
                <w:szCs w:val="20"/>
              </w:rPr>
              <w:t>Контрасты</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судеб</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героев</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02.02.2023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1900" w:h="16840"/>
          <w:pgMar w:top="284" w:right="650" w:bottom="358" w:left="666" w:header="720" w:footer="720" w:gutter="0"/>
          <w:cols w:space="720" w:equalWidth="0">
            <w:col w:w="1058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576"/>
        <w:gridCol w:w="3230"/>
        <w:gridCol w:w="732"/>
        <w:gridCol w:w="1620"/>
        <w:gridCol w:w="1668"/>
        <w:gridCol w:w="1236"/>
        <w:gridCol w:w="1490"/>
      </w:tblGrid>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62.</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Р/Р </w:t>
            </w:r>
            <w:proofErr w:type="spellStart"/>
            <w:r w:rsidRPr="001D458D">
              <w:rPr>
                <w:rFonts w:ascii="Times New Roman" w:eastAsia="Times New Roman" w:hAnsi="Times New Roman" w:cs="Times New Roman"/>
                <w:color w:val="000000"/>
                <w:sz w:val="20"/>
                <w:szCs w:val="20"/>
              </w:rPr>
              <w:t>Сочинение</w:t>
            </w:r>
            <w:proofErr w:type="spellEnd"/>
            <w:r w:rsidRPr="001D458D">
              <w:rPr>
                <w:rFonts w:ascii="Times New Roman" w:eastAsia="Times New Roman" w:hAnsi="Times New Roman" w:cs="Times New Roman"/>
                <w:color w:val="000000"/>
                <w:sz w:val="20"/>
                <w:szCs w:val="20"/>
              </w:rPr>
              <w:t xml:space="preserve"> - </w:t>
            </w:r>
            <w:proofErr w:type="spellStart"/>
            <w:r w:rsidRPr="001D458D">
              <w:rPr>
                <w:rFonts w:ascii="Times New Roman" w:eastAsia="Times New Roman" w:hAnsi="Times New Roman" w:cs="Times New Roman"/>
                <w:color w:val="000000"/>
                <w:sz w:val="20"/>
                <w:szCs w:val="20"/>
              </w:rPr>
              <w:t>рассуждение</w:t>
            </w:r>
            <w:proofErr w:type="spellEnd"/>
            <w:r w:rsidRPr="001D458D">
              <w:rPr>
                <w:rFonts w:ascii="Times New Roman" w:eastAsia="Times New Roman" w:hAnsi="Times New Roman" w:cs="Times New Roman"/>
                <w:color w:val="000000"/>
                <w:sz w:val="20"/>
                <w:szCs w:val="20"/>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03.02.2023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63.</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288"/>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 xml:space="preserve">П.П. Бажов. «Медной горы Хозяйка». </w:t>
            </w:r>
            <w:proofErr w:type="spellStart"/>
            <w:r w:rsidRPr="001D458D">
              <w:rPr>
                <w:rFonts w:ascii="Times New Roman" w:eastAsia="Times New Roman" w:hAnsi="Times New Roman" w:cs="Times New Roman"/>
                <w:color w:val="000000"/>
                <w:sz w:val="20"/>
                <w:szCs w:val="20"/>
              </w:rPr>
              <w:t>Реальность</w:t>
            </w:r>
            <w:proofErr w:type="spellEnd"/>
            <w:r w:rsidRPr="001D458D">
              <w:rPr>
                <w:rFonts w:ascii="Times New Roman" w:eastAsia="Times New Roman" w:hAnsi="Times New Roman" w:cs="Times New Roman"/>
                <w:color w:val="000000"/>
                <w:sz w:val="20"/>
                <w:szCs w:val="20"/>
              </w:rPr>
              <w:t xml:space="preserve"> и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фантастика</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08.02.2023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385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64.</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83"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П.П. Бажов. «Медной горы Хозяйка». Честность,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добросовестность,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трудолюбие и талант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главного героя сказа</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«Медной горы Хозяйка».</w:t>
            </w:r>
          </w:p>
          <w:p w:rsidR="00017B5E" w:rsidRPr="001D458D" w:rsidRDefault="005B1E35">
            <w:pPr>
              <w:autoSpaceDE w:val="0"/>
              <w:autoSpaceDN w:val="0"/>
              <w:spacing w:before="70" w:after="0" w:line="281"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Стремление к совершенному мастерству</w:t>
            </w:r>
            <w:proofErr w:type="gramStart"/>
            <w:r w:rsidRPr="001D458D">
              <w:rPr>
                <w:rFonts w:ascii="Times New Roman" w:eastAsia="Times New Roman" w:hAnsi="Times New Roman" w:cs="Times New Roman"/>
                <w:color w:val="000000"/>
                <w:sz w:val="20"/>
                <w:szCs w:val="20"/>
                <w:lang w:val="ru-RU"/>
              </w:rPr>
              <w:t xml:space="preserve"> И</w:t>
            </w:r>
            <w:proofErr w:type="gramEnd"/>
            <w:r w:rsidRPr="001D458D">
              <w:rPr>
                <w:rFonts w:ascii="Times New Roman" w:eastAsia="Times New Roman" w:hAnsi="Times New Roman" w:cs="Times New Roman"/>
                <w:color w:val="000000"/>
                <w:sz w:val="20"/>
                <w:szCs w:val="20"/>
                <w:lang w:val="ru-RU"/>
              </w:rPr>
              <w:t>нд. проект</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«Сказы </w:t>
            </w:r>
            <w:proofErr w:type="spellStart"/>
            <w:r w:rsidRPr="001D458D">
              <w:rPr>
                <w:rFonts w:ascii="Times New Roman" w:eastAsia="Times New Roman" w:hAnsi="Times New Roman" w:cs="Times New Roman"/>
                <w:color w:val="000000"/>
                <w:sz w:val="20"/>
                <w:szCs w:val="20"/>
                <w:lang w:val="ru-RU"/>
              </w:rPr>
              <w:t>П.Бажова</w:t>
            </w:r>
            <w:proofErr w:type="spellEnd"/>
            <w:r w:rsidRPr="001D458D">
              <w:rPr>
                <w:rFonts w:ascii="Times New Roman" w:eastAsia="Times New Roman" w:hAnsi="Times New Roman" w:cs="Times New Roman"/>
                <w:color w:val="000000"/>
                <w:sz w:val="20"/>
                <w:szCs w:val="20"/>
                <w:lang w:val="ru-RU"/>
              </w:rPr>
              <w:t xml:space="preserve"> в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иллюстрациях художников Палеха»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09.02.2023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65.</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К.Г. Паустовский «Тёплый хлеб». Тема и проблема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произведения, герои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литературной сказки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10.02.2023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66.</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К.Г. Паустовский «Тёплый хлеб». Доброта 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сострадание, реальное 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фантастическое в сказке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15.02.2023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Письменный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контроль</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67.</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Внеклассное чтение. К.Г.</w:t>
            </w:r>
          </w:p>
          <w:p w:rsidR="00017B5E" w:rsidRPr="001D458D" w:rsidRDefault="005B1E35">
            <w:pPr>
              <w:autoSpaceDE w:val="0"/>
              <w:autoSpaceDN w:val="0"/>
              <w:spacing w:before="70"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Паустовский «Заячьи лапы»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16.02.2023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68.</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С.Я. Маршак «Двенадцать месяцев». Особенности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драмы как рода литературы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17.02.2023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21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69.</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81" w:lineRule="auto"/>
              <w:ind w:left="72" w:right="144"/>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 xml:space="preserve">С.Я. Маршак «Двенадцать месяцев». Положительные и отрицательные герои пьесы </w:t>
            </w:r>
            <w:proofErr w:type="gramStart"/>
            <w:r w:rsidRPr="001D458D">
              <w:rPr>
                <w:rFonts w:ascii="Times New Roman" w:eastAsia="Times New Roman" w:hAnsi="Times New Roman" w:cs="Times New Roman"/>
                <w:color w:val="000000"/>
                <w:sz w:val="20"/>
                <w:szCs w:val="20"/>
                <w:lang w:val="ru-RU"/>
              </w:rPr>
              <w:t>-с</w:t>
            </w:r>
            <w:proofErr w:type="gramEnd"/>
            <w:r w:rsidRPr="001D458D">
              <w:rPr>
                <w:rFonts w:ascii="Times New Roman" w:eastAsia="Times New Roman" w:hAnsi="Times New Roman" w:cs="Times New Roman"/>
                <w:color w:val="000000"/>
                <w:sz w:val="20"/>
                <w:szCs w:val="20"/>
                <w:lang w:val="ru-RU"/>
              </w:rPr>
              <w:t xml:space="preserve">казки. </w:t>
            </w:r>
            <w:proofErr w:type="spellStart"/>
            <w:r w:rsidRPr="001D458D">
              <w:rPr>
                <w:rFonts w:ascii="Times New Roman" w:eastAsia="Times New Roman" w:hAnsi="Times New Roman" w:cs="Times New Roman"/>
                <w:color w:val="000000"/>
                <w:sz w:val="20"/>
                <w:szCs w:val="20"/>
              </w:rPr>
              <w:t>Победа</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добра</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над</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злом</w:t>
            </w:r>
            <w:proofErr w:type="spellEnd"/>
            <w:r w:rsidRPr="001D458D">
              <w:rPr>
                <w:rFonts w:ascii="Times New Roman" w:eastAsia="Times New Roman" w:hAnsi="Times New Roman" w:cs="Times New Roman"/>
                <w:color w:val="000000"/>
                <w:sz w:val="20"/>
                <w:szCs w:val="20"/>
              </w:rPr>
              <w:t xml:space="preserve"> – </w:t>
            </w:r>
            <w:proofErr w:type="spellStart"/>
            <w:r w:rsidRPr="001D458D">
              <w:rPr>
                <w:rFonts w:ascii="Times New Roman" w:eastAsia="Times New Roman" w:hAnsi="Times New Roman" w:cs="Times New Roman"/>
                <w:color w:val="000000"/>
                <w:sz w:val="20"/>
                <w:szCs w:val="20"/>
              </w:rPr>
              <w:t>традиция</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русских</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народных</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сказок</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22.02.2023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70.</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Добро и зло в сказке </w:t>
            </w:r>
            <w:proofErr w:type="gramStart"/>
            <w:r w:rsidRPr="001D458D">
              <w:rPr>
                <w:rFonts w:ascii="Times New Roman" w:eastAsia="Times New Roman" w:hAnsi="Times New Roman" w:cs="Times New Roman"/>
                <w:color w:val="000000"/>
                <w:sz w:val="20"/>
                <w:szCs w:val="20"/>
                <w:lang w:val="ru-RU"/>
              </w:rPr>
              <w:t>-п</w:t>
            </w:r>
            <w:proofErr w:type="gramEnd"/>
            <w:r w:rsidRPr="001D458D">
              <w:rPr>
                <w:rFonts w:ascii="Times New Roman" w:eastAsia="Times New Roman" w:hAnsi="Times New Roman" w:cs="Times New Roman"/>
                <w:color w:val="000000"/>
                <w:sz w:val="20"/>
                <w:szCs w:val="20"/>
                <w:lang w:val="ru-RU"/>
              </w:rPr>
              <w:t>ьесе С.Я. Маршака «Двенадцать месяцев» Сочинение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рассуждение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23.02.2023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right="576"/>
              <w:jc w:val="center"/>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71.</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576"/>
              <w:rPr>
                <w:rFonts w:ascii="Times New Roman" w:hAnsi="Times New Roman" w:cs="Times New Roman"/>
                <w:sz w:val="20"/>
                <w:szCs w:val="20"/>
                <w:lang w:val="ru-RU"/>
              </w:rPr>
            </w:pPr>
            <w:proofErr w:type="gramStart"/>
            <w:r w:rsidRPr="001D458D">
              <w:rPr>
                <w:rFonts w:ascii="Times New Roman" w:eastAsia="Times New Roman" w:hAnsi="Times New Roman" w:cs="Times New Roman"/>
                <w:color w:val="000000"/>
                <w:sz w:val="20"/>
                <w:szCs w:val="20"/>
                <w:lang w:val="ru-RU"/>
              </w:rPr>
              <w:t>Р</w:t>
            </w:r>
            <w:proofErr w:type="gramEnd"/>
            <w:r w:rsidRPr="001D458D">
              <w:rPr>
                <w:rFonts w:ascii="Times New Roman" w:eastAsia="Times New Roman" w:hAnsi="Times New Roman" w:cs="Times New Roman"/>
                <w:color w:val="000000"/>
                <w:sz w:val="20"/>
                <w:szCs w:val="20"/>
                <w:lang w:val="ru-RU"/>
              </w:rPr>
              <w:t>/Р Сочинение сказки о волшебных событиях в нашем классе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24.02.2023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right="576"/>
              <w:jc w:val="center"/>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1900" w:h="16840"/>
          <w:pgMar w:top="284" w:right="650" w:bottom="290" w:left="666" w:header="720" w:footer="720" w:gutter="0"/>
          <w:cols w:space="720" w:equalWidth="0">
            <w:col w:w="1058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576"/>
        <w:gridCol w:w="3230"/>
        <w:gridCol w:w="732"/>
        <w:gridCol w:w="1620"/>
        <w:gridCol w:w="1668"/>
        <w:gridCol w:w="1236"/>
        <w:gridCol w:w="1490"/>
      </w:tblGrid>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72.</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А.П. Платонов «Никита». Единство героя с природой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01.03.2023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73.</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.А.П. Платонов «Никита». Быт и фантастика.</w:t>
            </w:r>
          </w:p>
          <w:p w:rsidR="00017B5E" w:rsidRPr="001D458D" w:rsidRDefault="005B1E35">
            <w:pPr>
              <w:autoSpaceDE w:val="0"/>
              <w:autoSpaceDN w:val="0"/>
              <w:spacing w:before="70" w:after="0" w:line="271" w:lineRule="auto"/>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Особенности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мировосприятия главного героя рассказа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02.03.2023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4"/>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74.</w:t>
            </w:r>
          </w:p>
        </w:tc>
        <w:tc>
          <w:tcPr>
            <w:tcW w:w="323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144"/>
              <w:rPr>
                <w:rFonts w:ascii="Times New Roman" w:hAnsi="Times New Roman" w:cs="Times New Roman"/>
                <w:sz w:val="20"/>
                <w:szCs w:val="20"/>
              </w:rPr>
            </w:pPr>
            <w:r w:rsidRPr="001D458D">
              <w:rPr>
                <w:rFonts w:ascii="Times New Roman" w:eastAsia="Times New Roman" w:hAnsi="Times New Roman" w:cs="Times New Roman"/>
                <w:color w:val="000000"/>
                <w:sz w:val="20"/>
                <w:szCs w:val="20"/>
                <w:lang w:val="ru-RU"/>
              </w:rPr>
              <w:t>В.П. Астафьев «</w:t>
            </w:r>
            <w:proofErr w:type="spellStart"/>
            <w:r w:rsidRPr="001D458D">
              <w:rPr>
                <w:rFonts w:ascii="Times New Roman" w:eastAsia="Times New Roman" w:hAnsi="Times New Roman" w:cs="Times New Roman"/>
                <w:color w:val="000000"/>
                <w:sz w:val="20"/>
                <w:szCs w:val="20"/>
                <w:lang w:val="ru-RU"/>
              </w:rPr>
              <w:t>Васюткино</w:t>
            </w:r>
            <w:proofErr w:type="spellEnd"/>
            <w:r w:rsidRPr="001D458D">
              <w:rPr>
                <w:rFonts w:ascii="Times New Roman" w:eastAsia="Times New Roman" w:hAnsi="Times New Roman" w:cs="Times New Roman"/>
                <w:color w:val="000000"/>
                <w:sz w:val="20"/>
                <w:szCs w:val="20"/>
                <w:lang w:val="ru-RU"/>
              </w:rPr>
              <w:t xml:space="preserve"> озеро». </w:t>
            </w:r>
            <w:proofErr w:type="spellStart"/>
            <w:r w:rsidRPr="001D458D">
              <w:rPr>
                <w:rFonts w:ascii="Times New Roman" w:eastAsia="Times New Roman" w:hAnsi="Times New Roman" w:cs="Times New Roman"/>
                <w:color w:val="000000"/>
                <w:sz w:val="20"/>
                <w:szCs w:val="20"/>
              </w:rPr>
              <w:t>Автобиографичность</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рассказа</w:t>
            </w:r>
            <w:proofErr w:type="spellEnd"/>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03.03.2023 </w:t>
            </w:r>
          </w:p>
        </w:tc>
        <w:tc>
          <w:tcPr>
            <w:tcW w:w="149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6"/>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75.</w:t>
            </w:r>
          </w:p>
        </w:tc>
        <w:tc>
          <w:tcPr>
            <w:tcW w:w="3230"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71" w:lineRule="auto"/>
              <w:ind w:left="72" w:right="144"/>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В.П. Астафьев «</w:t>
            </w:r>
            <w:proofErr w:type="spellStart"/>
            <w:r w:rsidRPr="001D458D">
              <w:rPr>
                <w:rFonts w:ascii="Times New Roman" w:eastAsia="Times New Roman" w:hAnsi="Times New Roman" w:cs="Times New Roman"/>
                <w:color w:val="000000"/>
                <w:sz w:val="20"/>
                <w:szCs w:val="20"/>
                <w:lang w:val="ru-RU"/>
              </w:rPr>
              <w:t>Васюткино</w:t>
            </w:r>
            <w:proofErr w:type="spellEnd"/>
            <w:r w:rsidRPr="001D458D">
              <w:rPr>
                <w:rFonts w:ascii="Times New Roman" w:eastAsia="Times New Roman" w:hAnsi="Times New Roman" w:cs="Times New Roman"/>
                <w:color w:val="000000"/>
                <w:sz w:val="20"/>
                <w:szCs w:val="20"/>
                <w:lang w:val="ru-RU"/>
              </w:rPr>
              <w:t xml:space="preserve"> озеро». Человек и природа в рассказе</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09.03.2023 </w:t>
            </w:r>
          </w:p>
        </w:tc>
        <w:tc>
          <w:tcPr>
            <w:tcW w:w="1490"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76.</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«Ради жизни на земле…». А.Т. Твардовский «Рассказ танкиста»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10.03.2023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77.</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«Ради жизни на земле…».</w:t>
            </w:r>
          </w:p>
          <w:p w:rsidR="00017B5E" w:rsidRPr="001D458D" w:rsidRDefault="005B1E35">
            <w:pPr>
              <w:autoSpaceDE w:val="0"/>
              <w:autoSpaceDN w:val="0"/>
              <w:spacing w:before="70" w:after="0" w:line="262" w:lineRule="auto"/>
              <w:ind w:left="72"/>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К.М.Симонов</w:t>
            </w:r>
            <w:proofErr w:type="spellEnd"/>
            <w:r w:rsidRPr="001D458D">
              <w:rPr>
                <w:rFonts w:ascii="Times New Roman" w:eastAsia="Times New Roman" w:hAnsi="Times New Roman" w:cs="Times New Roman"/>
                <w:color w:val="000000"/>
                <w:sz w:val="20"/>
                <w:szCs w:val="20"/>
                <w:lang w:val="ru-RU"/>
              </w:rPr>
              <w:t xml:space="preserve"> «Майор привёз мальчишку на лафете…»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15.03.2023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78.</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И.А. Бунин «Помню – долгий зимний вечер…»; Дон -</w:t>
            </w:r>
            <w:r w:rsidRPr="001D458D">
              <w:rPr>
                <w:rFonts w:ascii="Times New Roman" w:hAnsi="Times New Roman" w:cs="Times New Roman"/>
                <w:sz w:val="20"/>
                <w:szCs w:val="20"/>
                <w:lang w:val="ru-RU"/>
              </w:rPr>
              <w:br/>
            </w:r>
            <w:proofErr w:type="spellStart"/>
            <w:r w:rsidRPr="001D458D">
              <w:rPr>
                <w:rFonts w:ascii="Times New Roman" w:eastAsia="Times New Roman" w:hAnsi="Times New Roman" w:cs="Times New Roman"/>
                <w:color w:val="000000"/>
                <w:sz w:val="20"/>
                <w:szCs w:val="20"/>
                <w:lang w:val="ru-RU"/>
              </w:rPr>
              <w:t>Аминадо</w:t>
            </w:r>
            <w:proofErr w:type="spellEnd"/>
            <w:r w:rsidRPr="001D458D">
              <w:rPr>
                <w:rFonts w:ascii="Times New Roman" w:eastAsia="Times New Roman" w:hAnsi="Times New Roman" w:cs="Times New Roman"/>
                <w:color w:val="000000"/>
                <w:sz w:val="20"/>
                <w:szCs w:val="20"/>
                <w:lang w:val="ru-RU"/>
              </w:rPr>
              <w:t xml:space="preserve"> «Города и годы»; Н.</w:t>
            </w:r>
          </w:p>
          <w:p w:rsidR="00017B5E" w:rsidRPr="001D458D" w:rsidRDefault="005B1E35">
            <w:pPr>
              <w:autoSpaceDE w:val="0"/>
              <w:autoSpaceDN w:val="0"/>
              <w:spacing w:before="70"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Рубцов</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Родная</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деревня</w:t>
            </w:r>
            <w:proofErr w:type="spellEnd"/>
            <w:r w:rsidRPr="001D458D">
              <w:rPr>
                <w:rFonts w:ascii="Times New Roman" w:eastAsia="Times New Roman" w:hAnsi="Times New Roman" w:cs="Times New Roman"/>
                <w:color w:val="000000"/>
                <w:sz w:val="20"/>
                <w:szCs w:val="20"/>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16.03.2023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79.</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И.А. Бунин «Помню – долгий зимний вечер…»; Дон -</w:t>
            </w:r>
            <w:r w:rsidRPr="001D458D">
              <w:rPr>
                <w:rFonts w:ascii="Times New Roman" w:hAnsi="Times New Roman" w:cs="Times New Roman"/>
                <w:sz w:val="20"/>
                <w:szCs w:val="20"/>
                <w:lang w:val="ru-RU"/>
              </w:rPr>
              <w:br/>
            </w:r>
            <w:proofErr w:type="spellStart"/>
            <w:r w:rsidRPr="001D458D">
              <w:rPr>
                <w:rFonts w:ascii="Times New Roman" w:eastAsia="Times New Roman" w:hAnsi="Times New Roman" w:cs="Times New Roman"/>
                <w:color w:val="000000"/>
                <w:sz w:val="20"/>
                <w:szCs w:val="20"/>
                <w:lang w:val="ru-RU"/>
              </w:rPr>
              <w:t>Аминадо</w:t>
            </w:r>
            <w:proofErr w:type="spellEnd"/>
            <w:r w:rsidRPr="001D458D">
              <w:rPr>
                <w:rFonts w:ascii="Times New Roman" w:eastAsia="Times New Roman" w:hAnsi="Times New Roman" w:cs="Times New Roman"/>
                <w:color w:val="000000"/>
                <w:sz w:val="20"/>
                <w:szCs w:val="20"/>
                <w:lang w:val="ru-RU"/>
              </w:rPr>
              <w:t xml:space="preserve"> «Города и годы»; Н.</w:t>
            </w:r>
          </w:p>
          <w:p w:rsidR="00017B5E" w:rsidRPr="001D458D" w:rsidRDefault="005B1E35">
            <w:pPr>
              <w:autoSpaceDE w:val="0"/>
              <w:autoSpaceDN w:val="0"/>
              <w:spacing w:before="70"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Рубцов</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Родная</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деревня</w:t>
            </w:r>
            <w:proofErr w:type="spellEnd"/>
            <w:r w:rsidRPr="001D458D">
              <w:rPr>
                <w:rFonts w:ascii="Times New Roman" w:eastAsia="Times New Roman" w:hAnsi="Times New Roman" w:cs="Times New Roman"/>
                <w:color w:val="000000"/>
                <w:sz w:val="20"/>
                <w:szCs w:val="20"/>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17.03.2023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80.</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Д. Дефо «Робинзон Крузо». Робинзонада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29.03.2023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81.</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Д. Дефо «Робинзон Крузо». Робинзонада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30.03.2023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right="576"/>
              <w:jc w:val="center"/>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82.</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Г.Х.Андерсен</w:t>
            </w:r>
            <w:proofErr w:type="spellEnd"/>
            <w:r w:rsidRPr="001D458D">
              <w:rPr>
                <w:rFonts w:ascii="Times New Roman" w:eastAsia="Times New Roman" w:hAnsi="Times New Roman" w:cs="Times New Roman"/>
                <w:color w:val="000000"/>
                <w:sz w:val="20"/>
                <w:szCs w:val="20"/>
                <w:lang w:val="ru-RU"/>
              </w:rPr>
              <w:t xml:space="preserve"> «Снежная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королева». Соотношение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реального и фантастического в сказочном мире писателя.</w:t>
            </w:r>
          </w:p>
          <w:p w:rsidR="00017B5E" w:rsidRPr="001D458D" w:rsidRDefault="005B1E35">
            <w:pPr>
              <w:autoSpaceDE w:val="0"/>
              <w:autoSpaceDN w:val="0"/>
              <w:spacing w:before="70"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Два</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мира</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сказки</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31.03.2023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81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83.</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Г.Х.Андерсен</w:t>
            </w:r>
            <w:proofErr w:type="spellEnd"/>
            <w:r w:rsidRPr="001D458D">
              <w:rPr>
                <w:rFonts w:ascii="Times New Roman" w:eastAsia="Times New Roman" w:hAnsi="Times New Roman" w:cs="Times New Roman"/>
                <w:color w:val="000000"/>
                <w:sz w:val="20"/>
                <w:szCs w:val="20"/>
                <w:lang w:val="ru-RU"/>
              </w:rPr>
              <w:t xml:space="preserve"> «Снежная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королева». Соотношение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реального и фантастического в сказочном мире писателя.</w:t>
            </w:r>
          </w:p>
          <w:p w:rsidR="00017B5E" w:rsidRPr="001D458D" w:rsidRDefault="005B1E35">
            <w:pPr>
              <w:autoSpaceDE w:val="0"/>
              <w:autoSpaceDN w:val="0"/>
              <w:spacing w:before="70"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Два</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мира</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сказки</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05.04.2023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Письменный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контроль</w:t>
            </w:r>
            <w:proofErr w:type="spellEnd"/>
            <w:r w:rsidRPr="001D458D">
              <w:rPr>
                <w:rFonts w:ascii="Times New Roman" w:eastAsia="Times New Roman" w:hAnsi="Times New Roman" w:cs="Times New Roman"/>
                <w:color w:val="000000"/>
                <w:sz w:val="20"/>
                <w:szCs w:val="20"/>
              </w:rPr>
              <w:t>;</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1900" w:h="16840"/>
          <w:pgMar w:top="284" w:right="650" w:bottom="302" w:left="666" w:header="720" w:footer="720" w:gutter="0"/>
          <w:cols w:space="720" w:equalWidth="0">
            <w:col w:w="1058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576"/>
        <w:gridCol w:w="3230"/>
        <w:gridCol w:w="732"/>
        <w:gridCol w:w="1620"/>
        <w:gridCol w:w="1668"/>
        <w:gridCol w:w="1236"/>
        <w:gridCol w:w="1490"/>
      </w:tblGrid>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84.</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Итоговый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мониторин</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06.04.2023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Контрольная</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работа</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85.</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7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Проект Г.Х. Андерсен </w:t>
            </w:r>
            <w:proofErr w:type="gramStart"/>
            <w:r w:rsidRPr="001D458D">
              <w:rPr>
                <w:rFonts w:ascii="Times New Roman" w:eastAsia="Times New Roman" w:hAnsi="Times New Roman" w:cs="Times New Roman"/>
                <w:color w:val="000000"/>
                <w:sz w:val="20"/>
                <w:szCs w:val="20"/>
                <w:lang w:val="ru-RU"/>
              </w:rPr>
              <w:t>-М</w:t>
            </w:r>
            <w:proofErr w:type="gramEnd"/>
            <w:r w:rsidRPr="001D458D">
              <w:rPr>
                <w:rFonts w:ascii="Times New Roman" w:eastAsia="Times New Roman" w:hAnsi="Times New Roman" w:cs="Times New Roman"/>
                <w:color w:val="000000"/>
                <w:sz w:val="20"/>
                <w:szCs w:val="20"/>
                <w:lang w:val="ru-RU"/>
              </w:rPr>
              <w:t>астер снов и сказок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07.04.2023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86.</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144"/>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М.Твен</w:t>
            </w:r>
            <w:proofErr w:type="spellEnd"/>
            <w:r w:rsidRPr="001D458D">
              <w:rPr>
                <w:rFonts w:ascii="Times New Roman" w:eastAsia="Times New Roman" w:hAnsi="Times New Roman" w:cs="Times New Roman"/>
                <w:color w:val="000000"/>
                <w:sz w:val="20"/>
                <w:szCs w:val="20"/>
                <w:lang w:val="ru-RU"/>
              </w:rPr>
              <w:t xml:space="preserve"> «Приключения Тома </w:t>
            </w:r>
            <w:proofErr w:type="spellStart"/>
            <w:r w:rsidRPr="001D458D">
              <w:rPr>
                <w:rFonts w:ascii="Times New Roman" w:eastAsia="Times New Roman" w:hAnsi="Times New Roman" w:cs="Times New Roman"/>
                <w:color w:val="000000"/>
                <w:sz w:val="20"/>
                <w:szCs w:val="20"/>
                <w:lang w:val="ru-RU"/>
              </w:rPr>
              <w:t>Сойера</w:t>
            </w:r>
            <w:proofErr w:type="spellEnd"/>
            <w:r w:rsidRPr="001D458D">
              <w:rPr>
                <w:rFonts w:ascii="Times New Roman" w:eastAsia="Times New Roman" w:hAnsi="Times New Roman" w:cs="Times New Roman"/>
                <w:color w:val="000000"/>
                <w:sz w:val="20"/>
                <w:szCs w:val="20"/>
                <w:lang w:val="ru-RU"/>
              </w:rPr>
              <w:t xml:space="preserve">». Дружба Тома и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Гека и их внутренний мир</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12.04.2023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Письменный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контроль</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87.</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71" w:lineRule="auto"/>
              <w:ind w:left="72" w:right="144"/>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М.Твен</w:t>
            </w:r>
            <w:proofErr w:type="spellEnd"/>
            <w:r w:rsidRPr="001D458D">
              <w:rPr>
                <w:rFonts w:ascii="Times New Roman" w:eastAsia="Times New Roman" w:hAnsi="Times New Roman" w:cs="Times New Roman"/>
                <w:color w:val="000000"/>
                <w:sz w:val="20"/>
                <w:szCs w:val="20"/>
                <w:lang w:val="ru-RU"/>
              </w:rPr>
              <w:t xml:space="preserve"> «Приключения Тома </w:t>
            </w:r>
            <w:proofErr w:type="spellStart"/>
            <w:r w:rsidRPr="001D458D">
              <w:rPr>
                <w:rFonts w:ascii="Times New Roman" w:eastAsia="Times New Roman" w:hAnsi="Times New Roman" w:cs="Times New Roman"/>
                <w:color w:val="000000"/>
                <w:sz w:val="20"/>
                <w:szCs w:val="20"/>
                <w:lang w:val="ru-RU"/>
              </w:rPr>
              <w:t>Сойера</w:t>
            </w:r>
            <w:proofErr w:type="spellEnd"/>
            <w:r w:rsidRPr="001D458D">
              <w:rPr>
                <w:rFonts w:ascii="Times New Roman" w:eastAsia="Times New Roman" w:hAnsi="Times New Roman" w:cs="Times New Roman"/>
                <w:color w:val="000000"/>
                <w:sz w:val="20"/>
                <w:szCs w:val="20"/>
                <w:lang w:val="ru-RU"/>
              </w:rPr>
              <w:t xml:space="preserve">». Жизнь и заботы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Тома </w:t>
            </w:r>
            <w:proofErr w:type="spellStart"/>
            <w:r w:rsidRPr="001D458D">
              <w:rPr>
                <w:rFonts w:ascii="Times New Roman" w:eastAsia="Times New Roman" w:hAnsi="Times New Roman" w:cs="Times New Roman"/>
                <w:color w:val="000000"/>
                <w:sz w:val="20"/>
                <w:szCs w:val="20"/>
                <w:lang w:val="ru-RU"/>
              </w:rPr>
              <w:t>Сойера</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13.04.2023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88.</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Джек Лондон «Сказание о </w:t>
            </w:r>
            <w:proofErr w:type="spellStart"/>
            <w:r w:rsidRPr="001D458D">
              <w:rPr>
                <w:rFonts w:ascii="Times New Roman" w:eastAsia="Times New Roman" w:hAnsi="Times New Roman" w:cs="Times New Roman"/>
                <w:color w:val="000000"/>
                <w:sz w:val="20"/>
                <w:szCs w:val="20"/>
                <w:lang w:val="ru-RU"/>
              </w:rPr>
              <w:t>Кише</w:t>
            </w:r>
            <w:proofErr w:type="spellEnd"/>
            <w:r w:rsidRPr="001D458D">
              <w:rPr>
                <w:rFonts w:ascii="Times New Roman" w:eastAsia="Times New Roman" w:hAnsi="Times New Roman" w:cs="Times New Roman"/>
                <w:color w:val="000000"/>
                <w:sz w:val="20"/>
                <w:szCs w:val="20"/>
                <w:lang w:val="ru-RU"/>
              </w:rPr>
              <w:t>» – повествование о взрослении подростка.</w:t>
            </w:r>
          </w:p>
          <w:p w:rsidR="00017B5E" w:rsidRPr="001D458D" w:rsidRDefault="005B1E35">
            <w:pPr>
              <w:autoSpaceDE w:val="0"/>
              <w:autoSpaceDN w:val="0"/>
              <w:spacing w:before="70" w:after="0" w:line="262" w:lineRule="auto"/>
              <w:ind w:left="72" w:right="864"/>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Характер</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мальчика</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смелость</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мужество</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14.04.2023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89.</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71" w:lineRule="auto"/>
              <w:ind w:left="72"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Джек Лондон «Сказание о </w:t>
            </w:r>
            <w:proofErr w:type="spellStart"/>
            <w:r w:rsidRPr="001D458D">
              <w:rPr>
                <w:rFonts w:ascii="Times New Roman" w:eastAsia="Times New Roman" w:hAnsi="Times New Roman" w:cs="Times New Roman"/>
                <w:color w:val="000000"/>
                <w:sz w:val="20"/>
                <w:szCs w:val="20"/>
                <w:lang w:val="ru-RU"/>
              </w:rPr>
              <w:t>Кише</w:t>
            </w:r>
            <w:proofErr w:type="spellEnd"/>
            <w:r w:rsidRPr="001D458D">
              <w:rPr>
                <w:rFonts w:ascii="Times New Roman" w:eastAsia="Times New Roman" w:hAnsi="Times New Roman" w:cs="Times New Roman"/>
                <w:color w:val="000000"/>
                <w:sz w:val="20"/>
                <w:szCs w:val="20"/>
                <w:lang w:val="ru-RU"/>
              </w:rPr>
              <w:t>» – повествование о взрослении подростка.</w:t>
            </w:r>
          </w:p>
          <w:p w:rsidR="00017B5E" w:rsidRPr="001D458D" w:rsidRDefault="005B1E35">
            <w:pPr>
              <w:autoSpaceDE w:val="0"/>
              <w:autoSpaceDN w:val="0"/>
              <w:spacing w:before="70" w:after="0" w:line="262" w:lineRule="auto"/>
              <w:ind w:left="72" w:right="864"/>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Характер</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мальчика</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смелость</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мужество</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19.04.2023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90.</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right="288"/>
              <w:jc w:val="center"/>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Э.Сетон</w:t>
            </w:r>
            <w:proofErr w:type="spellEnd"/>
            <w:r w:rsidRPr="001D458D">
              <w:rPr>
                <w:rFonts w:ascii="Times New Roman" w:eastAsia="Times New Roman" w:hAnsi="Times New Roman" w:cs="Times New Roman"/>
                <w:color w:val="000000"/>
                <w:sz w:val="20"/>
                <w:szCs w:val="20"/>
                <w:lang w:val="ru-RU"/>
              </w:rPr>
              <w:t xml:space="preserve"> </w:t>
            </w:r>
            <w:proofErr w:type="gramStart"/>
            <w:r w:rsidRPr="001D458D">
              <w:rPr>
                <w:rFonts w:ascii="Times New Roman" w:eastAsia="Times New Roman" w:hAnsi="Times New Roman" w:cs="Times New Roman"/>
                <w:color w:val="000000"/>
                <w:sz w:val="20"/>
                <w:szCs w:val="20"/>
                <w:lang w:val="ru-RU"/>
              </w:rPr>
              <w:t>-Т</w:t>
            </w:r>
            <w:proofErr w:type="gramEnd"/>
            <w:r w:rsidRPr="001D458D">
              <w:rPr>
                <w:rFonts w:ascii="Times New Roman" w:eastAsia="Times New Roman" w:hAnsi="Times New Roman" w:cs="Times New Roman"/>
                <w:color w:val="000000"/>
                <w:sz w:val="20"/>
                <w:szCs w:val="20"/>
                <w:lang w:val="ru-RU"/>
              </w:rPr>
              <w:t>омпсон “</w:t>
            </w:r>
            <w:proofErr w:type="spellStart"/>
            <w:r w:rsidRPr="001D458D">
              <w:rPr>
                <w:rFonts w:ascii="Times New Roman" w:eastAsia="Times New Roman" w:hAnsi="Times New Roman" w:cs="Times New Roman"/>
                <w:color w:val="000000"/>
                <w:sz w:val="20"/>
                <w:szCs w:val="20"/>
                <w:lang w:val="ru-RU"/>
              </w:rPr>
              <w:t>Арно</w:t>
            </w:r>
            <w:proofErr w:type="spellEnd"/>
            <w:r w:rsidRPr="001D458D">
              <w:rPr>
                <w:rFonts w:ascii="Times New Roman" w:eastAsia="Times New Roman" w:hAnsi="Times New Roman" w:cs="Times New Roman"/>
                <w:color w:val="000000"/>
                <w:sz w:val="20"/>
                <w:szCs w:val="20"/>
                <w:lang w:val="ru-RU"/>
              </w:rPr>
              <w:t>”. Произведения о животных</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20.04.2023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2172"/>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91.</w:t>
            </w:r>
          </w:p>
        </w:tc>
        <w:tc>
          <w:tcPr>
            <w:tcW w:w="323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81" w:lineRule="auto"/>
              <w:ind w:left="72" w:right="288"/>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Э.Сетон</w:t>
            </w:r>
            <w:proofErr w:type="spellEnd"/>
            <w:r w:rsidRPr="001D458D">
              <w:rPr>
                <w:rFonts w:ascii="Times New Roman" w:eastAsia="Times New Roman" w:hAnsi="Times New Roman" w:cs="Times New Roman"/>
                <w:color w:val="000000"/>
                <w:sz w:val="20"/>
                <w:szCs w:val="20"/>
                <w:lang w:val="ru-RU"/>
              </w:rPr>
              <w:t xml:space="preserve"> </w:t>
            </w:r>
            <w:proofErr w:type="gramStart"/>
            <w:r w:rsidRPr="001D458D">
              <w:rPr>
                <w:rFonts w:ascii="Times New Roman" w:eastAsia="Times New Roman" w:hAnsi="Times New Roman" w:cs="Times New Roman"/>
                <w:color w:val="000000"/>
                <w:sz w:val="20"/>
                <w:szCs w:val="20"/>
                <w:lang w:val="ru-RU"/>
              </w:rPr>
              <w:t>-Т</w:t>
            </w:r>
            <w:proofErr w:type="gramEnd"/>
            <w:r w:rsidRPr="001D458D">
              <w:rPr>
                <w:rFonts w:ascii="Times New Roman" w:eastAsia="Times New Roman" w:hAnsi="Times New Roman" w:cs="Times New Roman"/>
                <w:color w:val="000000"/>
                <w:sz w:val="20"/>
                <w:szCs w:val="20"/>
                <w:lang w:val="ru-RU"/>
              </w:rPr>
              <w:t>омпсон “</w:t>
            </w:r>
            <w:proofErr w:type="spellStart"/>
            <w:r w:rsidRPr="001D458D">
              <w:rPr>
                <w:rFonts w:ascii="Times New Roman" w:eastAsia="Times New Roman" w:hAnsi="Times New Roman" w:cs="Times New Roman"/>
                <w:color w:val="000000"/>
                <w:sz w:val="20"/>
                <w:szCs w:val="20"/>
                <w:lang w:val="ru-RU"/>
              </w:rPr>
              <w:t>Арно</w:t>
            </w:r>
            <w:proofErr w:type="spellEnd"/>
            <w:r w:rsidRPr="001D458D">
              <w:rPr>
                <w:rFonts w:ascii="Times New Roman" w:eastAsia="Times New Roman" w:hAnsi="Times New Roman" w:cs="Times New Roman"/>
                <w:color w:val="000000"/>
                <w:sz w:val="20"/>
                <w:szCs w:val="20"/>
                <w:lang w:val="ru-RU"/>
              </w:rPr>
              <w:t xml:space="preserve">”. Произведения о животных Проект. Подготовка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проспекта книги с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 xml:space="preserve">содержанием, </w:t>
            </w:r>
            <w:proofErr w:type="spellStart"/>
            <w:r w:rsidRPr="001D458D">
              <w:rPr>
                <w:rFonts w:ascii="Times New Roman" w:eastAsia="Times New Roman" w:hAnsi="Times New Roman" w:cs="Times New Roman"/>
                <w:color w:val="000000"/>
                <w:sz w:val="20"/>
                <w:szCs w:val="20"/>
                <w:lang w:val="ru-RU"/>
              </w:rPr>
              <w:t>аннотацией</w:t>
            </w:r>
            <w:proofErr w:type="gramStart"/>
            <w:r w:rsidRPr="001D458D">
              <w:rPr>
                <w:rFonts w:ascii="Times New Roman" w:eastAsia="Times New Roman" w:hAnsi="Times New Roman" w:cs="Times New Roman"/>
                <w:color w:val="000000"/>
                <w:sz w:val="20"/>
                <w:szCs w:val="20"/>
                <w:lang w:val="ru-RU"/>
              </w:rPr>
              <w:t>«Р</w:t>
            </w:r>
            <w:proofErr w:type="gramEnd"/>
            <w:r w:rsidRPr="001D458D">
              <w:rPr>
                <w:rFonts w:ascii="Times New Roman" w:eastAsia="Times New Roman" w:hAnsi="Times New Roman" w:cs="Times New Roman"/>
                <w:color w:val="000000"/>
                <w:sz w:val="20"/>
                <w:szCs w:val="20"/>
                <w:lang w:val="ru-RU"/>
              </w:rPr>
              <w:t>ебята</w:t>
            </w:r>
            <w:proofErr w:type="spellEnd"/>
            <w:r w:rsidRPr="001D458D">
              <w:rPr>
                <w:rFonts w:ascii="Times New Roman" w:eastAsia="Times New Roman" w:hAnsi="Times New Roman" w:cs="Times New Roman"/>
                <w:color w:val="000000"/>
                <w:sz w:val="20"/>
                <w:szCs w:val="20"/>
                <w:lang w:val="ru-RU"/>
              </w:rPr>
              <w:t xml:space="preserve"> о зверятах» </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21.04.2023 </w:t>
            </w:r>
          </w:p>
        </w:tc>
        <w:tc>
          <w:tcPr>
            <w:tcW w:w="149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838"/>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92.</w:t>
            </w:r>
          </w:p>
        </w:tc>
        <w:tc>
          <w:tcPr>
            <w:tcW w:w="3230"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ind w:left="72" w:right="144"/>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Ульф</w:t>
            </w:r>
            <w:proofErr w:type="spellEnd"/>
            <w:r w:rsidRPr="001D458D">
              <w:rPr>
                <w:rFonts w:ascii="Times New Roman" w:eastAsia="Times New Roman" w:hAnsi="Times New Roman" w:cs="Times New Roman"/>
                <w:color w:val="000000"/>
                <w:sz w:val="20"/>
                <w:szCs w:val="20"/>
                <w:lang w:val="ru-RU"/>
              </w:rPr>
              <w:t xml:space="preserve"> </w:t>
            </w:r>
            <w:proofErr w:type="spellStart"/>
            <w:r w:rsidRPr="001D458D">
              <w:rPr>
                <w:rFonts w:ascii="Times New Roman" w:eastAsia="Times New Roman" w:hAnsi="Times New Roman" w:cs="Times New Roman"/>
                <w:color w:val="000000"/>
                <w:sz w:val="20"/>
                <w:szCs w:val="20"/>
                <w:lang w:val="ru-RU"/>
              </w:rPr>
              <w:t>Старк</w:t>
            </w:r>
            <w:proofErr w:type="spellEnd"/>
            <w:r w:rsidRPr="001D458D">
              <w:rPr>
                <w:rFonts w:ascii="Times New Roman" w:eastAsia="Times New Roman" w:hAnsi="Times New Roman" w:cs="Times New Roman"/>
                <w:color w:val="000000"/>
                <w:sz w:val="20"/>
                <w:szCs w:val="20"/>
                <w:lang w:val="ru-RU"/>
              </w:rPr>
              <w:t xml:space="preserve"> “Умеешь ли ты свистеть, </w:t>
            </w:r>
            <w:proofErr w:type="spellStart"/>
            <w:r w:rsidRPr="001D458D">
              <w:rPr>
                <w:rFonts w:ascii="Times New Roman" w:eastAsia="Times New Roman" w:hAnsi="Times New Roman" w:cs="Times New Roman"/>
                <w:color w:val="000000"/>
                <w:sz w:val="20"/>
                <w:szCs w:val="20"/>
                <w:lang w:val="ru-RU"/>
              </w:rPr>
              <w:t>Йоханна</w:t>
            </w:r>
            <w:proofErr w:type="spellEnd"/>
            <w:r w:rsidRPr="001D458D">
              <w:rPr>
                <w:rFonts w:ascii="Times New Roman" w:eastAsia="Times New Roman" w:hAnsi="Times New Roman" w:cs="Times New Roman"/>
                <w:color w:val="000000"/>
                <w:sz w:val="20"/>
                <w:szCs w:val="20"/>
                <w:lang w:val="ru-RU"/>
              </w:rPr>
              <w:t>?”</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Отношение между детьми и старшим поколением.</w:t>
            </w:r>
          </w:p>
          <w:p w:rsidR="00017B5E" w:rsidRPr="001D458D" w:rsidRDefault="005B1E35">
            <w:pPr>
              <w:autoSpaceDE w:val="0"/>
              <w:autoSpaceDN w:val="0"/>
              <w:spacing w:before="70"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Нравственные</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уроки</w:t>
            </w:r>
            <w:proofErr w:type="spellEnd"/>
            <w:r w:rsidRPr="001D458D">
              <w:rPr>
                <w:rFonts w:ascii="Times New Roman" w:eastAsia="Times New Roman" w:hAnsi="Times New Roman" w:cs="Times New Roman"/>
                <w:color w:val="000000"/>
                <w:sz w:val="20"/>
                <w:szCs w:val="20"/>
              </w:rPr>
              <w:t xml:space="preserve"> </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26.04.2023 </w:t>
            </w:r>
          </w:p>
        </w:tc>
        <w:tc>
          <w:tcPr>
            <w:tcW w:w="1490"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181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93.</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ight="144"/>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Ульф</w:t>
            </w:r>
            <w:proofErr w:type="spellEnd"/>
            <w:r w:rsidRPr="001D458D">
              <w:rPr>
                <w:rFonts w:ascii="Times New Roman" w:eastAsia="Times New Roman" w:hAnsi="Times New Roman" w:cs="Times New Roman"/>
                <w:color w:val="000000"/>
                <w:sz w:val="20"/>
                <w:szCs w:val="20"/>
                <w:lang w:val="ru-RU"/>
              </w:rPr>
              <w:t xml:space="preserve"> </w:t>
            </w:r>
            <w:proofErr w:type="spellStart"/>
            <w:r w:rsidRPr="001D458D">
              <w:rPr>
                <w:rFonts w:ascii="Times New Roman" w:eastAsia="Times New Roman" w:hAnsi="Times New Roman" w:cs="Times New Roman"/>
                <w:color w:val="000000"/>
                <w:sz w:val="20"/>
                <w:szCs w:val="20"/>
                <w:lang w:val="ru-RU"/>
              </w:rPr>
              <w:t>Старк</w:t>
            </w:r>
            <w:proofErr w:type="spellEnd"/>
            <w:r w:rsidRPr="001D458D">
              <w:rPr>
                <w:rFonts w:ascii="Times New Roman" w:eastAsia="Times New Roman" w:hAnsi="Times New Roman" w:cs="Times New Roman"/>
                <w:color w:val="000000"/>
                <w:sz w:val="20"/>
                <w:szCs w:val="20"/>
                <w:lang w:val="ru-RU"/>
              </w:rPr>
              <w:t xml:space="preserve"> “Умеешь ли ты свистеть, </w:t>
            </w:r>
            <w:proofErr w:type="spellStart"/>
            <w:r w:rsidRPr="001D458D">
              <w:rPr>
                <w:rFonts w:ascii="Times New Roman" w:eastAsia="Times New Roman" w:hAnsi="Times New Roman" w:cs="Times New Roman"/>
                <w:color w:val="000000"/>
                <w:sz w:val="20"/>
                <w:szCs w:val="20"/>
                <w:lang w:val="ru-RU"/>
              </w:rPr>
              <w:t>Йоханна</w:t>
            </w:r>
            <w:proofErr w:type="spellEnd"/>
            <w:r w:rsidRPr="001D458D">
              <w:rPr>
                <w:rFonts w:ascii="Times New Roman" w:eastAsia="Times New Roman" w:hAnsi="Times New Roman" w:cs="Times New Roman"/>
                <w:color w:val="000000"/>
                <w:sz w:val="20"/>
                <w:szCs w:val="20"/>
                <w:lang w:val="ru-RU"/>
              </w:rPr>
              <w:t>?”</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Отношение между детьми и старшим поколением.</w:t>
            </w:r>
          </w:p>
          <w:p w:rsidR="00017B5E" w:rsidRPr="001D458D" w:rsidRDefault="005B1E35">
            <w:pPr>
              <w:autoSpaceDE w:val="0"/>
              <w:autoSpaceDN w:val="0"/>
              <w:spacing w:before="70"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Нравственные</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уроки</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27.04.2023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right="576"/>
              <w:jc w:val="center"/>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1900" w:h="16840"/>
          <w:pgMar w:top="284" w:right="650" w:bottom="796" w:left="666" w:header="720" w:footer="720" w:gutter="0"/>
          <w:cols w:space="720" w:equalWidth="0">
            <w:col w:w="10584" w:space="0"/>
          </w:cols>
          <w:docGrid w:linePitch="360"/>
        </w:sectPr>
      </w:pPr>
    </w:p>
    <w:p w:rsidR="00017B5E" w:rsidRPr="001D458D" w:rsidRDefault="00017B5E">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576"/>
        <w:gridCol w:w="3230"/>
        <w:gridCol w:w="732"/>
        <w:gridCol w:w="1620"/>
        <w:gridCol w:w="1668"/>
        <w:gridCol w:w="1236"/>
        <w:gridCol w:w="1490"/>
      </w:tblGrid>
      <w:tr w:rsidR="00017B5E" w:rsidRPr="001D458D">
        <w:trPr>
          <w:trHeight w:hRule="exact" w:val="25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94.</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81" w:lineRule="auto"/>
              <w:ind w:left="72" w:right="144"/>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Ая</w:t>
            </w:r>
            <w:proofErr w:type="spellEnd"/>
            <w:r w:rsidRPr="001D458D">
              <w:rPr>
                <w:rFonts w:ascii="Times New Roman" w:eastAsia="Times New Roman" w:hAnsi="Times New Roman" w:cs="Times New Roman"/>
                <w:color w:val="000000"/>
                <w:sz w:val="20"/>
                <w:szCs w:val="20"/>
                <w:lang w:val="ru-RU"/>
              </w:rPr>
              <w:t xml:space="preserve"> </w:t>
            </w:r>
            <w:proofErr w:type="spellStart"/>
            <w:r w:rsidRPr="001D458D">
              <w:rPr>
                <w:rFonts w:ascii="Times New Roman" w:eastAsia="Times New Roman" w:hAnsi="Times New Roman" w:cs="Times New Roman"/>
                <w:color w:val="000000"/>
                <w:sz w:val="20"/>
                <w:szCs w:val="20"/>
                <w:lang w:val="ru-RU"/>
              </w:rPr>
              <w:t>эН</w:t>
            </w:r>
            <w:proofErr w:type="spellEnd"/>
            <w:r w:rsidRPr="001D458D">
              <w:rPr>
                <w:rFonts w:ascii="Times New Roman" w:eastAsia="Times New Roman" w:hAnsi="Times New Roman" w:cs="Times New Roman"/>
                <w:color w:val="000000"/>
                <w:sz w:val="20"/>
                <w:szCs w:val="20"/>
                <w:lang w:val="ru-RU"/>
              </w:rPr>
              <w:t xml:space="preserve"> “Как растут елочные шары, или Моя встреча с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дедом Морозом”. Рассказ в рассказе. Совсем не научная детская фантастика.</w:t>
            </w:r>
          </w:p>
          <w:p w:rsidR="00017B5E" w:rsidRPr="001D458D" w:rsidRDefault="005B1E35">
            <w:pPr>
              <w:autoSpaceDE w:val="0"/>
              <w:autoSpaceDN w:val="0"/>
              <w:spacing w:before="70" w:after="0" w:line="262"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Реальность и волшебство в произведении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28.04.2023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251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95.</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81" w:lineRule="auto"/>
              <w:ind w:left="72" w:right="144"/>
              <w:rPr>
                <w:rFonts w:ascii="Times New Roman" w:hAnsi="Times New Roman" w:cs="Times New Roman"/>
                <w:sz w:val="20"/>
                <w:szCs w:val="20"/>
                <w:lang w:val="ru-RU"/>
              </w:rPr>
            </w:pPr>
            <w:proofErr w:type="spellStart"/>
            <w:r w:rsidRPr="001D458D">
              <w:rPr>
                <w:rFonts w:ascii="Times New Roman" w:eastAsia="Times New Roman" w:hAnsi="Times New Roman" w:cs="Times New Roman"/>
                <w:color w:val="000000"/>
                <w:sz w:val="20"/>
                <w:szCs w:val="20"/>
                <w:lang w:val="ru-RU"/>
              </w:rPr>
              <w:t>Ая</w:t>
            </w:r>
            <w:proofErr w:type="spellEnd"/>
            <w:r w:rsidRPr="001D458D">
              <w:rPr>
                <w:rFonts w:ascii="Times New Roman" w:eastAsia="Times New Roman" w:hAnsi="Times New Roman" w:cs="Times New Roman"/>
                <w:color w:val="000000"/>
                <w:sz w:val="20"/>
                <w:szCs w:val="20"/>
                <w:lang w:val="ru-RU"/>
              </w:rPr>
              <w:t xml:space="preserve"> </w:t>
            </w:r>
            <w:proofErr w:type="spellStart"/>
            <w:r w:rsidRPr="001D458D">
              <w:rPr>
                <w:rFonts w:ascii="Times New Roman" w:eastAsia="Times New Roman" w:hAnsi="Times New Roman" w:cs="Times New Roman"/>
                <w:color w:val="000000"/>
                <w:sz w:val="20"/>
                <w:szCs w:val="20"/>
                <w:lang w:val="ru-RU"/>
              </w:rPr>
              <w:t>эН</w:t>
            </w:r>
            <w:proofErr w:type="spellEnd"/>
            <w:r w:rsidRPr="001D458D">
              <w:rPr>
                <w:rFonts w:ascii="Times New Roman" w:eastAsia="Times New Roman" w:hAnsi="Times New Roman" w:cs="Times New Roman"/>
                <w:color w:val="000000"/>
                <w:sz w:val="20"/>
                <w:szCs w:val="20"/>
                <w:lang w:val="ru-RU"/>
              </w:rPr>
              <w:t xml:space="preserve"> “Как растут елочные шары, или Моя встреча с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дедом Морозом”. Рассказ в рассказе. Совсем не научная детская фантастика.</w:t>
            </w:r>
          </w:p>
          <w:p w:rsidR="00017B5E" w:rsidRPr="001D458D" w:rsidRDefault="005B1E35">
            <w:pPr>
              <w:autoSpaceDE w:val="0"/>
              <w:autoSpaceDN w:val="0"/>
              <w:spacing w:before="70" w:after="0" w:line="262"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Реальность и волшебство в произведении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03.05.2023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 xml:space="preserve">; </w:t>
            </w:r>
            <w:r w:rsidRPr="001D458D">
              <w:rPr>
                <w:rFonts w:ascii="Times New Roman" w:hAnsi="Times New Roman" w:cs="Times New Roman"/>
                <w:sz w:val="20"/>
                <w:szCs w:val="20"/>
              </w:rPr>
              <w:br/>
            </w:r>
            <w:proofErr w:type="spellStart"/>
            <w:r w:rsidRPr="001D458D">
              <w:rPr>
                <w:rFonts w:ascii="Times New Roman" w:eastAsia="Times New Roman" w:hAnsi="Times New Roman" w:cs="Times New Roman"/>
                <w:color w:val="000000"/>
                <w:sz w:val="20"/>
                <w:szCs w:val="20"/>
              </w:rPr>
              <w:t>Письменный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контроль</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96.</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7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Юлий Ким “Рыба-кит”. Юмор в поэзии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04.05.2023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97.</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720"/>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Юлий Ким “Рыба-кит”. Юмор в поэзии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05.05.2023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98.</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Итоговое</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повторение</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10.05.2023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99.</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Итоговый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контроль</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11.05.2023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Контрольная</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работа</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100.</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tabs>
                <w:tab w:val="left" w:pos="576"/>
              </w:tabs>
              <w:autoSpaceDE w:val="0"/>
              <w:autoSpaceDN w:val="0"/>
              <w:spacing w:before="98" w:after="0" w:line="262" w:lineRule="auto"/>
              <w:ind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100. Внеклассное чтение. Моя </w:t>
            </w: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любимая книга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12.05.2023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101. </w:t>
            </w:r>
          </w:p>
        </w:tc>
        <w:tc>
          <w:tcPr>
            <w:tcW w:w="323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tabs>
                <w:tab w:val="left" w:pos="576"/>
              </w:tabs>
              <w:autoSpaceDE w:val="0"/>
              <w:autoSpaceDN w:val="0"/>
              <w:spacing w:before="98" w:after="0" w:line="262" w:lineRule="auto"/>
              <w:ind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101. Внеклассное чтение. Моя </w:t>
            </w: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любимая книга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17.05.2023 </w:t>
            </w:r>
          </w:p>
        </w:tc>
        <w:tc>
          <w:tcPr>
            <w:tcW w:w="1490" w:type="dxa"/>
            <w:tcBorders>
              <w:top w:val="single" w:sz="4"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2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jc w:val="center"/>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102.</w:t>
            </w:r>
          </w:p>
        </w:tc>
        <w:tc>
          <w:tcPr>
            <w:tcW w:w="323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tabs>
                <w:tab w:val="left" w:pos="576"/>
              </w:tabs>
              <w:autoSpaceDE w:val="0"/>
              <w:autoSpaceDN w:val="0"/>
              <w:spacing w:before="98" w:after="0" w:line="262" w:lineRule="auto"/>
              <w:ind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 xml:space="preserve">102. Заключительный урок. </w:t>
            </w:r>
            <w:r w:rsidRPr="001D458D">
              <w:rPr>
                <w:rFonts w:ascii="Times New Roman" w:hAnsi="Times New Roman" w:cs="Times New Roman"/>
                <w:sz w:val="20"/>
                <w:szCs w:val="20"/>
                <w:lang w:val="ru-RU"/>
              </w:rPr>
              <w:br/>
            </w:r>
            <w:r w:rsidRPr="001D458D">
              <w:rPr>
                <w:rFonts w:ascii="Times New Roman" w:hAnsi="Times New Roman" w:cs="Times New Roman"/>
                <w:sz w:val="20"/>
                <w:szCs w:val="20"/>
                <w:lang w:val="ru-RU"/>
              </w:rPr>
              <w:tab/>
            </w:r>
            <w:r w:rsidRPr="001D458D">
              <w:rPr>
                <w:rFonts w:ascii="Times New Roman" w:eastAsia="Times New Roman" w:hAnsi="Times New Roman" w:cs="Times New Roman"/>
                <w:color w:val="000000"/>
                <w:sz w:val="20"/>
                <w:szCs w:val="20"/>
                <w:lang w:val="ru-RU"/>
              </w:rPr>
              <w:t>Список литературы на лето</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 xml:space="preserve">24.05.2023 </w:t>
            </w:r>
          </w:p>
        </w:tc>
        <w:tc>
          <w:tcPr>
            <w:tcW w:w="1490" w:type="dxa"/>
            <w:tcBorders>
              <w:top w:val="single" w:sz="4" w:space="0" w:color="000000"/>
              <w:left w:val="single" w:sz="4" w:space="0" w:color="000000"/>
              <w:bottom w:val="single" w:sz="5" w:space="0" w:color="000000"/>
              <w:right w:val="single" w:sz="4" w:space="0" w:color="000000"/>
            </w:tcBorders>
            <w:tcMar>
              <w:left w:w="0" w:type="dxa"/>
              <w:right w:w="0" w:type="dxa"/>
            </w:tcMar>
          </w:tcPr>
          <w:p w:rsidR="00017B5E" w:rsidRPr="001D458D" w:rsidRDefault="005B1E35">
            <w:pPr>
              <w:autoSpaceDE w:val="0"/>
              <w:autoSpaceDN w:val="0"/>
              <w:spacing w:before="98" w:after="0" w:line="262" w:lineRule="auto"/>
              <w:ind w:left="72" w:right="576"/>
              <w:rPr>
                <w:rFonts w:ascii="Times New Roman" w:hAnsi="Times New Roman" w:cs="Times New Roman"/>
                <w:sz w:val="20"/>
                <w:szCs w:val="20"/>
              </w:rPr>
            </w:pPr>
            <w:proofErr w:type="spellStart"/>
            <w:r w:rsidRPr="001D458D">
              <w:rPr>
                <w:rFonts w:ascii="Times New Roman" w:eastAsia="Times New Roman" w:hAnsi="Times New Roman" w:cs="Times New Roman"/>
                <w:color w:val="000000"/>
                <w:sz w:val="20"/>
                <w:szCs w:val="20"/>
              </w:rPr>
              <w:t>Устный</w:t>
            </w:r>
            <w:proofErr w:type="spellEnd"/>
            <w:r w:rsidRPr="001D458D">
              <w:rPr>
                <w:rFonts w:ascii="Times New Roman" w:eastAsia="Times New Roman" w:hAnsi="Times New Roman" w:cs="Times New Roman"/>
                <w:color w:val="000000"/>
                <w:sz w:val="20"/>
                <w:szCs w:val="20"/>
              </w:rPr>
              <w:t xml:space="preserve"> </w:t>
            </w:r>
            <w:proofErr w:type="spellStart"/>
            <w:r w:rsidRPr="001D458D">
              <w:rPr>
                <w:rFonts w:ascii="Times New Roman" w:eastAsia="Times New Roman" w:hAnsi="Times New Roman" w:cs="Times New Roman"/>
                <w:color w:val="000000"/>
                <w:sz w:val="20"/>
                <w:szCs w:val="20"/>
              </w:rPr>
              <w:t>опрос</w:t>
            </w:r>
            <w:proofErr w:type="spellEnd"/>
            <w:r w:rsidRPr="001D458D">
              <w:rPr>
                <w:rFonts w:ascii="Times New Roman" w:eastAsia="Times New Roman" w:hAnsi="Times New Roman" w:cs="Times New Roman"/>
                <w:color w:val="000000"/>
                <w:sz w:val="20"/>
                <w:szCs w:val="20"/>
              </w:rPr>
              <w:t>;</w:t>
            </w:r>
          </w:p>
        </w:tc>
      </w:tr>
      <w:tr w:rsidR="00017B5E" w:rsidRPr="001D458D">
        <w:trPr>
          <w:trHeight w:hRule="exact" w:val="810"/>
        </w:trPr>
        <w:tc>
          <w:tcPr>
            <w:tcW w:w="3806"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62" w:lineRule="auto"/>
              <w:ind w:left="72" w:right="288"/>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ОБЩЕЕ КОЛИЧЕСТВО ЧАСОВ ПО ПРОГРАММЕ</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102</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4</w:t>
            </w:r>
          </w:p>
        </w:tc>
        <w:tc>
          <w:tcPr>
            <w:tcW w:w="4394"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017B5E" w:rsidRPr="001D458D" w:rsidRDefault="005B1E35">
            <w:pPr>
              <w:autoSpaceDE w:val="0"/>
              <w:autoSpaceDN w:val="0"/>
              <w:spacing w:before="100" w:after="0" w:line="230" w:lineRule="auto"/>
              <w:ind w:left="72"/>
              <w:rPr>
                <w:rFonts w:ascii="Times New Roman" w:hAnsi="Times New Roman" w:cs="Times New Roman"/>
                <w:sz w:val="20"/>
                <w:szCs w:val="20"/>
              </w:rPr>
            </w:pPr>
            <w:r w:rsidRPr="001D458D">
              <w:rPr>
                <w:rFonts w:ascii="Times New Roman" w:eastAsia="Times New Roman" w:hAnsi="Times New Roman" w:cs="Times New Roman"/>
                <w:color w:val="000000"/>
                <w:sz w:val="20"/>
                <w:szCs w:val="20"/>
              </w:rPr>
              <w:t>0</w:t>
            </w:r>
          </w:p>
        </w:tc>
      </w:tr>
    </w:tbl>
    <w:p w:rsidR="00017B5E" w:rsidRPr="001D458D" w:rsidRDefault="00017B5E">
      <w:pPr>
        <w:autoSpaceDE w:val="0"/>
        <w:autoSpaceDN w:val="0"/>
        <w:spacing w:after="0" w:line="14" w:lineRule="exact"/>
        <w:rPr>
          <w:rFonts w:ascii="Times New Roman" w:hAnsi="Times New Roman" w:cs="Times New Roman"/>
          <w:sz w:val="20"/>
          <w:szCs w:val="20"/>
        </w:rPr>
      </w:pPr>
    </w:p>
    <w:p w:rsidR="00017B5E" w:rsidRPr="001D458D" w:rsidRDefault="00017B5E">
      <w:pPr>
        <w:rPr>
          <w:rFonts w:ascii="Times New Roman" w:hAnsi="Times New Roman" w:cs="Times New Roman"/>
          <w:sz w:val="20"/>
          <w:szCs w:val="20"/>
        </w:rPr>
        <w:sectPr w:rsidR="00017B5E" w:rsidRPr="001D458D">
          <w:pgSz w:w="11900" w:h="16840"/>
          <w:pgMar w:top="284" w:right="650" w:bottom="1440" w:left="666" w:header="720" w:footer="720" w:gutter="0"/>
          <w:cols w:space="720" w:equalWidth="0">
            <w:col w:w="10584" w:space="0"/>
          </w:cols>
          <w:docGrid w:linePitch="360"/>
        </w:sectPr>
      </w:pPr>
    </w:p>
    <w:p w:rsidR="00017B5E" w:rsidRPr="001D458D" w:rsidRDefault="00017B5E">
      <w:pPr>
        <w:autoSpaceDE w:val="0"/>
        <w:autoSpaceDN w:val="0"/>
        <w:spacing w:after="78" w:line="220" w:lineRule="exact"/>
        <w:rPr>
          <w:rFonts w:ascii="Times New Roman" w:hAnsi="Times New Roman" w:cs="Times New Roman"/>
          <w:sz w:val="20"/>
          <w:szCs w:val="20"/>
        </w:rPr>
      </w:pPr>
    </w:p>
    <w:p w:rsidR="00017B5E" w:rsidRPr="001D458D" w:rsidRDefault="005B1E35">
      <w:pPr>
        <w:autoSpaceDE w:val="0"/>
        <w:autoSpaceDN w:val="0"/>
        <w:spacing w:after="0" w:line="230" w:lineRule="auto"/>
        <w:rPr>
          <w:rFonts w:ascii="Times New Roman" w:hAnsi="Times New Roman" w:cs="Times New Roman"/>
          <w:sz w:val="20"/>
          <w:szCs w:val="20"/>
        </w:rPr>
      </w:pPr>
      <w:r w:rsidRPr="001D458D">
        <w:rPr>
          <w:rFonts w:ascii="Times New Roman" w:eastAsia="Times New Roman" w:hAnsi="Times New Roman" w:cs="Times New Roman"/>
          <w:b/>
          <w:color w:val="000000"/>
          <w:sz w:val="20"/>
          <w:szCs w:val="20"/>
        </w:rPr>
        <w:t xml:space="preserve">УЧЕБНО-МЕТОДИЧЕСКОЕ ОБЕСПЕЧЕНИЕ ОБРАЗОВАТЕЛЬНОГО ПРОЦЕССА </w:t>
      </w:r>
    </w:p>
    <w:p w:rsidR="00017B5E" w:rsidRPr="001D458D" w:rsidRDefault="005B1E35">
      <w:pPr>
        <w:autoSpaceDE w:val="0"/>
        <w:autoSpaceDN w:val="0"/>
        <w:spacing w:before="346" w:after="0" w:line="230" w:lineRule="auto"/>
        <w:rPr>
          <w:rFonts w:ascii="Times New Roman" w:hAnsi="Times New Roman" w:cs="Times New Roman"/>
          <w:sz w:val="20"/>
          <w:szCs w:val="20"/>
        </w:rPr>
      </w:pPr>
      <w:r w:rsidRPr="001D458D">
        <w:rPr>
          <w:rFonts w:ascii="Times New Roman" w:eastAsia="Times New Roman" w:hAnsi="Times New Roman" w:cs="Times New Roman"/>
          <w:b/>
          <w:color w:val="000000"/>
          <w:sz w:val="20"/>
          <w:szCs w:val="20"/>
        </w:rPr>
        <w:t>ОБЯЗАТЕЛЬНЫЕ УЧЕБНЫЕ МАТЕРИАЛЫ ДЛЯ УЧЕНИКА</w:t>
      </w:r>
    </w:p>
    <w:p w:rsidR="00017B5E" w:rsidRPr="001D458D" w:rsidRDefault="005B1E35">
      <w:pPr>
        <w:autoSpaceDE w:val="0"/>
        <w:autoSpaceDN w:val="0"/>
        <w:spacing w:before="166" w:after="0" w:line="271" w:lineRule="auto"/>
        <w:ind w:right="432"/>
        <w:rPr>
          <w:rFonts w:ascii="Times New Roman" w:hAnsi="Times New Roman" w:cs="Times New Roman"/>
          <w:sz w:val="20"/>
          <w:szCs w:val="20"/>
          <w:lang w:val="ru-RU"/>
        </w:rPr>
      </w:pPr>
      <w:r w:rsidRPr="001D458D">
        <w:rPr>
          <w:rFonts w:ascii="Times New Roman" w:eastAsia="Times New Roman" w:hAnsi="Times New Roman" w:cs="Times New Roman"/>
          <w:color w:val="000000"/>
          <w:sz w:val="20"/>
          <w:szCs w:val="20"/>
          <w:lang w:val="ru-RU"/>
        </w:rPr>
        <w:t>Литература (в 2 частях), 5 класс /Коровина В.Я., Журавлев В.П., Коровин В.И., АО «</w:t>
      </w:r>
      <w:proofErr w:type="spellStart"/>
      <w:r w:rsidRPr="001D458D">
        <w:rPr>
          <w:rFonts w:ascii="Times New Roman" w:eastAsia="Times New Roman" w:hAnsi="Times New Roman" w:cs="Times New Roman"/>
          <w:color w:val="000000"/>
          <w:sz w:val="20"/>
          <w:szCs w:val="20"/>
          <w:lang w:val="ru-RU"/>
        </w:rPr>
        <w:t>Издательств</w:t>
      </w:r>
      <w:proofErr w:type="gramStart"/>
      <w:r w:rsidRPr="001D458D">
        <w:rPr>
          <w:rFonts w:ascii="Times New Roman" w:eastAsia="Times New Roman" w:hAnsi="Times New Roman" w:cs="Times New Roman"/>
          <w:color w:val="000000"/>
          <w:sz w:val="20"/>
          <w:szCs w:val="20"/>
          <w:lang w:val="ru-RU"/>
        </w:rPr>
        <w:t>о«</w:t>
      </w:r>
      <w:proofErr w:type="gramEnd"/>
      <w:r w:rsidRPr="001D458D">
        <w:rPr>
          <w:rFonts w:ascii="Times New Roman" w:eastAsia="Times New Roman" w:hAnsi="Times New Roman" w:cs="Times New Roman"/>
          <w:color w:val="000000"/>
          <w:sz w:val="20"/>
          <w:szCs w:val="20"/>
          <w:lang w:val="ru-RU"/>
        </w:rPr>
        <w:t>Просвещение</w:t>
      </w:r>
      <w:proofErr w:type="spellEnd"/>
      <w:r w:rsidRPr="001D458D">
        <w:rPr>
          <w:rFonts w:ascii="Times New Roman" w:eastAsia="Times New Roman" w:hAnsi="Times New Roman" w:cs="Times New Roman"/>
          <w:color w:val="000000"/>
          <w:sz w:val="20"/>
          <w:szCs w:val="20"/>
          <w:lang w:val="ru-RU"/>
        </w:rPr>
        <w:t xml:space="preserve">»; </w:t>
      </w:r>
      <w:r w:rsidRPr="001D458D">
        <w:rPr>
          <w:rFonts w:ascii="Times New Roman" w:hAnsi="Times New Roman" w:cs="Times New Roman"/>
          <w:sz w:val="20"/>
          <w:szCs w:val="20"/>
          <w:lang w:val="ru-RU"/>
        </w:rPr>
        <w:br/>
      </w:r>
      <w:r w:rsidRPr="001D458D">
        <w:rPr>
          <w:rFonts w:ascii="Times New Roman" w:eastAsia="Times New Roman" w:hAnsi="Times New Roman" w:cs="Times New Roman"/>
          <w:color w:val="000000"/>
          <w:sz w:val="20"/>
          <w:szCs w:val="20"/>
          <w:lang w:val="ru-RU"/>
        </w:rPr>
        <w:t>Введите свой вариант:</w:t>
      </w:r>
    </w:p>
    <w:p w:rsidR="00017B5E" w:rsidRPr="001D458D" w:rsidRDefault="005B1E35">
      <w:pPr>
        <w:autoSpaceDE w:val="0"/>
        <w:autoSpaceDN w:val="0"/>
        <w:spacing w:before="262"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МЕТОДИЧЕСКИЕ МАТЕРИАЛЫ ДЛЯ УЧИТЕЛЯ</w:t>
      </w:r>
    </w:p>
    <w:p w:rsidR="00017B5E" w:rsidRPr="001D458D" w:rsidRDefault="005B1E35">
      <w:pPr>
        <w:autoSpaceDE w:val="0"/>
        <w:autoSpaceDN w:val="0"/>
        <w:spacing w:before="262" w:after="0" w:line="230" w:lineRule="auto"/>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ЦИФРОВЫЕ ОБРАЗОВАТЕЛЬНЫЕ РЕСУРСЫ И РЕСУРСЫ СЕТИ ИНТЕРНЕТ</w:t>
      </w:r>
    </w:p>
    <w:p w:rsidR="00017B5E" w:rsidRPr="001D458D" w:rsidRDefault="00017B5E">
      <w:pPr>
        <w:rPr>
          <w:rFonts w:ascii="Times New Roman" w:hAnsi="Times New Roman" w:cs="Times New Roman"/>
          <w:sz w:val="20"/>
          <w:szCs w:val="20"/>
          <w:lang w:val="ru-RU"/>
        </w:rPr>
        <w:sectPr w:rsidR="00017B5E" w:rsidRPr="001D458D">
          <w:pgSz w:w="11900" w:h="16840"/>
          <w:pgMar w:top="298" w:right="650" w:bottom="1440" w:left="666" w:header="720" w:footer="720" w:gutter="0"/>
          <w:cols w:space="720" w:equalWidth="0">
            <w:col w:w="10584" w:space="0"/>
          </w:cols>
          <w:docGrid w:linePitch="360"/>
        </w:sectPr>
      </w:pPr>
    </w:p>
    <w:p w:rsidR="00017B5E" w:rsidRPr="001D458D" w:rsidRDefault="00017B5E">
      <w:pPr>
        <w:autoSpaceDE w:val="0"/>
        <w:autoSpaceDN w:val="0"/>
        <w:spacing w:after="78" w:line="220" w:lineRule="exact"/>
        <w:rPr>
          <w:rFonts w:ascii="Times New Roman" w:hAnsi="Times New Roman" w:cs="Times New Roman"/>
          <w:sz w:val="20"/>
          <w:szCs w:val="20"/>
          <w:lang w:val="ru-RU"/>
        </w:rPr>
      </w:pPr>
    </w:p>
    <w:p w:rsidR="00017B5E" w:rsidRPr="001D458D" w:rsidRDefault="005B1E35">
      <w:pPr>
        <w:autoSpaceDE w:val="0"/>
        <w:autoSpaceDN w:val="0"/>
        <w:spacing w:after="0" w:line="408" w:lineRule="auto"/>
        <w:ind w:right="432"/>
        <w:rPr>
          <w:rFonts w:ascii="Times New Roman" w:hAnsi="Times New Roman" w:cs="Times New Roman"/>
          <w:sz w:val="20"/>
          <w:szCs w:val="20"/>
          <w:lang w:val="ru-RU"/>
        </w:rPr>
      </w:pPr>
      <w:r w:rsidRPr="001D458D">
        <w:rPr>
          <w:rFonts w:ascii="Times New Roman" w:eastAsia="Times New Roman" w:hAnsi="Times New Roman" w:cs="Times New Roman"/>
          <w:b/>
          <w:color w:val="000000"/>
          <w:sz w:val="20"/>
          <w:szCs w:val="20"/>
          <w:lang w:val="ru-RU"/>
        </w:rPr>
        <w:t xml:space="preserve">МАТЕРИАЛЬНО-ТЕХНИЧЕСКОЕ ОБЕСПЕЧЕНИЕ ОБРАЗОВАТЕЛЬНОГО ПРОЦЕССА УЧЕБНОЕ ОБОРУДОВАНИЕ </w:t>
      </w:r>
      <w:r w:rsidRPr="001D458D">
        <w:rPr>
          <w:rFonts w:ascii="Times New Roman" w:hAnsi="Times New Roman" w:cs="Times New Roman"/>
          <w:sz w:val="20"/>
          <w:szCs w:val="20"/>
          <w:lang w:val="ru-RU"/>
        </w:rPr>
        <w:br/>
      </w:r>
      <w:proofErr w:type="spellStart"/>
      <w:proofErr w:type="gramStart"/>
      <w:r w:rsidRPr="001D458D">
        <w:rPr>
          <w:rFonts w:ascii="Times New Roman" w:eastAsia="Times New Roman" w:hAnsi="Times New Roman" w:cs="Times New Roman"/>
          <w:b/>
          <w:color w:val="000000"/>
          <w:sz w:val="20"/>
          <w:szCs w:val="20"/>
          <w:lang w:val="ru-RU"/>
        </w:rPr>
        <w:t>ОБОРУДОВАНИЕ</w:t>
      </w:r>
      <w:proofErr w:type="spellEnd"/>
      <w:proofErr w:type="gramEnd"/>
      <w:r w:rsidRPr="001D458D">
        <w:rPr>
          <w:rFonts w:ascii="Times New Roman" w:eastAsia="Times New Roman" w:hAnsi="Times New Roman" w:cs="Times New Roman"/>
          <w:b/>
          <w:color w:val="000000"/>
          <w:sz w:val="20"/>
          <w:szCs w:val="20"/>
          <w:lang w:val="ru-RU"/>
        </w:rPr>
        <w:t xml:space="preserve"> ДЛЯ ПРОВЕДЕНИЯ ПРАКТИЧЕСКИХ РАБОТ</w:t>
      </w:r>
    </w:p>
    <w:p w:rsidR="00017B5E" w:rsidRPr="001D458D" w:rsidRDefault="00017B5E">
      <w:pPr>
        <w:rPr>
          <w:rFonts w:ascii="Times New Roman" w:hAnsi="Times New Roman" w:cs="Times New Roman"/>
          <w:sz w:val="20"/>
          <w:szCs w:val="20"/>
          <w:lang w:val="ru-RU"/>
        </w:rPr>
        <w:sectPr w:rsidR="00017B5E" w:rsidRPr="001D458D">
          <w:pgSz w:w="11900" w:h="16840"/>
          <w:pgMar w:top="298" w:right="650" w:bottom="1440" w:left="666" w:header="720" w:footer="720" w:gutter="0"/>
          <w:cols w:space="720" w:equalWidth="0">
            <w:col w:w="10584" w:space="0"/>
          </w:cols>
          <w:docGrid w:linePitch="360"/>
        </w:sectPr>
      </w:pPr>
    </w:p>
    <w:p w:rsidR="005B1E35" w:rsidRPr="001D458D" w:rsidRDefault="005B1E35">
      <w:pPr>
        <w:rPr>
          <w:rFonts w:ascii="Times New Roman" w:hAnsi="Times New Roman" w:cs="Times New Roman"/>
          <w:sz w:val="20"/>
          <w:szCs w:val="20"/>
          <w:lang w:val="ru-RU"/>
        </w:rPr>
      </w:pPr>
    </w:p>
    <w:sectPr w:rsidR="005B1E35" w:rsidRPr="001D458D"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DejaVu 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7B5E"/>
    <w:rsid w:val="00034616"/>
    <w:rsid w:val="0006063C"/>
    <w:rsid w:val="0015074B"/>
    <w:rsid w:val="001D458D"/>
    <w:rsid w:val="0029639D"/>
    <w:rsid w:val="00326F90"/>
    <w:rsid w:val="005B1E35"/>
    <w:rsid w:val="00A8206D"/>
    <w:rsid w:val="00AA1D8D"/>
    <w:rsid w:val="00AE5680"/>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6261A-A5E6-4F63-BA75-B31DCA4D3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38</Pages>
  <Words>9815</Words>
  <Characters>55949</Characters>
  <Application>Microsoft Office Word</Application>
  <DocSecurity>0</DocSecurity>
  <Lines>466</Lines>
  <Paragraphs>131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65633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Jason Born</cp:lastModifiedBy>
  <cp:revision>4</cp:revision>
  <dcterms:created xsi:type="dcterms:W3CDTF">2013-12-23T23:15:00Z</dcterms:created>
  <dcterms:modified xsi:type="dcterms:W3CDTF">2022-12-21T13:23:00Z</dcterms:modified>
  <cp:category/>
</cp:coreProperties>
</file>